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Youth sports registration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League or club: ______________________________     Season: 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Please fill in one form for each player. Write clearly and return it by ______________ to ______________________ (name and email or address).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Player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Player first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Player last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Player birth date (month, day, year)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Are you registering for the season or for tryouts?     [    ] Season registration     [    ] Tryouts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Tryouts only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Tryout session:     [    ] ______________________     [    ] 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Positions played:     [    ] ____________     [    ] ____________     [    ] 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Last team played for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Uniform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Uniform size (tick one)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Youth XS     [    ] Youth S     [    ] Youth M     [    ] Youth 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Youth XL     [    ] Adult S     [    ] Adult M     [    ] Adult 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Does your player need a new uniform?     [    ] Yes     [    ] No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Parents, guardians and emergency contact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Parent or guardian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Parent or guardian 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Parent or guardian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Second parent or guardian name and phone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Emergency contact name (someone we can call if we cannot reach you)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Emergency contact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Health notes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Allergies, medical conditions or medicines the coach should know about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Documents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Please attach copies, or bring them to the first practice. Your league tells you which ones it needs.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Birth certificate or other proof of age     [    ] Sports physical form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Fees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Tick</w:t>
            </w:r>
          </w:p>
        </w:tc>
        <w:tc>
          <w:tcPr>
            <w:tcW w:type="dxa" w:w="69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</w:t>
            </w:r>
          </w:p>
        </w:tc>
        <w:tc>
          <w:tcPr>
            <w:tcW w:type="dxa" w:w="198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Fee</w:t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Season registration</w:t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$150</w:t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Tryouts</w:t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$25</w:t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69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New uniform</w:t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+ $35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prices are examples. Change them to your own in the Word version before you print.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Paid by:     [    ] Check     [    ] Cash     [    ] Online     Amount: 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Photo permission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May we use photos of your player in team updates and on our website?     [    ] Yes     [    ] No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Concussion information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I have read the concussion information sheet with my player.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Many leagues hand out the CDC HEADS UP Concussion Information Sheet for parents and athletes (cdc.gov/HEADSUP). Ask your league which sheet it uses.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Parent or guardian signature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league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Date received: ______________     Fee paid: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Paid by:     [    ] Online     [    ] Check     [    ] Cash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Age group: ________     Team: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Proof of age seen:     [    ] Yes     Physical form on file:     [    ] Yes     Concussion sheet:     [    ] Yes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Uniform size ordered: ________     Added to the team roster:     [    ] Yes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place your player on a team, order uniforms and reach you about practices and games.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https://hornetforms.com/blog/youth-sports-registration-form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sports registration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