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Wedding day timeline and shot list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Fill this in before the day and send it back to your photographer.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what you know and skip what you do not. Short notes are fine. Your photographer will go over the rest with you.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to use it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Timeline: list the moments you already know, with a time and a place for each.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Group photos: write one group per line, with the names and how people are related. Put the must-haves first.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People: add your contact for the day and anyone else the photographer will work with.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rows marked EXAMPLE show how to fill one in. Delete them or write over them.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Timeline of the 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9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Time</w:t>
            </w:r>
          </w:p>
        </w:tc>
        <w:tc>
          <w:tcPr>
            <w:tcW w:type="dxa" w:w="238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Moment</w:t>
            </w:r>
          </w:p>
        </w:tc>
        <w:tc>
          <w:tcPr>
            <w:tcW w:type="dxa" w:w="198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Where</w:t>
            </w:r>
          </w:p>
        </w:tc>
        <w:tc>
          <w:tcPr>
            <w:tcW w:type="dxa" w:w="198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Who is needed</w:t>
            </w:r>
          </w:p>
        </w:tc>
        <w:tc>
          <w:tcPr>
            <w:tcW w:type="dxa" w:w="258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3:00 pm</w:t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EXAMPLE: Ceremony</w:t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Venue garden</w:t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Both families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Delete this row</w:t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9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98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Family and group photos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group per line. Add names and how people are related to you. If some people would rather be photographed separately, tell your photographer.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2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Group</w:t>
            </w:r>
          </w:p>
        </w:tc>
        <w:tc>
          <w:tcPr>
            <w:tcW w:type="dxa" w:w="289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Names</w:t>
            </w:r>
          </w:p>
        </w:tc>
        <w:tc>
          <w:tcPr>
            <w:tcW w:type="dxa" w:w="207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How they are related</w:t>
            </w:r>
          </w:p>
        </w:tc>
        <w:tc>
          <w:tcPr>
            <w:tcW w:type="dxa" w:w="186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Must have or nice to have</w:t>
            </w:r>
          </w:p>
        </w:tc>
        <w:tc>
          <w:tcPr>
            <w:tcW w:type="dxa" w:w="82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EXAMPLE: Bride with parents</w:t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Jane Doe, Ann Doe, Tom Doe</w:t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Bride, mother, father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Must have</w:t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89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07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Key people and vendors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7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Role</w:t>
            </w:r>
          </w:p>
        </w:tc>
        <w:tc>
          <w:tcPr>
            <w:tcW w:type="dxa" w:w="258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</w:t>
            </w:r>
          </w:p>
        </w:tc>
        <w:tc>
          <w:tcPr>
            <w:tcW w:type="dxa" w:w="178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Phone</w:t>
            </w:r>
          </w:p>
        </w:tc>
        <w:tc>
          <w:tcPr>
            <w:tcW w:type="dxa" w:w="27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Notes</w:t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EXAMPLE: Contact on the day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Sam Doe</w:t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555-0100</w:t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Best friend, knows the family</w:t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Contact on the day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Planner or coordinator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Venue contact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Florist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DJ or band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Other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Other</w:t>
            </w:r>
          </w:p>
        </w:tc>
        <w:tc>
          <w:tcPr>
            <w:tcW w:type="dxa" w:w="258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78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7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Anything else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https://hornetforms.com/blog/photography-client-questionnaire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day timeline and shot list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