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after="40" w:before="0"/>
      </w:pPr>
      <w:r>
        <w:rPr>
          <w:rFonts w:ascii="Arial" w:hAnsi="Arial" w:cs="Arial" w:eastAsia="Arial"/>
          <w:b/>
          <w:i w:val="0"/>
          <w:color w:val="231A2E"/>
          <w:sz w:val="44"/>
        </w:rPr>
        <w:t>Web design questionnaire</w:t>
      </w:r>
    </w:p>
    <w:p>
      <w:pPr>
        <w:keepNext w:val="0"/>
        <w:spacing w:after="160" w:before="0"/>
      </w:pPr>
      <w:r>
        <w:rPr>
          <w:rFonts w:ascii="Arial" w:hAnsi="Arial" w:cs="Arial" w:eastAsia="Arial"/>
          <w:b w:val="0"/>
          <w:i w:val="0"/>
          <w:color w:val="5E5468"/>
          <w:sz w:val="22"/>
        </w:rPr>
        <w:t>Answer what you can. Skip anything you're not sure about; we'll cover it on a call.</w:t>
      </w:r>
    </w:p>
    <w:p>
      <w:pPr>
        <w:keepNext w:val="0"/>
        <w:spacing w:after="100" w:before="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Client name: ________________________________________   Date: __________________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231A2E"/>
          <w:left w:val="single" w:sz="4" w:color="231A2E"/>
          <w:bottom w:val="single" w:sz="4" w:color="231A2E"/>
          <w:right w:val="single" w:sz="4" w:color="231A2E"/>
          <w:insideH w:val="single" w:sz="4" w:color="231A2E"/>
          <w:insideV w:val="single" w:sz="4" w:color="231A2E"/>
        </w:tblBorders>
      </w:tblPr>
      <w:tblGrid>
        <w:gridCol w:w="9936"/>
      </w:tblGrid>
      <w:tr>
        <w:tc>
          <w:tcPr>
            <w:tcW w:type="dxa" w:w="9936"/>
            <w:shd w:val="clear" w:color="auto" w:fill="E4DEFA"/>
          </w:tcPr>
          <w:p>
            <w:r/>
            <w:r>
              <w:rPr>
                <w:rFonts w:ascii="Arial" w:hAnsi="Arial" w:cs="Arial" w:eastAsia="Arial"/>
                <w:b/>
                <w:i w:val="0"/>
                <w:color w:val="231A2E"/>
                <w:sz w:val="22"/>
              </w:rPr>
              <w:t>Never write passwords on this form.</w:t>
            </w:r>
          </w:p>
          <w:p>
            <w:r>
              <w:rPr>
                <w:rFonts w:ascii="Arial" w:hAnsi="Arial" w:cs="Arial" w:eastAsia="Arial"/>
                <w:b w:val="0"/>
                <w:i w:val="0"/>
                <w:color w:val="231A2E"/>
                <w:sz w:val="20"/>
              </w:rPr>
              <w:t>We'll send you an invite for any account we need.</w:t>
            </w:r>
          </w:p>
        </w:tc>
      </w:tr>
    </w:tbl>
    <w:p>
      <w:pPr>
        <w:keepNext w:val="0"/>
        <w:spacing w:after="40" w:before="0"/>
      </w:pPr>
    </w:p>
    <w:p>
      <w:pPr>
        <w:keepNext/>
        <w:spacing w:after="80" w:before="240"/>
      </w:pPr>
      <w:r>
        <w:rPr>
          <w:rFonts w:ascii="Arial" w:hAnsi="Arial" w:cs="Arial" w:eastAsia="Arial"/>
          <w:b/>
          <w:i w:val="0"/>
          <w:color w:val="231A2E"/>
          <w:sz w:val="28"/>
        </w:rPr>
        <w:t>A. You and the project</w:t>
      </w:r>
    </w:p>
    <w:p>
      <w:pPr>
        <w:keepNext/>
        <w:spacing w:after="20" w:before="120"/>
      </w:pPr>
      <w:r>
        <w:rPr>
          <w:rFonts w:ascii="Arial" w:hAnsi="Arial" w:cs="Arial" w:eastAsia="Arial"/>
          <w:b/>
          <w:i w:val="0"/>
          <w:color w:val="231A2E"/>
          <w:sz w:val="20"/>
        </w:rPr>
        <w:t>1. Business or organisation name, and your current website address (if any)</w:t>
      </w:r>
    </w:p>
    <w:p>
      <w:pPr>
        <w:keepNext w:val="0"/>
        <w:spacing w:after="20" w:before="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 w:val="0"/>
        <w:spacing w:after="20" w:before="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 w:before="120"/>
      </w:pPr>
      <w:r>
        <w:rPr>
          <w:rFonts w:ascii="Arial" w:hAnsi="Arial" w:cs="Arial" w:eastAsia="Arial"/>
          <w:b/>
          <w:i w:val="0"/>
          <w:color w:val="231A2E"/>
          <w:sz w:val="20"/>
        </w:rPr>
        <w:t>2. In one or two sentences, what does your business do?</w:t>
      </w:r>
    </w:p>
    <w:p>
      <w:pPr>
        <w:keepNext w:val="0"/>
        <w:spacing w:after="20" w:before="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 w:val="0"/>
        <w:spacing w:after="20" w:before="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40" w:before="120"/>
      </w:pPr>
      <w:r>
        <w:rPr>
          <w:rFonts w:ascii="Arial" w:hAnsi="Arial" w:cs="Arial" w:eastAsia="Arial"/>
          <w:b/>
          <w:i w:val="0"/>
          <w:color w:val="231A2E"/>
          <w:sz w:val="20"/>
        </w:rPr>
        <w:t>3. Is this a new website or a redesign?</w:t>
      </w:r>
    </w:p>
    <w:p>
      <w:pPr>
        <w:keepNext w:val="0"/>
        <w:spacing w:after="40" w:before="0"/>
        <w:ind w:left="288"/>
      </w:pPr>
      <w:r>
        <w:rPr>
          <w:rFonts w:ascii="Segoe UI Symbol" w:hAnsi="Segoe UI Symbol" w:cs="Segoe UI Symbol" w:eastAsia="Segoe UI Symbol"/>
          <w:b w:val="0"/>
          <w:i w:val="0"/>
          <w:color w:val="231A2E"/>
          <w:sz w:val="24"/>
        </w:rPr>
        <w:t xml:space="preserve">☐ </w:t>
      </w:r>
      <w:r>
        <w:rPr>
          <w:rFonts w:ascii="Arial" w:hAnsi="Arial" w:cs="Arial" w:eastAsia="Arial"/>
          <w:b w:val="0"/>
          <w:i w:val="0"/>
          <w:color w:val="231A2E"/>
          <w:sz w:val="20"/>
        </w:rPr>
        <w:t xml:space="preserve">New site      </w:t>
      </w:r>
      <w:r>
        <w:rPr>
          <w:rFonts w:ascii="Segoe UI Symbol" w:hAnsi="Segoe UI Symbol" w:cs="Segoe UI Symbol" w:eastAsia="Segoe UI Symbol"/>
          <w:b w:val="0"/>
          <w:i w:val="0"/>
          <w:color w:val="231A2E"/>
          <w:sz w:val="24"/>
        </w:rPr>
        <w:t xml:space="preserve">☐ </w:t>
      </w:r>
      <w:r>
        <w:rPr>
          <w:rFonts w:ascii="Arial" w:hAnsi="Arial" w:cs="Arial" w:eastAsia="Arial"/>
          <w:b w:val="0"/>
          <w:i w:val="0"/>
          <w:color w:val="231A2E"/>
          <w:sz w:val="20"/>
        </w:rPr>
        <w:t xml:space="preserve">Redesign      </w:t>
      </w:r>
      <w:r>
        <w:rPr>
          <w:rFonts w:ascii="Segoe UI Symbol" w:hAnsi="Segoe UI Symbol" w:cs="Segoe UI Symbol" w:eastAsia="Segoe UI Symbol"/>
          <w:b w:val="0"/>
          <w:i w:val="0"/>
          <w:color w:val="231A2E"/>
          <w:sz w:val="24"/>
        </w:rPr>
        <w:t xml:space="preserve">☐ </w:t>
      </w:r>
      <w:r>
        <w:rPr>
          <w:rFonts w:ascii="Arial" w:hAnsi="Arial" w:cs="Arial" w:eastAsia="Arial"/>
          <w:b w:val="0"/>
          <w:i w:val="0"/>
          <w:color w:val="231A2E"/>
          <w:sz w:val="20"/>
        </w:rPr>
        <w:t>Not sure</w:t>
      </w:r>
    </w:p>
    <w:p>
      <w:pPr>
        <w:keepNext/>
        <w:spacing w:after="20" w:before="120"/>
      </w:pPr>
      <w:r>
        <w:rPr>
          <w:rFonts w:ascii="Arial" w:hAnsi="Arial" w:cs="Arial" w:eastAsia="Arial"/>
          <w:b/>
          <w:i w:val="0"/>
          <w:color w:val="231A2E"/>
          <w:sz w:val="20"/>
        </w:rPr>
        <w:t>4. Why now? What prompted the project?</w:t>
      </w:r>
    </w:p>
    <w:p>
      <w:pPr>
        <w:keepNext w:val="0"/>
        <w:spacing w:after="20" w:before="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 w:val="0"/>
        <w:spacing w:after="20" w:before="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 w:before="120"/>
      </w:pPr>
      <w:r>
        <w:rPr>
          <w:rFonts w:ascii="Arial" w:hAnsi="Arial" w:cs="Arial" w:eastAsia="Arial"/>
          <w:b/>
          <w:i w:val="0"/>
          <w:color w:val="231A2E"/>
          <w:sz w:val="20"/>
        </w:rPr>
        <w:t>5. Who is the main contact, and who else has a say in decisions?</w:t>
      </w:r>
    </w:p>
    <w:p>
      <w:pPr>
        <w:keepNext w:val="0"/>
        <w:spacing w:after="20" w:before="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 w:val="0"/>
        <w:spacing w:after="20" w:before="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80" w:before="240"/>
      </w:pPr>
      <w:r>
        <w:rPr>
          <w:rFonts w:ascii="Arial" w:hAnsi="Arial" w:cs="Arial" w:eastAsia="Arial"/>
          <w:b/>
          <w:i w:val="0"/>
          <w:color w:val="231A2E"/>
          <w:sz w:val="28"/>
        </w:rPr>
        <w:t>B. Goals and audience</w:t>
      </w:r>
    </w:p>
    <w:p>
      <w:pPr>
        <w:keepNext/>
        <w:spacing w:after="20" w:before="120"/>
      </w:pPr>
      <w:r>
        <w:rPr>
          <w:rFonts w:ascii="Arial" w:hAnsi="Arial" w:cs="Arial" w:eastAsia="Arial"/>
          <w:b/>
          <w:i w:val="0"/>
          <w:color w:val="231A2E"/>
          <w:sz w:val="20"/>
        </w:rPr>
        <w:t>6. What are the top three things the new site must do? (for example: bring in quote requests, take bookings, answer common questions)</w:t>
      </w:r>
    </w:p>
    <w:p>
      <w:pPr>
        <w:keepNext w:val="0"/>
        <w:spacing w:after="20" w:before="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 w:val="0"/>
        <w:spacing w:after="20" w:before="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 w:val="0"/>
        <w:spacing w:after="20" w:before="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 w:before="120"/>
      </w:pPr>
      <w:r>
        <w:rPr>
          <w:rFonts w:ascii="Arial" w:hAnsi="Arial" w:cs="Arial" w:eastAsia="Arial"/>
          <w:b/>
          <w:i w:val="0"/>
          <w:color w:val="231A2E"/>
          <w:sz w:val="20"/>
        </w:rPr>
        <w:t>7. How will you know the site is working six months after launch?</w:t>
      </w:r>
    </w:p>
    <w:p>
      <w:pPr>
        <w:keepNext w:val="0"/>
        <w:spacing w:after="20" w:before="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 w:val="0"/>
        <w:spacing w:after="20" w:before="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 w:before="120"/>
      </w:pPr>
      <w:r>
        <w:rPr>
          <w:rFonts w:ascii="Arial" w:hAnsi="Arial" w:cs="Arial" w:eastAsia="Arial"/>
          <w:b/>
          <w:i w:val="0"/>
          <w:color w:val="231A2E"/>
          <w:sz w:val="20"/>
        </w:rPr>
        <w:t>8. Who are your main customers or visitors?</w:t>
      </w:r>
    </w:p>
    <w:p>
      <w:pPr>
        <w:keepNext w:val="0"/>
        <w:spacing w:after="20" w:before="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 w:val="0"/>
        <w:spacing w:after="20" w:before="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 w:before="120"/>
      </w:pPr>
      <w:r>
        <w:rPr>
          <w:rFonts w:ascii="Arial" w:hAnsi="Arial" w:cs="Arial" w:eastAsia="Arial"/>
          <w:b/>
          <w:i w:val="0"/>
          <w:color w:val="231A2E"/>
          <w:sz w:val="20"/>
        </w:rPr>
        <w:t>9. What do they most need to find or do on the site?</w:t>
      </w:r>
    </w:p>
    <w:p>
      <w:pPr>
        <w:keepNext w:val="0"/>
        <w:spacing w:after="20" w:before="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 w:val="0"/>
        <w:spacing w:after="20" w:before="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 w:before="120"/>
      </w:pPr>
      <w:r>
        <w:rPr>
          <w:rFonts w:ascii="Arial" w:hAnsi="Arial" w:cs="Arial" w:eastAsia="Arial"/>
          <w:b/>
          <w:i w:val="0"/>
          <w:color w:val="231A2E"/>
          <w:sz w:val="20"/>
        </w:rPr>
        <w:t>10. Name two or three competitors. What do you like or dislike about their sites?</w:t>
      </w:r>
    </w:p>
    <w:p>
      <w:pPr>
        <w:keepNext w:val="0"/>
        <w:spacing w:after="20" w:before="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 w:val="0"/>
        <w:spacing w:after="20" w:before="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 w:val="0"/>
        <w:spacing w:after="20" w:before="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 w:before="120"/>
      </w:pPr>
      <w:r>
        <w:rPr>
          <w:rFonts w:ascii="Arial" w:hAnsi="Arial" w:cs="Arial" w:eastAsia="Arial"/>
          <w:b/>
          <w:i w:val="0"/>
          <w:color w:val="231A2E"/>
          <w:sz w:val="20"/>
        </w:rPr>
        <w:t>11. What should a visitor do first when they land on the home page?</w:t>
      </w:r>
    </w:p>
    <w:p>
      <w:pPr>
        <w:keepNext w:val="0"/>
        <w:spacing w:after="20" w:before="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 w:val="0"/>
        <w:spacing w:after="20" w:before="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80" w:before="240"/>
      </w:pPr>
      <w:r>
        <w:rPr>
          <w:rFonts w:ascii="Arial" w:hAnsi="Arial" w:cs="Arial" w:eastAsia="Arial"/>
          <w:b/>
          <w:i w:val="0"/>
          <w:color w:val="231A2E"/>
          <w:sz w:val="28"/>
        </w:rPr>
        <w:t>C. Pages, features and content</w:t>
      </w:r>
    </w:p>
    <w:p>
      <w:pPr>
        <w:keepNext/>
        <w:spacing w:after="40" w:before="120"/>
      </w:pPr>
      <w:r>
        <w:rPr>
          <w:rFonts w:ascii="Arial" w:hAnsi="Arial" w:cs="Arial" w:eastAsia="Arial"/>
          <w:b/>
          <w:i w:val="0"/>
          <w:color w:val="231A2E"/>
          <w:sz w:val="20"/>
        </w:rPr>
        <w:t>12. Which pages do you need?</w:t>
      </w:r>
    </w:p>
    <w:p>
      <w:pPr>
        <w:keepNext/>
        <w:spacing w:after="40" w:before="0"/>
        <w:ind w:left="288"/>
      </w:pPr>
      <w:r>
        <w:rPr>
          <w:rFonts w:ascii="Segoe UI Symbol" w:hAnsi="Segoe UI Symbol" w:cs="Segoe UI Symbol" w:eastAsia="Segoe UI Symbol"/>
          <w:b w:val="0"/>
          <w:i w:val="0"/>
          <w:color w:val="231A2E"/>
          <w:sz w:val="24"/>
        </w:rPr>
        <w:t xml:space="preserve">☐ </w:t>
      </w:r>
      <w:r>
        <w:rPr>
          <w:rFonts w:ascii="Arial" w:hAnsi="Arial" w:cs="Arial" w:eastAsia="Arial"/>
          <w:b w:val="0"/>
          <w:i w:val="0"/>
          <w:color w:val="231A2E"/>
          <w:sz w:val="20"/>
        </w:rPr>
        <w:t xml:space="preserve">Home      </w:t>
      </w:r>
      <w:r>
        <w:rPr>
          <w:rFonts w:ascii="Segoe UI Symbol" w:hAnsi="Segoe UI Symbol" w:cs="Segoe UI Symbol" w:eastAsia="Segoe UI Symbol"/>
          <w:b w:val="0"/>
          <w:i w:val="0"/>
          <w:color w:val="231A2E"/>
          <w:sz w:val="24"/>
        </w:rPr>
        <w:t xml:space="preserve">☐ </w:t>
      </w:r>
      <w:r>
        <w:rPr>
          <w:rFonts w:ascii="Arial" w:hAnsi="Arial" w:cs="Arial" w:eastAsia="Arial"/>
          <w:b w:val="0"/>
          <w:i w:val="0"/>
          <w:color w:val="231A2E"/>
          <w:sz w:val="20"/>
        </w:rPr>
        <w:t xml:space="preserve">About      </w:t>
      </w:r>
      <w:r>
        <w:rPr>
          <w:rFonts w:ascii="Segoe UI Symbol" w:hAnsi="Segoe UI Symbol" w:cs="Segoe UI Symbol" w:eastAsia="Segoe UI Symbol"/>
          <w:b w:val="0"/>
          <w:i w:val="0"/>
          <w:color w:val="231A2E"/>
          <w:sz w:val="24"/>
        </w:rPr>
        <w:t xml:space="preserve">☐ </w:t>
      </w:r>
      <w:r>
        <w:rPr>
          <w:rFonts w:ascii="Arial" w:hAnsi="Arial" w:cs="Arial" w:eastAsia="Arial"/>
          <w:b w:val="0"/>
          <w:i w:val="0"/>
          <w:color w:val="231A2E"/>
          <w:sz w:val="20"/>
        </w:rPr>
        <w:t xml:space="preserve">Services      </w:t>
      </w:r>
      <w:r>
        <w:rPr>
          <w:rFonts w:ascii="Segoe UI Symbol" w:hAnsi="Segoe UI Symbol" w:cs="Segoe UI Symbol" w:eastAsia="Segoe UI Symbol"/>
          <w:b w:val="0"/>
          <w:i w:val="0"/>
          <w:color w:val="231A2E"/>
          <w:sz w:val="24"/>
        </w:rPr>
        <w:t xml:space="preserve">☐ </w:t>
      </w:r>
      <w:r>
        <w:rPr>
          <w:rFonts w:ascii="Arial" w:hAnsi="Arial" w:cs="Arial" w:eastAsia="Arial"/>
          <w:b w:val="0"/>
          <w:i w:val="0"/>
          <w:color w:val="231A2E"/>
          <w:sz w:val="20"/>
        </w:rPr>
        <w:t xml:space="preserve">Pricing      </w:t>
      </w:r>
      <w:r>
        <w:rPr>
          <w:rFonts w:ascii="Segoe UI Symbol" w:hAnsi="Segoe UI Symbol" w:cs="Segoe UI Symbol" w:eastAsia="Segoe UI Symbol"/>
          <w:b w:val="0"/>
          <w:i w:val="0"/>
          <w:color w:val="231A2E"/>
          <w:sz w:val="24"/>
        </w:rPr>
        <w:t xml:space="preserve">☐ </w:t>
      </w:r>
      <w:r>
        <w:rPr>
          <w:rFonts w:ascii="Arial" w:hAnsi="Arial" w:cs="Arial" w:eastAsia="Arial"/>
          <w:b w:val="0"/>
          <w:i w:val="0"/>
          <w:color w:val="231A2E"/>
          <w:sz w:val="20"/>
        </w:rPr>
        <w:t xml:space="preserve">Portfolio or case studies      </w:t>
      </w:r>
      <w:r>
        <w:rPr>
          <w:rFonts w:ascii="Segoe UI Symbol" w:hAnsi="Segoe UI Symbol" w:cs="Segoe UI Symbol" w:eastAsia="Segoe UI Symbol"/>
          <w:b w:val="0"/>
          <w:i w:val="0"/>
          <w:color w:val="231A2E"/>
          <w:sz w:val="24"/>
        </w:rPr>
        <w:t xml:space="preserve">☐ </w:t>
      </w:r>
      <w:r>
        <w:rPr>
          <w:rFonts w:ascii="Arial" w:hAnsi="Arial" w:cs="Arial" w:eastAsia="Arial"/>
          <w:b w:val="0"/>
          <w:i w:val="0"/>
          <w:color w:val="231A2E"/>
          <w:sz w:val="20"/>
        </w:rPr>
        <w:t xml:space="preserve">Blog      </w:t>
      </w:r>
      <w:r>
        <w:rPr>
          <w:rFonts w:ascii="Segoe UI Symbol" w:hAnsi="Segoe UI Symbol" w:cs="Segoe UI Symbol" w:eastAsia="Segoe UI Symbol"/>
          <w:b w:val="0"/>
          <w:i w:val="0"/>
          <w:color w:val="231A2E"/>
          <w:sz w:val="24"/>
        </w:rPr>
        <w:t xml:space="preserve">☐ </w:t>
      </w:r>
      <w:r>
        <w:rPr>
          <w:rFonts w:ascii="Arial" w:hAnsi="Arial" w:cs="Arial" w:eastAsia="Arial"/>
          <w:b w:val="0"/>
          <w:i w:val="0"/>
          <w:color w:val="231A2E"/>
          <w:sz w:val="20"/>
        </w:rPr>
        <w:t xml:space="preserve">Contact      </w:t>
      </w:r>
      <w:r>
        <w:rPr>
          <w:rFonts w:ascii="Segoe UI Symbol" w:hAnsi="Segoe UI Symbol" w:cs="Segoe UI Symbol" w:eastAsia="Segoe UI Symbol"/>
          <w:b w:val="0"/>
          <w:i w:val="0"/>
          <w:color w:val="231A2E"/>
          <w:sz w:val="24"/>
        </w:rPr>
        <w:t xml:space="preserve">☐ </w:t>
      </w:r>
      <w:r>
        <w:rPr>
          <w:rFonts w:ascii="Arial" w:hAnsi="Arial" w:cs="Arial" w:eastAsia="Arial"/>
          <w:b w:val="0"/>
          <w:i w:val="0"/>
          <w:color w:val="231A2E"/>
          <w:sz w:val="20"/>
        </w:rPr>
        <w:t xml:space="preserve">FAQ      </w:t>
      </w:r>
      <w:r>
        <w:rPr>
          <w:rFonts w:ascii="Segoe UI Symbol" w:hAnsi="Segoe UI Symbol" w:cs="Segoe UI Symbol" w:eastAsia="Segoe UI Symbol"/>
          <w:b w:val="0"/>
          <w:i w:val="0"/>
          <w:color w:val="231A2E"/>
          <w:sz w:val="24"/>
        </w:rPr>
        <w:t xml:space="preserve">☐ </w:t>
      </w:r>
      <w:r>
        <w:rPr>
          <w:rFonts w:ascii="Arial" w:hAnsi="Arial" w:cs="Arial" w:eastAsia="Arial"/>
          <w:b w:val="0"/>
          <w:i w:val="0"/>
          <w:color w:val="231A2E"/>
          <w:sz w:val="20"/>
        </w:rPr>
        <w:t xml:space="preserve">Careers      </w:t>
      </w:r>
      <w:r>
        <w:rPr>
          <w:rFonts w:ascii="Segoe UI Symbol" w:hAnsi="Segoe UI Symbol" w:cs="Segoe UI Symbol" w:eastAsia="Segoe UI Symbol"/>
          <w:b w:val="0"/>
          <w:i w:val="0"/>
          <w:color w:val="231A2E"/>
          <w:sz w:val="24"/>
        </w:rPr>
        <w:t xml:space="preserve">☐ </w:t>
      </w:r>
      <w:r>
        <w:rPr>
          <w:rFonts w:ascii="Arial" w:hAnsi="Arial" w:cs="Arial" w:eastAsia="Arial"/>
          <w:b w:val="0"/>
          <w:i w:val="0"/>
          <w:color w:val="231A2E"/>
          <w:sz w:val="20"/>
        </w:rPr>
        <w:t>Other</w:t>
      </w:r>
    </w:p>
    <w:p>
      <w:pPr>
        <w:keepNext w:val="0"/>
        <w:spacing w:after="20" w:before="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40" w:before="120"/>
      </w:pPr>
      <w:r>
        <w:rPr>
          <w:rFonts w:ascii="Arial" w:hAnsi="Arial" w:cs="Arial" w:eastAsia="Arial"/>
          <w:b/>
          <w:i w:val="0"/>
          <w:color w:val="231A2E"/>
          <w:sz w:val="20"/>
        </w:rPr>
        <w:t>13. Which features do you need?</w:t>
      </w:r>
    </w:p>
    <w:p>
      <w:pPr>
        <w:keepNext/>
        <w:spacing w:after="40" w:before="0"/>
        <w:ind w:left="288"/>
      </w:pPr>
      <w:r>
        <w:rPr>
          <w:rFonts w:ascii="Segoe UI Symbol" w:hAnsi="Segoe UI Symbol" w:cs="Segoe UI Symbol" w:eastAsia="Segoe UI Symbol"/>
          <w:b w:val="0"/>
          <w:i w:val="0"/>
          <w:color w:val="231A2E"/>
          <w:sz w:val="24"/>
        </w:rPr>
        <w:t xml:space="preserve">☐ </w:t>
      </w:r>
      <w:r>
        <w:rPr>
          <w:rFonts w:ascii="Arial" w:hAnsi="Arial" w:cs="Arial" w:eastAsia="Arial"/>
          <w:b w:val="0"/>
          <w:i w:val="0"/>
          <w:color w:val="231A2E"/>
          <w:sz w:val="20"/>
        </w:rPr>
        <w:t xml:space="preserve">Contact form      </w:t>
      </w:r>
      <w:r>
        <w:rPr>
          <w:rFonts w:ascii="Segoe UI Symbol" w:hAnsi="Segoe UI Symbol" w:cs="Segoe UI Symbol" w:eastAsia="Segoe UI Symbol"/>
          <w:b w:val="0"/>
          <w:i w:val="0"/>
          <w:color w:val="231A2E"/>
          <w:sz w:val="24"/>
        </w:rPr>
        <w:t xml:space="preserve">☐ </w:t>
      </w:r>
      <w:r>
        <w:rPr>
          <w:rFonts w:ascii="Arial" w:hAnsi="Arial" w:cs="Arial" w:eastAsia="Arial"/>
          <w:b w:val="0"/>
          <w:i w:val="0"/>
          <w:color w:val="231A2E"/>
          <w:sz w:val="20"/>
        </w:rPr>
        <w:t xml:space="preserve">Quote request form      </w:t>
      </w:r>
      <w:r>
        <w:rPr>
          <w:rFonts w:ascii="Segoe UI Symbol" w:hAnsi="Segoe UI Symbol" w:cs="Segoe UI Symbol" w:eastAsia="Segoe UI Symbol"/>
          <w:b w:val="0"/>
          <w:i w:val="0"/>
          <w:color w:val="231A2E"/>
          <w:sz w:val="24"/>
        </w:rPr>
        <w:t xml:space="preserve">☐ </w:t>
      </w:r>
      <w:r>
        <w:rPr>
          <w:rFonts w:ascii="Arial" w:hAnsi="Arial" w:cs="Arial" w:eastAsia="Arial"/>
          <w:b w:val="0"/>
          <w:i w:val="0"/>
          <w:color w:val="231A2E"/>
          <w:sz w:val="20"/>
        </w:rPr>
        <w:t xml:space="preserve">Booking or scheduling      </w:t>
      </w:r>
      <w:r>
        <w:rPr>
          <w:rFonts w:ascii="Segoe UI Symbol" w:hAnsi="Segoe UI Symbol" w:cs="Segoe UI Symbol" w:eastAsia="Segoe UI Symbol"/>
          <w:b w:val="0"/>
          <w:i w:val="0"/>
          <w:color w:val="231A2E"/>
          <w:sz w:val="24"/>
        </w:rPr>
        <w:t xml:space="preserve">☐ </w:t>
      </w:r>
      <w:r>
        <w:rPr>
          <w:rFonts w:ascii="Arial" w:hAnsi="Arial" w:cs="Arial" w:eastAsia="Arial"/>
          <w:b w:val="0"/>
          <w:i w:val="0"/>
          <w:color w:val="231A2E"/>
          <w:sz w:val="20"/>
        </w:rPr>
        <w:t xml:space="preserve">Newsletter sign-up      </w:t>
      </w:r>
      <w:r>
        <w:rPr>
          <w:rFonts w:ascii="Segoe UI Symbol" w:hAnsi="Segoe UI Symbol" w:cs="Segoe UI Symbol" w:eastAsia="Segoe UI Symbol"/>
          <w:b w:val="0"/>
          <w:i w:val="0"/>
          <w:color w:val="231A2E"/>
          <w:sz w:val="24"/>
        </w:rPr>
        <w:t xml:space="preserve">☐ </w:t>
      </w:r>
      <w:r>
        <w:rPr>
          <w:rFonts w:ascii="Arial" w:hAnsi="Arial" w:cs="Arial" w:eastAsia="Arial"/>
          <w:b w:val="0"/>
          <w:i w:val="0"/>
          <w:color w:val="231A2E"/>
          <w:sz w:val="20"/>
        </w:rPr>
        <w:t xml:space="preserve">Online payments      </w:t>
      </w:r>
      <w:r>
        <w:rPr>
          <w:rFonts w:ascii="Segoe UI Symbol" w:hAnsi="Segoe UI Symbol" w:cs="Segoe UI Symbol" w:eastAsia="Segoe UI Symbol"/>
          <w:b w:val="0"/>
          <w:i w:val="0"/>
          <w:color w:val="231A2E"/>
          <w:sz w:val="24"/>
        </w:rPr>
        <w:t xml:space="preserve">☐ </w:t>
      </w:r>
      <w:r>
        <w:rPr>
          <w:rFonts w:ascii="Arial" w:hAnsi="Arial" w:cs="Arial" w:eastAsia="Arial"/>
          <w:b w:val="0"/>
          <w:i w:val="0"/>
          <w:color w:val="231A2E"/>
          <w:sz w:val="20"/>
        </w:rPr>
        <w:t xml:space="preserve">Blog      </w:t>
      </w:r>
      <w:r>
        <w:rPr>
          <w:rFonts w:ascii="Segoe UI Symbol" w:hAnsi="Segoe UI Symbol" w:cs="Segoe UI Symbol" w:eastAsia="Segoe UI Symbol"/>
          <w:b w:val="0"/>
          <w:i w:val="0"/>
          <w:color w:val="231A2E"/>
          <w:sz w:val="24"/>
        </w:rPr>
        <w:t xml:space="preserve">☐ </w:t>
      </w:r>
      <w:r>
        <w:rPr>
          <w:rFonts w:ascii="Arial" w:hAnsi="Arial" w:cs="Arial" w:eastAsia="Arial"/>
          <w:b w:val="0"/>
          <w:i w:val="0"/>
          <w:color w:val="231A2E"/>
          <w:sz w:val="20"/>
        </w:rPr>
        <w:t xml:space="preserve">Search      </w:t>
      </w:r>
      <w:r>
        <w:rPr>
          <w:rFonts w:ascii="Segoe UI Symbol" w:hAnsi="Segoe UI Symbol" w:cs="Segoe UI Symbol" w:eastAsia="Segoe UI Symbol"/>
          <w:b w:val="0"/>
          <w:i w:val="0"/>
          <w:color w:val="231A2E"/>
          <w:sz w:val="24"/>
        </w:rPr>
        <w:t xml:space="preserve">☐ </w:t>
      </w:r>
      <w:r>
        <w:rPr>
          <w:rFonts w:ascii="Arial" w:hAnsi="Arial" w:cs="Arial" w:eastAsia="Arial"/>
          <w:b w:val="0"/>
          <w:i w:val="0"/>
          <w:color w:val="231A2E"/>
          <w:sz w:val="20"/>
        </w:rPr>
        <w:t xml:space="preserve">More than one language      </w:t>
      </w:r>
      <w:r>
        <w:rPr>
          <w:rFonts w:ascii="Segoe UI Symbol" w:hAnsi="Segoe UI Symbol" w:cs="Segoe UI Symbol" w:eastAsia="Segoe UI Symbol"/>
          <w:b w:val="0"/>
          <w:i w:val="0"/>
          <w:color w:val="231A2E"/>
          <w:sz w:val="24"/>
        </w:rPr>
        <w:t xml:space="preserve">☐ </w:t>
      </w:r>
      <w:r>
        <w:rPr>
          <w:rFonts w:ascii="Arial" w:hAnsi="Arial" w:cs="Arial" w:eastAsia="Arial"/>
          <w:b w:val="0"/>
          <w:i w:val="0"/>
          <w:color w:val="231A2E"/>
          <w:sz w:val="20"/>
        </w:rPr>
        <w:t xml:space="preserve">Member or client login      </w:t>
      </w:r>
      <w:r>
        <w:rPr>
          <w:rFonts w:ascii="Segoe UI Symbol" w:hAnsi="Segoe UI Symbol" w:cs="Segoe UI Symbol" w:eastAsia="Segoe UI Symbol"/>
          <w:b w:val="0"/>
          <w:i w:val="0"/>
          <w:color w:val="231A2E"/>
          <w:sz w:val="24"/>
        </w:rPr>
        <w:t xml:space="preserve">☐ </w:t>
      </w:r>
      <w:r>
        <w:rPr>
          <w:rFonts w:ascii="Arial" w:hAnsi="Arial" w:cs="Arial" w:eastAsia="Arial"/>
          <w:b w:val="0"/>
          <w:i w:val="0"/>
          <w:color w:val="231A2E"/>
          <w:sz w:val="20"/>
        </w:rPr>
        <w:t>Other</w:t>
      </w:r>
    </w:p>
    <w:p>
      <w:pPr>
        <w:keepNext w:val="0"/>
        <w:spacing w:after="20" w:before="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 w:before="120"/>
      </w:pPr>
      <w:r>
        <w:rPr>
          <w:rFonts w:ascii="Arial" w:hAnsi="Arial" w:cs="Arial" w:eastAsia="Arial"/>
          <w:b/>
          <w:i w:val="0"/>
          <w:color w:val="231A2E"/>
          <w:sz w:val="20"/>
        </w:rPr>
        <w:t>14. If you need payments or bookings, what are they for?</w:t>
      </w:r>
    </w:p>
    <w:p>
      <w:pPr>
        <w:keepNext w:val="0"/>
        <w:spacing w:after="20" w:before="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 w:val="0"/>
        <w:spacing w:after="20" w:before="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 w:before="120"/>
      </w:pPr>
      <w:r>
        <w:rPr>
          <w:rFonts w:ascii="Arial" w:hAnsi="Arial" w:cs="Arial" w:eastAsia="Arial"/>
          <w:b/>
          <w:i w:val="0"/>
          <w:color w:val="231A2E"/>
          <w:sz w:val="20"/>
        </w:rPr>
        <w:t>15. Roughly how many pages, products or posts will the site launch with?</w:t>
      </w:r>
    </w:p>
    <w:p>
      <w:pPr>
        <w:keepNext w:val="0"/>
        <w:spacing w:after="20" w:before="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40" w:before="120"/>
      </w:pPr>
      <w:r>
        <w:rPr>
          <w:rFonts w:ascii="Arial" w:hAnsi="Arial" w:cs="Arial" w:eastAsia="Arial"/>
          <w:b/>
          <w:i w:val="0"/>
          <w:color w:val="231A2E"/>
          <w:sz w:val="20"/>
        </w:rPr>
        <w:t>16. Who will write the words for each page?</w:t>
      </w:r>
    </w:p>
    <w:p>
      <w:pPr>
        <w:keepNext w:val="0"/>
        <w:spacing w:after="40" w:before="0"/>
        <w:ind w:left="288"/>
      </w:pPr>
      <w:r>
        <w:rPr>
          <w:rFonts w:ascii="Segoe UI Symbol" w:hAnsi="Segoe UI Symbol" w:cs="Segoe UI Symbol" w:eastAsia="Segoe UI Symbol"/>
          <w:b w:val="0"/>
          <w:i w:val="0"/>
          <w:color w:val="231A2E"/>
          <w:sz w:val="24"/>
        </w:rPr>
        <w:t xml:space="preserve">☐ </w:t>
      </w:r>
      <w:r>
        <w:rPr>
          <w:rFonts w:ascii="Arial" w:hAnsi="Arial" w:cs="Arial" w:eastAsia="Arial"/>
          <w:b w:val="0"/>
          <w:i w:val="0"/>
          <w:color w:val="231A2E"/>
          <w:sz w:val="20"/>
        </w:rPr>
        <w:t xml:space="preserve">We will      </w:t>
      </w:r>
      <w:r>
        <w:rPr>
          <w:rFonts w:ascii="Segoe UI Symbol" w:hAnsi="Segoe UI Symbol" w:cs="Segoe UI Symbol" w:eastAsia="Segoe UI Symbol"/>
          <w:b w:val="0"/>
          <w:i w:val="0"/>
          <w:color w:val="231A2E"/>
          <w:sz w:val="24"/>
        </w:rPr>
        <w:t xml:space="preserve">☐ </w:t>
      </w:r>
      <w:r>
        <w:rPr>
          <w:rFonts w:ascii="Arial" w:hAnsi="Arial" w:cs="Arial" w:eastAsia="Arial"/>
          <w:b w:val="0"/>
          <w:i w:val="0"/>
          <w:color w:val="231A2E"/>
          <w:sz w:val="20"/>
        </w:rPr>
        <w:t xml:space="preserve">You will      </w:t>
      </w:r>
      <w:r>
        <w:rPr>
          <w:rFonts w:ascii="Segoe UI Symbol" w:hAnsi="Segoe UI Symbol" w:cs="Segoe UI Symbol" w:eastAsia="Segoe UI Symbol"/>
          <w:b w:val="0"/>
          <w:i w:val="0"/>
          <w:color w:val="231A2E"/>
          <w:sz w:val="24"/>
        </w:rPr>
        <w:t xml:space="preserve">☐ </w:t>
      </w:r>
      <w:r>
        <w:rPr>
          <w:rFonts w:ascii="Arial" w:hAnsi="Arial" w:cs="Arial" w:eastAsia="Arial"/>
          <w:b w:val="0"/>
          <w:i w:val="0"/>
          <w:color w:val="231A2E"/>
          <w:sz w:val="20"/>
        </w:rPr>
        <w:t xml:space="preserve">A mix      </w:t>
      </w:r>
      <w:r>
        <w:rPr>
          <w:rFonts w:ascii="Segoe UI Symbol" w:hAnsi="Segoe UI Symbol" w:cs="Segoe UI Symbol" w:eastAsia="Segoe UI Symbol"/>
          <w:b w:val="0"/>
          <w:i w:val="0"/>
          <w:color w:val="231A2E"/>
          <w:sz w:val="24"/>
        </w:rPr>
        <w:t xml:space="preserve">☐ </w:t>
      </w:r>
      <w:r>
        <w:rPr>
          <w:rFonts w:ascii="Arial" w:hAnsi="Arial" w:cs="Arial" w:eastAsia="Arial"/>
          <w:b w:val="0"/>
          <w:i w:val="0"/>
          <w:color w:val="231A2E"/>
          <w:sz w:val="20"/>
        </w:rPr>
        <w:t>Not sure</w:t>
      </w:r>
    </w:p>
    <w:p>
      <w:pPr>
        <w:keepNext/>
        <w:spacing w:after="20" w:before="120"/>
      </w:pPr>
      <w:r>
        <w:rPr>
          <w:rFonts w:ascii="Arial" w:hAnsi="Arial" w:cs="Arial" w:eastAsia="Arial"/>
          <w:b/>
          <w:i w:val="0"/>
          <w:color w:val="231A2E"/>
          <w:sz w:val="20"/>
        </w:rPr>
        <w:t>17. Do you have a logo, photos or video ready, or do they need to be made?</w:t>
      </w:r>
    </w:p>
    <w:p>
      <w:pPr>
        <w:keepNext w:val="0"/>
        <w:spacing w:after="20" w:before="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 w:val="0"/>
        <w:spacing w:after="20" w:before="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 w:before="120"/>
      </w:pPr>
      <w:r>
        <w:rPr>
          <w:rFonts w:ascii="Arial" w:hAnsi="Arial" w:cs="Arial" w:eastAsia="Arial"/>
          <w:b/>
          <w:i w:val="0"/>
          <w:color w:val="231A2E"/>
          <w:sz w:val="20"/>
        </w:rPr>
        <w:t>18. What content from your current site should move across?</w:t>
      </w:r>
    </w:p>
    <w:p>
      <w:pPr>
        <w:keepNext w:val="0"/>
        <w:spacing w:after="20" w:before="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 w:val="0"/>
        <w:spacing w:after="20" w:before="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 w:before="120"/>
      </w:pPr>
      <w:r>
        <w:rPr>
          <w:rFonts w:ascii="Arial" w:hAnsi="Arial" w:cs="Arial" w:eastAsia="Arial"/>
          <w:b/>
          <w:i w:val="0"/>
          <w:color w:val="231A2E"/>
          <w:sz w:val="20"/>
        </w:rPr>
        <w:t>19. Which tools must the site connect to? (for example email marketing, a CRM, a booking tool, analytics)</w:t>
      </w:r>
    </w:p>
    <w:p>
      <w:pPr>
        <w:keepNext w:val="0"/>
        <w:spacing w:after="20" w:before="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 w:val="0"/>
        <w:spacing w:after="20" w:before="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80" w:before="240"/>
      </w:pPr>
      <w:r>
        <w:rPr>
          <w:rFonts w:ascii="Arial" w:hAnsi="Arial" w:cs="Arial" w:eastAsia="Arial"/>
          <w:b/>
          <w:i w:val="0"/>
          <w:color w:val="231A2E"/>
          <w:sz w:val="28"/>
        </w:rPr>
        <w:t>D. Look and feel</w:t>
      </w:r>
    </w:p>
    <w:p>
      <w:pPr>
        <w:keepNext/>
        <w:spacing w:after="20" w:before="120"/>
      </w:pPr>
      <w:r>
        <w:rPr>
          <w:rFonts w:ascii="Arial" w:hAnsi="Arial" w:cs="Arial" w:eastAsia="Arial"/>
          <w:b/>
          <w:i w:val="0"/>
          <w:color w:val="231A2E"/>
          <w:sz w:val="20"/>
        </w:rPr>
        <w:t>20. Do you have brand guidelines (logo, colours, fonts)? Please attach them.</w:t>
      </w:r>
    </w:p>
    <w:p>
      <w:pPr>
        <w:keepNext w:val="0"/>
        <w:spacing w:after="20" w:before="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 w:before="120"/>
      </w:pPr>
      <w:r>
        <w:rPr>
          <w:rFonts w:ascii="Arial" w:hAnsi="Arial" w:cs="Arial" w:eastAsia="Arial"/>
          <w:b/>
          <w:i w:val="0"/>
          <w:color w:val="231A2E"/>
          <w:sz w:val="20"/>
        </w:rPr>
        <w:t>21. Share links to two or three sites you like, and say what you like about each.</w:t>
      </w:r>
    </w:p>
    <w:p>
      <w:pPr>
        <w:keepNext w:val="0"/>
        <w:spacing w:after="20" w:before="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 w:val="0"/>
        <w:spacing w:after="20" w:before="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 w:val="0"/>
        <w:spacing w:after="20" w:before="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 w:before="120"/>
      </w:pPr>
      <w:r>
        <w:rPr>
          <w:rFonts w:ascii="Arial" w:hAnsi="Arial" w:cs="Arial" w:eastAsia="Arial"/>
          <w:b/>
          <w:i w:val="0"/>
          <w:color w:val="231A2E"/>
          <w:sz w:val="20"/>
        </w:rPr>
        <w:t>22. Any sites, colours or styles you don't want?</w:t>
      </w:r>
    </w:p>
    <w:p>
      <w:pPr>
        <w:keepNext w:val="0"/>
        <w:spacing w:after="20" w:before="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 w:val="0"/>
        <w:spacing w:after="20" w:before="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 w:before="120"/>
      </w:pPr>
      <w:r>
        <w:rPr>
          <w:rFonts w:ascii="Arial" w:hAnsi="Arial" w:cs="Arial" w:eastAsia="Arial"/>
          <w:b/>
          <w:i w:val="0"/>
          <w:color w:val="231A2E"/>
          <w:sz w:val="20"/>
        </w:rPr>
        <w:t>23. Three words that describe how the site should feel</w:t>
      </w:r>
    </w:p>
    <w:p>
      <w:pPr>
        <w:keepNext w:val="0"/>
        <w:spacing w:after="20" w:before="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 w:before="120"/>
      </w:pPr>
      <w:r>
        <w:rPr>
          <w:rFonts w:ascii="Arial" w:hAnsi="Arial" w:cs="Arial" w:eastAsia="Arial"/>
          <w:b/>
          <w:i w:val="0"/>
          <w:color w:val="231A2E"/>
          <w:sz w:val="20"/>
        </w:rPr>
        <w:t>24. Does your audience or sector expect any accessibility standard, or need larger text, captions or other help?</w:t>
      </w:r>
    </w:p>
    <w:p>
      <w:pPr>
        <w:keepNext w:val="0"/>
        <w:spacing w:after="20" w:before="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 w:val="0"/>
        <w:spacing w:after="20" w:before="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80" w:before="240"/>
      </w:pPr>
      <w:r>
        <w:rPr>
          <w:rFonts w:ascii="Arial" w:hAnsi="Arial" w:cs="Arial" w:eastAsia="Arial"/>
          <w:b/>
          <w:i w:val="0"/>
          <w:color w:val="231A2E"/>
          <w:sz w:val="28"/>
        </w:rPr>
        <w:t>E. Domain, hosting and access</w:t>
      </w:r>
    </w:p>
    <w:p>
      <w:pPr>
        <w:keepNext/>
        <w:spacing w:after="20" w:before="120"/>
      </w:pPr>
      <w:r>
        <w:rPr>
          <w:rFonts w:ascii="Arial" w:hAnsi="Arial" w:cs="Arial" w:eastAsia="Arial"/>
          <w:b/>
          <w:i w:val="0"/>
          <w:color w:val="231A2E"/>
          <w:sz w:val="20"/>
        </w:rPr>
        <w:t>25. Do you own a domain name? Which company is it registered with, and who has the login?</w:t>
      </w:r>
    </w:p>
    <w:p>
      <w:pPr>
        <w:keepNext w:val="0"/>
        <w:spacing w:after="20" w:before="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 w:val="0"/>
        <w:spacing w:after="20" w:before="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 w:before="120"/>
      </w:pPr>
      <w:r>
        <w:rPr>
          <w:rFonts w:ascii="Arial" w:hAnsi="Arial" w:cs="Arial" w:eastAsia="Arial"/>
          <w:b/>
          <w:i w:val="0"/>
          <w:color w:val="231A2E"/>
          <w:sz w:val="20"/>
        </w:rPr>
        <w:t>26. Where is the current site hosted, and who manages it?</w:t>
      </w:r>
    </w:p>
    <w:p>
      <w:pPr>
        <w:keepNext w:val="0"/>
        <w:spacing w:after="20" w:before="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 w:before="120"/>
      </w:pPr>
      <w:r>
        <w:rPr>
          <w:rFonts w:ascii="Arial" w:hAnsi="Arial" w:cs="Arial" w:eastAsia="Arial"/>
          <w:b/>
          <w:i w:val="0"/>
          <w:color w:val="231A2E"/>
          <w:sz w:val="20"/>
        </w:rPr>
        <w:t>27. Which content management system do you use or prefer, if any?</w:t>
      </w:r>
    </w:p>
    <w:p>
      <w:pPr>
        <w:keepNext w:val="0"/>
        <w:spacing w:after="20" w:before="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 w:before="120"/>
      </w:pPr>
      <w:r>
        <w:rPr>
          <w:rFonts w:ascii="Arial" w:hAnsi="Arial" w:cs="Arial" w:eastAsia="Arial"/>
          <w:b/>
          <w:i w:val="0"/>
          <w:color w:val="231A2E"/>
          <w:sz w:val="20"/>
        </w:rPr>
        <w:t>28. Who should get admin access after launch? (We'll send an invite. Never share passwords on this form.)</w:t>
      </w:r>
    </w:p>
    <w:p>
      <w:pPr>
        <w:keepNext w:val="0"/>
        <w:spacing w:after="20" w:before="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 w:before="120"/>
      </w:pPr>
      <w:r>
        <w:rPr>
          <w:rFonts w:ascii="Arial" w:hAnsi="Arial" w:cs="Arial" w:eastAsia="Arial"/>
          <w:b/>
          <w:i w:val="0"/>
          <w:color w:val="231A2E"/>
          <w:sz w:val="20"/>
        </w:rPr>
        <w:t>29. Who will look after updates and backups after launch?</w:t>
      </w:r>
    </w:p>
    <w:p>
      <w:pPr>
        <w:keepNext w:val="0"/>
        <w:spacing w:after="20" w:before="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80" w:before="240"/>
      </w:pPr>
      <w:r>
        <w:rPr>
          <w:rFonts w:ascii="Arial" w:hAnsi="Arial" w:cs="Arial" w:eastAsia="Arial"/>
          <w:b/>
          <w:i w:val="0"/>
          <w:color w:val="231A2E"/>
          <w:sz w:val="28"/>
        </w:rPr>
        <w:t>F. Budget, timeline and sign-off</w:t>
      </w:r>
    </w:p>
    <w:p>
      <w:pPr>
        <w:keepNext/>
        <w:spacing w:after="40" w:before="120"/>
      </w:pPr>
      <w:r>
        <w:rPr>
          <w:rFonts w:ascii="Arial" w:hAnsi="Arial" w:cs="Arial" w:eastAsia="Arial"/>
          <w:b/>
          <w:i w:val="0"/>
          <w:color w:val="231A2E"/>
          <w:sz w:val="20"/>
        </w:rPr>
        <w:t>30. What budget range have you set aside?</w:t>
      </w:r>
    </w:p>
    <w:p>
      <w:pPr>
        <w:keepNext w:val="0"/>
        <w:spacing w:after="40" w:before="0"/>
        <w:ind w:left="288"/>
      </w:pPr>
      <w:r>
        <w:rPr>
          <w:rFonts w:ascii="Segoe UI Symbol" w:hAnsi="Segoe UI Symbol" w:cs="Segoe UI Symbol" w:eastAsia="Segoe UI Symbol"/>
          <w:b w:val="0"/>
          <w:i w:val="0"/>
          <w:color w:val="231A2E"/>
          <w:sz w:val="24"/>
        </w:rPr>
        <w:t xml:space="preserve">☐ </w:t>
      </w:r>
      <w:r>
        <w:rPr>
          <w:rFonts w:ascii="Arial" w:hAnsi="Arial" w:cs="Arial" w:eastAsia="Arial"/>
          <w:b w:val="0"/>
          <w:i w:val="0"/>
          <w:color w:val="231A2E"/>
          <w:sz w:val="20"/>
        </w:rPr>
        <w:t xml:space="preserve">Under $2,000      </w:t>
      </w:r>
      <w:r>
        <w:rPr>
          <w:rFonts w:ascii="Segoe UI Symbol" w:hAnsi="Segoe UI Symbol" w:cs="Segoe UI Symbol" w:eastAsia="Segoe UI Symbol"/>
          <w:b w:val="0"/>
          <w:i w:val="0"/>
          <w:color w:val="231A2E"/>
          <w:sz w:val="24"/>
        </w:rPr>
        <w:t xml:space="preserve">☐ </w:t>
      </w:r>
      <w:r>
        <w:rPr>
          <w:rFonts w:ascii="Arial" w:hAnsi="Arial" w:cs="Arial" w:eastAsia="Arial"/>
          <w:b w:val="0"/>
          <w:i w:val="0"/>
          <w:color w:val="231A2E"/>
          <w:sz w:val="20"/>
        </w:rPr>
        <w:t xml:space="preserve">$2,000 to $5,000      </w:t>
      </w:r>
      <w:r>
        <w:rPr>
          <w:rFonts w:ascii="Segoe UI Symbol" w:hAnsi="Segoe UI Symbol" w:cs="Segoe UI Symbol" w:eastAsia="Segoe UI Symbol"/>
          <w:b w:val="0"/>
          <w:i w:val="0"/>
          <w:color w:val="231A2E"/>
          <w:sz w:val="24"/>
        </w:rPr>
        <w:t xml:space="preserve">☐ </w:t>
      </w:r>
      <w:r>
        <w:rPr>
          <w:rFonts w:ascii="Arial" w:hAnsi="Arial" w:cs="Arial" w:eastAsia="Arial"/>
          <w:b w:val="0"/>
          <w:i w:val="0"/>
          <w:color w:val="231A2E"/>
          <w:sz w:val="20"/>
        </w:rPr>
        <w:t xml:space="preserve">$5,000 to $10,000      </w:t>
      </w:r>
      <w:r>
        <w:rPr>
          <w:rFonts w:ascii="Segoe UI Symbol" w:hAnsi="Segoe UI Symbol" w:cs="Segoe UI Symbol" w:eastAsia="Segoe UI Symbol"/>
          <w:b w:val="0"/>
          <w:i w:val="0"/>
          <w:color w:val="231A2E"/>
          <w:sz w:val="24"/>
        </w:rPr>
        <w:t xml:space="preserve">☐ </w:t>
      </w:r>
      <w:r>
        <w:rPr>
          <w:rFonts w:ascii="Arial" w:hAnsi="Arial" w:cs="Arial" w:eastAsia="Arial"/>
          <w:b w:val="0"/>
          <w:i w:val="0"/>
          <w:color w:val="231A2E"/>
          <w:sz w:val="20"/>
        </w:rPr>
        <w:t xml:space="preserve">$10,000 to $25,000      </w:t>
      </w:r>
      <w:r>
        <w:rPr>
          <w:rFonts w:ascii="Segoe UI Symbol" w:hAnsi="Segoe UI Symbol" w:cs="Segoe UI Symbol" w:eastAsia="Segoe UI Symbol"/>
          <w:b w:val="0"/>
          <w:i w:val="0"/>
          <w:color w:val="231A2E"/>
          <w:sz w:val="24"/>
        </w:rPr>
        <w:t xml:space="preserve">☐ </w:t>
      </w:r>
      <w:r>
        <w:rPr>
          <w:rFonts w:ascii="Arial" w:hAnsi="Arial" w:cs="Arial" w:eastAsia="Arial"/>
          <w:b w:val="0"/>
          <w:i w:val="0"/>
          <w:color w:val="231A2E"/>
          <w:sz w:val="20"/>
        </w:rPr>
        <w:t xml:space="preserve">$25,000+      </w:t>
      </w:r>
      <w:r>
        <w:rPr>
          <w:rFonts w:ascii="Segoe UI Symbol" w:hAnsi="Segoe UI Symbol" w:cs="Segoe UI Symbol" w:eastAsia="Segoe UI Symbol"/>
          <w:b w:val="0"/>
          <w:i w:val="0"/>
          <w:color w:val="231A2E"/>
          <w:sz w:val="24"/>
        </w:rPr>
        <w:t xml:space="preserve">☐ </w:t>
      </w:r>
      <w:r>
        <w:rPr>
          <w:rFonts w:ascii="Arial" w:hAnsi="Arial" w:cs="Arial" w:eastAsia="Arial"/>
          <w:b w:val="0"/>
          <w:i w:val="0"/>
          <w:color w:val="231A2E"/>
          <w:sz w:val="20"/>
        </w:rPr>
        <w:t>Not sure yet</w:t>
      </w:r>
    </w:p>
    <w:p>
      <w:pPr>
        <w:keepNext/>
        <w:spacing w:after="20" w:before="120"/>
      </w:pPr>
      <w:r>
        <w:rPr>
          <w:rFonts w:ascii="Arial" w:hAnsi="Arial" w:cs="Arial" w:eastAsia="Arial"/>
          <w:b/>
          <w:i w:val="0"/>
          <w:color w:val="231A2E"/>
          <w:sz w:val="20"/>
        </w:rPr>
        <w:t>31. Is there a fixed launch date? What's driving it?</w:t>
      </w:r>
    </w:p>
    <w:p>
      <w:pPr>
        <w:keepNext w:val="0"/>
        <w:spacing w:after="20" w:before="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 w:val="0"/>
        <w:spacing w:after="20" w:before="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 w:before="120"/>
      </w:pPr>
      <w:r>
        <w:rPr>
          <w:rFonts w:ascii="Arial" w:hAnsi="Arial" w:cs="Arial" w:eastAsia="Arial"/>
          <w:b/>
          <w:i w:val="0"/>
          <w:color w:val="231A2E"/>
          <w:sz w:val="20"/>
        </w:rPr>
        <w:t>32. Who signs off the design and the finished site?</w:t>
      </w:r>
    </w:p>
    <w:p>
      <w:pPr>
        <w:keepNext w:val="0"/>
        <w:spacing w:after="20" w:before="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40" w:before="120"/>
      </w:pPr>
      <w:r>
        <w:rPr>
          <w:rFonts w:ascii="Arial" w:hAnsi="Arial" w:cs="Arial" w:eastAsia="Arial"/>
          <w:b/>
          <w:i w:val="0"/>
          <w:color w:val="231A2E"/>
          <w:sz w:val="20"/>
        </w:rPr>
        <w:t>33. How do you prefer to give feedback?</w:t>
      </w:r>
    </w:p>
    <w:p>
      <w:pPr>
        <w:keepNext w:val="0"/>
        <w:spacing w:after="40" w:before="0"/>
        <w:ind w:left="288"/>
      </w:pPr>
      <w:r>
        <w:rPr>
          <w:rFonts w:ascii="Segoe UI Symbol" w:hAnsi="Segoe UI Symbol" w:cs="Segoe UI Symbol" w:eastAsia="Segoe UI Symbol"/>
          <w:b w:val="0"/>
          <w:i w:val="0"/>
          <w:color w:val="231A2E"/>
          <w:sz w:val="24"/>
        </w:rPr>
        <w:t xml:space="preserve">☐ </w:t>
      </w:r>
      <w:r>
        <w:rPr>
          <w:rFonts w:ascii="Arial" w:hAnsi="Arial" w:cs="Arial" w:eastAsia="Arial"/>
          <w:b w:val="0"/>
          <w:i w:val="0"/>
          <w:color w:val="231A2E"/>
          <w:sz w:val="20"/>
        </w:rPr>
        <w:t xml:space="preserve">Calls      </w:t>
      </w:r>
      <w:r>
        <w:rPr>
          <w:rFonts w:ascii="Segoe UI Symbol" w:hAnsi="Segoe UI Symbol" w:cs="Segoe UI Symbol" w:eastAsia="Segoe UI Symbol"/>
          <w:b w:val="0"/>
          <w:i w:val="0"/>
          <w:color w:val="231A2E"/>
          <w:sz w:val="24"/>
        </w:rPr>
        <w:t xml:space="preserve">☐ </w:t>
      </w:r>
      <w:r>
        <w:rPr>
          <w:rFonts w:ascii="Arial" w:hAnsi="Arial" w:cs="Arial" w:eastAsia="Arial"/>
          <w:b w:val="0"/>
          <w:i w:val="0"/>
          <w:color w:val="231A2E"/>
          <w:sz w:val="20"/>
        </w:rPr>
        <w:t xml:space="preserve">Email      </w:t>
      </w:r>
      <w:r>
        <w:rPr>
          <w:rFonts w:ascii="Segoe UI Symbol" w:hAnsi="Segoe UI Symbol" w:cs="Segoe UI Symbol" w:eastAsia="Segoe UI Symbol"/>
          <w:b w:val="0"/>
          <w:i w:val="0"/>
          <w:color w:val="231A2E"/>
          <w:sz w:val="24"/>
        </w:rPr>
        <w:t xml:space="preserve">☐ </w:t>
      </w:r>
      <w:r>
        <w:rPr>
          <w:rFonts w:ascii="Arial" w:hAnsi="Arial" w:cs="Arial" w:eastAsia="Arial"/>
          <w:b w:val="0"/>
          <w:i w:val="0"/>
          <w:color w:val="231A2E"/>
          <w:sz w:val="20"/>
        </w:rPr>
        <w:t xml:space="preserve">Comments on a preview link      </w:t>
      </w:r>
      <w:r>
        <w:rPr>
          <w:rFonts w:ascii="Segoe UI Symbol" w:hAnsi="Segoe UI Symbol" w:cs="Segoe UI Symbol" w:eastAsia="Segoe UI Symbol"/>
          <w:b w:val="0"/>
          <w:i w:val="0"/>
          <w:color w:val="231A2E"/>
          <w:sz w:val="24"/>
        </w:rPr>
        <w:t xml:space="preserve">☐ </w:t>
      </w:r>
      <w:r>
        <w:rPr>
          <w:rFonts w:ascii="Arial" w:hAnsi="Arial" w:cs="Arial" w:eastAsia="Arial"/>
          <w:b w:val="0"/>
          <w:i w:val="0"/>
          <w:color w:val="231A2E"/>
          <w:sz w:val="20"/>
        </w:rPr>
        <w:t>A mix</w:t>
      </w:r>
    </w:p>
    <w:p>
      <w:pPr>
        <w:keepNext/>
        <w:spacing w:after="20" w:before="120"/>
      </w:pPr>
      <w:r>
        <w:rPr>
          <w:rFonts w:ascii="Arial" w:hAnsi="Arial" w:cs="Arial" w:eastAsia="Arial"/>
          <w:b/>
          <w:i w:val="0"/>
          <w:color w:val="231A2E"/>
          <w:sz w:val="20"/>
        </w:rPr>
        <w:t>34. Do you want ongoing support or maintenance after launch?</w:t>
      </w:r>
    </w:p>
    <w:p>
      <w:pPr>
        <w:keepNext w:val="0"/>
        <w:spacing w:after="20" w:before="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 w:val="0"/>
        <w:spacing w:after="20" w:before="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 w:before="120"/>
      </w:pPr>
      <w:r>
        <w:rPr>
          <w:rFonts w:ascii="Arial" w:hAnsi="Arial" w:cs="Arial" w:eastAsia="Arial"/>
          <w:b/>
          <w:i w:val="0"/>
          <w:color w:val="231A2E"/>
          <w:sz w:val="20"/>
        </w:rPr>
        <w:t>35. Anything else we should know before we quote?</w:t>
      </w:r>
    </w:p>
    <w:p>
      <w:pPr>
        <w:keepNext w:val="0"/>
        <w:spacing w:after="20" w:before="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 w:val="0"/>
        <w:spacing w:after="20" w:before="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 w:val="0"/>
        <w:spacing w:after="20" w:before="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 w:val="0"/>
        <w:spacing w:after="100" w:before="0"/>
      </w:pPr>
      <w:r>
        <w:rPr>
          <w:rFonts w:ascii="Arial" w:hAnsi="Arial" w:cs="Arial" w:eastAsia="Arial"/>
          <w:b w:val="0"/>
          <w:i/>
          <w:color w:val="5E5468"/>
          <w:sz w:val="17"/>
        </w:rPr>
        <w:t>Thank you. We'll read your answers before our call and send a quote after it. Find the free scope worksheet that goes with this questionnaire at https://hornetforms.com/blog/web-design-questionnaire</w:t>
      </w:r>
    </w:p>
    <w:sectPr w:rsidR="00FC693F" w:rsidRPr="0006063C" w:rsidSect="00034616">
      <w:footerReference w:type="default" r:id="rId9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 w:cs="Arial" w:eastAsia="Arial"/>
        <w:b w:val="0"/>
        <w:i/>
        <w:color w:val="5E5468"/>
        <w:sz w:val="16"/>
      </w:rPr>
      <w:t>Made by HornetForms, https://hornetforms.com/blog/web-design-questionnaire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 design questionnaire</dc:title>
  <dc:subject/>
  <dc:creator>HornetForms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