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80" w:before="0"/>
        <w:ind w:left="0"/>
      </w:pPr>
      <w:r>
        <w:rPr>
          <w:rFonts w:ascii="Arial" w:hAnsi="Arial"/>
          <w:b/>
          <w:i w:val="0"/>
          <w:color w:val="231A2E"/>
          <w:sz w:val="44"/>
        </w:rPr>
        <w:t>Volunteer hours sign-in sheet</w:t>
      </w:r>
    </w:p>
    <w:p>
      <w:pPr>
        <w:spacing w:after="240" w:before="0"/>
        <w:ind w:left="0"/>
      </w:pPr>
      <w:r>
        <w:rPr>
          <w:rFonts w:ascii="Arial" w:hAnsi="Arial"/>
          <w:b w:val="0"/>
          <w:i w:val="0"/>
          <w:color w:val="5E5468"/>
          <w:sz w:val="22"/>
        </w:rPr>
        <w:t>Please print your name and email, then write the time you arrive and the time you leave.</w:t>
      </w:r>
    </w:p>
    <w:p>
      <w:pPr>
        <w:spacing w:after="120" w:before="0"/>
        <w:ind w:left="0"/>
      </w:pPr>
      <w:r>
        <w:rPr>
          <w:rFonts w:ascii="Arial" w:hAnsi="Arial"/>
          <w:b w:val="0"/>
          <w:i/>
          <w:color w:val="5E5468"/>
          <w:sz w:val="18"/>
        </w:rPr>
        <w:t>Coordinator: work out the hours for each line, then type the lines into the Log tab of the volunteer hours log, or tape your form's QR code here so volunteers can log their own hours.</w:t>
      </w:r>
    </w:p>
    <w:p>
      <w:pPr>
        <w:spacing w:after="160" w:before="0"/>
        <w:ind w:left="0"/>
      </w:pPr>
      <w:r>
        <w:rPr>
          <w:rFonts w:ascii="Arial" w:hAnsi="Arial"/>
          <w:b w:val="0"/>
          <w:i w:val="0"/>
          <w:color w:val="231A2E"/>
          <w:sz w:val="22"/>
        </w:rPr>
        <w:t>Program or activity: ________________________________________</w:t>
      </w:r>
    </w:p>
    <w:p>
      <w:pPr>
        <w:spacing w:after="160" w:before="0"/>
        <w:ind w:left="0"/>
      </w:pPr>
      <w:r>
        <w:rPr>
          <w:rFonts w:ascii="Arial" w:hAnsi="Arial"/>
          <w:b w:val="0"/>
          <w:i w:val="0"/>
          <w:color w:val="231A2E"/>
          <w:sz w:val="22"/>
        </w:rPr>
        <w:t>Date: ________________________________________</w:t>
      </w:r>
    </w:p>
    <w:p>
      <w:pPr>
        <w:spacing w:after="160" w:before="0"/>
        <w:ind w:left="0"/>
      </w:pPr>
      <w:r>
        <w:rPr>
          <w:rFonts w:ascii="Arial" w:hAnsi="Arial"/>
          <w:b w:val="0"/>
          <w:i w:val="0"/>
          <w:color w:val="231A2E"/>
          <w:sz w:val="22"/>
        </w:rPr>
        <w:t>Coordinator: ________________________________________</w:t>
      </w:r>
    </w:p>
    <w:tbl>
      <w:tblPr>
        <w:tblStyle w:val="TableGrid"/>
        <w:tblW w:type="auto" w:w="0"/>
        <w:jc w:val="center"/>
        <w:tblLayout w:type="fixed"/>
        <w:tblLook w:firstColumn="1" w:firstRow="1" w:lastColumn="0" w:lastRow="0" w:noHBand="0" w:noVBand="1" w:val="04A0"/>
      </w:tblPr>
      <w:tblGrid>
        <w:gridCol w:w="1378"/>
        <w:gridCol w:w="1378"/>
        <w:gridCol w:w="1378"/>
        <w:gridCol w:w="1378"/>
        <w:gridCol w:w="1378"/>
        <w:gridCol w:w="1378"/>
        <w:gridCol w:w="1378"/>
      </w:tblGrid>
      <w:tr>
        <w:tc>
          <w:tcPr>
            <w:tcW w:type="dxa" w:w="504"/>
            <w:shd w:val="clear" w:color="auto" w:fill="231A2E"/>
          </w:tcPr>
          <w:p>
            <w:r/>
            <w:r>
              <w:rPr>
                <w:rFonts w:ascii="Arial" w:hAnsi="Arial"/>
                <w:b/>
                <w:color w:val="FBF5E9"/>
                <w:sz w:val="20"/>
              </w:rPr>
              <w:t>#</w:t>
            </w:r>
          </w:p>
        </w:tc>
        <w:tc>
          <w:tcPr>
            <w:tcW w:type="dxa" w:w="2520"/>
            <w:shd w:val="clear" w:color="auto" w:fill="231A2E"/>
          </w:tcPr>
          <w:p>
            <w:r/>
            <w:r>
              <w:rPr>
                <w:rFonts w:ascii="Arial" w:hAnsi="Arial"/>
                <w:b/>
                <w:color w:val="FBF5E9"/>
                <w:sz w:val="20"/>
              </w:rPr>
              <w:t>Full name</w:t>
            </w:r>
          </w:p>
        </w:tc>
        <w:tc>
          <w:tcPr>
            <w:tcW w:type="dxa" w:w="2664"/>
            <w:shd w:val="clear" w:color="auto" w:fill="231A2E"/>
          </w:tcPr>
          <w:p>
            <w:r/>
            <w:r>
              <w:rPr>
                <w:rFonts w:ascii="Arial" w:hAnsi="Arial"/>
                <w:b/>
                <w:color w:val="FBF5E9"/>
                <w:sz w:val="20"/>
              </w:rPr>
              <w:t>Email</w:t>
            </w:r>
          </w:p>
        </w:tc>
        <w:tc>
          <w:tcPr>
            <w:tcW w:type="dxa" w:w="1008"/>
            <w:shd w:val="clear" w:color="auto" w:fill="231A2E"/>
          </w:tcPr>
          <w:p>
            <w:r/>
            <w:r>
              <w:rPr>
                <w:rFonts w:ascii="Arial" w:hAnsi="Arial"/>
                <w:b/>
                <w:color w:val="FBF5E9"/>
                <w:sz w:val="20"/>
              </w:rPr>
              <w:t>Time in</w:t>
            </w:r>
          </w:p>
        </w:tc>
        <w:tc>
          <w:tcPr>
            <w:tcW w:type="dxa" w:w="1008"/>
            <w:shd w:val="clear" w:color="auto" w:fill="231A2E"/>
          </w:tcPr>
          <w:p>
            <w:r/>
            <w:r>
              <w:rPr>
                <w:rFonts w:ascii="Arial" w:hAnsi="Arial"/>
                <w:b/>
                <w:color w:val="FBF5E9"/>
                <w:sz w:val="20"/>
              </w:rPr>
              <w:t>Time out</w:t>
            </w:r>
          </w:p>
        </w:tc>
        <w:tc>
          <w:tcPr>
            <w:tcW w:type="dxa" w:w="864"/>
            <w:shd w:val="clear" w:color="auto" w:fill="231A2E"/>
          </w:tcPr>
          <w:p>
            <w:r/>
            <w:r>
              <w:rPr>
                <w:rFonts w:ascii="Arial" w:hAnsi="Arial"/>
                <w:b/>
                <w:color w:val="FBF5E9"/>
                <w:sz w:val="20"/>
              </w:rPr>
              <w:t>Hours</w:t>
            </w:r>
          </w:p>
        </w:tc>
        <w:tc>
          <w:tcPr>
            <w:tcW w:type="dxa" w:w="1008"/>
            <w:shd w:val="clear" w:color="auto" w:fill="231A2E"/>
          </w:tcPr>
          <w:p>
            <w:r/>
            <w:r>
              <w:rPr>
                <w:rFonts w:ascii="Arial" w:hAnsi="Arial"/>
                <w:b/>
                <w:color w:val="FBF5E9"/>
                <w:sz w:val="20"/>
              </w:rPr>
              <w:t>Initials</w:t>
            </w:r>
          </w:p>
        </w:tc>
      </w:tr>
      <w:tr>
        <w:trPr>
          <w:trHeight w:val="461"/>
          <w:trHeight w:val="460" w:hRule="atLeast"/>
        </w:trPr>
        <w:tc>
          <w:tcPr>
            <w:tcW w:type="dxa" w:w="504"/>
          </w:tcPr>
          <w:p>
            <w:r>
              <w:rPr>
                <w:rFonts w:ascii="Arial" w:hAnsi="Arial"/>
                <w:color w:val="5E5468"/>
                <w:sz w:val="18"/>
              </w:rPr>
              <w:t>1</w:t>
            </w:r>
          </w:p>
        </w:tc>
        <w:tc>
          <w:tcPr>
            <w:tcW w:type="dxa" w:w="2520"/>
          </w:tcPr>
          <w:p/>
        </w:tc>
        <w:tc>
          <w:tcPr>
            <w:tcW w:type="dxa" w:w="2664"/>
          </w:tcPr>
          <w:p/>
        </w:tc>
        <w:tc>
          <w:tcPr>
            <w:tcW w:type="dxa" w:w="1008"/>
          </w:tcPr>
          <w:p/>
        </w:tc>
        <w:tc>
          <w:tcPr>
            <w:tcW w:type="dxa" w:w="1008"/>
          </w:tcPr>
          <w:p/>
        </w:tc>
        <w:tc>
          <w:tcPr>
            <w:tcW w:type="dxa" w:w="864"/>
          </w:tcPr>
          <w:p/>
        </w:tc>
        <w:tc>
          <w:tcPr>
            <w:tcW w:type="dxa" w:w="1008"/>
          </w:tcPr>
          <w:p/>
        </w:tc>
      </w:tr>
      <w:tr>
        <w:trPr>
          <w:trHeight w:val="461"/>
          <w:trHeight w:val="460" w:hRule="atLeast"/>
        </w:trPr>
        <w:tc>
          <w:tcPr>
            <w:tcW w:type="dxa" w:w="504"/>
          </w:tcPr>
          <w:p>
            <w:r>
              <w:rPr>
                <w:rFonts w:ascii="Arial" w:hAnsi="Arial"/>
                <w:color w:val="5E5468"/>
                <w:sz w:val="18"/>
              </w:rPr>
              <w:t>2</w:t>
            </w:r>
          </w:p>
        </w:tc>
        <w:tc>
          <w:tcPr>
            <w:tcW w:type="dxa" w:w="2520"/>
          </w:tcPr>
          <w:p/>
        </w:tc>
        <w:tc>
          <w:tcPr>
            <w:tcW w:type="dxa" w:w="2664"/>
          </w:tcPr>
          <w:p/>
        </w:tc>
        <w:tc>
          <w:tcPr>
            <w:tcW w:type="dxa" w:w="1008"/>
          </w:tcPr>
          <w:p/>
        </w:tc>
        <w:tc>
          <w:tcPr>
            <w:tcW w:type="dxa" w:w="1008"/>
          </w:tcPr>
          <w:p/>
        </w:tc>
        <w:tc>
          <w:tcPr>
            <w:tcW w:type="dxa" w:w="864"/>
          </w:tcPr>
          <w:p/>
        </w:tc>
        <w:tc>
          <w:tcPr>
            <w:tcW w:type="dxa" w:w="1008"/>
          </w:tcPr>
          <w:p/>
        </w:tc>
      </w:tr>
      <w:tr>
        <w:trPr>
          <w:trHeight w:val="461"/>
          <w:trHeight w:val="460" w:hRule="atLeast"/>
        </w:trPr>
        <w:tc>
          <w:tcPr>
            <w:tcW w:type="dxa" w:w="504"/>
          </w:tcPr>
          <w:p>
            <w:r>
              <w:rPr>
                <w:rFonts w:ascii="Arial" w:hAnsi="Arial"/>
                <w:color w:val="5E5468"/>
                <w:sz w:val="18"/>
              </w:rPr>
              <w:t>3</w:t>
            </w:r>
          </w:p>
        </w:tc>
        <w:tc>
          <w:tcPr>
            <w:tcW w:type="dxa" w:w="2520"/>
          </w:tcPr>
          <w:p/>
        </w:tc>
        <w:tc>
          <w:tcPr>
            <w:tcW w:type="dxa" w:w="2664"/>
          </w:tcPr>
          <w:p/>
        </w:tc>
        <w:tc>
          <w:tcPr>
            <w:tcW w:type="dxa" w:w="1008"/>
          </w:tcPr>
          <w:p/>
        </w:tc>
        <w:tc>
          <w:tcPr>
            <w:tcW w:type="dxa" w:w="1008"/>
          </w:tcPr>
          <w:p/>
        </w:tc>
        <w:tc>
          <w:tcPr>
            <w:tcW w:type="dxa" w:w="864"/>
          </w:tcPr>
          <w:p/>
        </w:tc>
        <w:tc>
          <w:tcPr>
            <w:tcW w:type="dxa" w:w="1008"/>
          </w:tcPr>
          <w:p/>
        </w:tc>
      </w:tr>
      <w:tr>
        <w:trPr>
          <w:trHeight w:val="461"/>
          <w:trHeight w:val="460" w:hRule="atLeast"/>
        </w:trPr>
        <w:tc>
          <w:tcPr>
            <w:tcW w:type="dxa" w:w="504"/>
          </w:tcPr>
          <w:p>
            <w:r>
              <w:rPr>
                <w:rFonts w:ascii="Arial" w:hAnsi="Arial"/>
                <w:color w:val="5E5468"/>
                <w:sz w:val="18"/>
              </w:rPr>
              <w:t>4</w:t>
            </w:r>
          </w:p>
        </w:tc>
        <w:tc>
          <w:tcPr>
            <w:tcW w:type="dxa" w:w="2520"/>
          </w:tcPr>
          <w:p/>
        </w:tc>
        <w:tc>
          <w:tcPr>
            <w:tcW w:type="dxa" w:w="2664"/>
          </w:tcPr>
          <w:p/>
        </w:tc>
        <w:tc>
          <w:tcPr>
            <w:tcW w:type="dxa" w:w="1008"/>
          </w:tcPr>
          <w:p/>
        </w:tc>
        <w:tc>
          <w:tcPr>
            <w:tcW w:type="dxa" w:w="1008"/>
          </w:tcPr>
          <w:p/>
        </w:tc>
        <w:tc>
          <w:tcPr>
            <w:tcW w:type="dxa" w:w="864"/>
          </w:tcPr>
          <w:p/>
        </w:tc>
        <w:tc>
          <w:tcPr>
            <w:tcW w:type="dxa" w:w="1008"/>
          </w:tcPr>
          <w:p/>
        </w:tc>
      </w:tr>
      <w:tr>
        <w:trPr>
          <w:trHeight w:val="461"/>
          <w:trHeight w:val="460" w:hRule="atLeast"/>
        </w:trPr>
        <w:tc>
          <w:tcPr>
            <w:tcW w:type="dxa" w:w="504"/>
          </w:tcPr>
          <w:p>
            <w:r>
              <w:rPr>
                <w:rFonts w:ascii="Arial" w:hAnsi="Arial"/>
                <w:color w:val="5E5468"/>
                <w:sz w:val="18"/>
              </w:rPr>
              <w:t>5</w:t>
            </w:r>
          </w:p>
        </w:tc>
        <w:tc>
          <w:tcPr>
            <w:tcW w:type="dxa" w:w="2520"/>
          </w:tcPr>
          <w:p/>
        </w:tc>
        <w:tc>
          <w:tcPr>
            <w:tcW w:type="dxa" w:w="2664"/>
          </w:tcPr>
          <w:p/>
        </w:tc>
        <w:tc>
          <w:tcPr>
            <w:tcW w:type="dxa" w:w="1008"/>
          </w:tcPr>
          <w:p/>
        </w:tc>
        <w:tc>
          <w:tcPr>
            <w:tcW w:type="dxa" w:w="1008"/>
          </w:tcPr>
          <w:p/>
        </w:tc>
        <w:tc>
          <w:tcPr>
            <w:tcW w:type="dxa" w:w="864"/>
          </w:tcPr>
          <w:p/>
        </w:tc>
        <w:tc>
          <w:tcPr>
            <w:tcW w:type="dxa" w:w="1008"/>
          </w:tcPr>
          <w:p/>
        </w:tc>
      </w:tr>
      <w:tr>
        <w:trPr>
          <w:trHeight w:val="461"/>
          <w:trHeight w:val="460" w:hRule="atLeast"/>
        </w:trPr>
        <w:tc>
          <w:tcPr>
            <w:tcW w:type="dxa" w:w="504"/>
          </w:tcPr>
          <w:p>
            <w:r>
              <w:rPr>
                <w:rFonts w:ascii="Arial" w:hAnsi="Arial"/>
                <w:color w:val="5E5468"/>
                <w:sz w:val="18"/>
              </w:rPr>
              <w:t>6</w:t>
            </w:r>
          </w:p>
        </w:tc>
        <w:tc>
          <w:tcPr>
            <w:tcW w:type="dxa" w:w="2520"/>
          </w:tcPr>
          <w:p/>
        </w:tc>
        <w:tc>
          <w:tcPr>
            <w:tcW w:type="dxa" w:w="2664"/>
          </w:tcPr>
          <w:p/>
        </w:tc>
        <w:tc>
          <w:tcPr>
            <w:tcW w:type="dxa" w:w="1008"/>
          </w:tcPr>
          <w:p/>
        </w:tc>
        <w:tc>
          <w:tcPr>
            <w:tcW w:type="dxa" w:w="1008"/>
          </w:tcPr>
          <w:p/>
        </w:tc>
        <w:tc>
          <w:tcPr>
            <w:tcW w:type="dxa" w:w="864"/>
          </w:tcPr>
          <w:p/>
        </w:tc>
        <w:tc>
          <w:tcPr>
            <w:tcW w:type="dxa" w:w="1008"/>
          </w:tcPr>
          <w:p/>
        </w:tc>
      </w:tr>
      <w:tr>
        <w:trPr>
          <w:trHeight w:val="461"/>
          <w:trHeight w:val="460" w:hRule="atLeast"/>
        </w:trPr>
        <w:tc>
          <w:tcPr>
            <w:tcW w:type="dxa" w:w="504"/>
          </w:tcPr>
          <w:p>
            <w:r>
              <w:rPr>
                <w:rFonts w:ascii="Arial" w:hAnsi="Arial"/>
                <w:color w:val="5E5468"/>
                <w:sz w:val="18"/>
              </w:rPr>
              <w:t>7</w:t>
            </w:r>
          </w:p>
        </w:tc>
        <w:tc>
          <w:tcPr>
            <w:tcW w:type="dxa" w:w="2520"/>
          </w:tcPr>
          <w:p/>
        </w:tc>
        <w:tc>
          <w:tcPr>
            <w:tcW w:type="dxa" w:w="2664"/>
          </w:tcPr>
          <w:p/>
        </w:tc>
        <w:tc>
          <w:tcPr>
            <w:tcW w:type="dxa" w:w="1008"/>
          </w:tcPr>
          <w:p/>
        </w:tc>
        <w:tc>
          <w:tcPr>
            <w:tcW w:type="dxa" w:w="1008"/>
          </w:tcPr>
          <w:p/>
        </w:tc>
        <w:tc>
          <w:tcPr>
            <w:tcW w:type="dxa" w:w="864"/>
          </w:tcPr>
          <w:p/>
        </w:tc>
        <w:tc>
          <w:tcPr>
            <w:tcW w:type="dxa" w:w="1008"/>
          </w:tcPr>
          <w:p/>
        </w:tc>
      </w:tr>
      <w:tr>
        <w:trPr>
          <w:trHeight w:val="461"/>
          <w:trHeight w:val="460" w:hRule="atLeast"/>
        </w:trPr>
        <w:tc>
          <w:tcPr>
            <w:tcW w:type="dxa" w:w="504"/>
          </w:tcPr>
          <w:p>
            <w:r>
              <w:rPr>
                <w:rFonts w:ascii="Arial" w:hAnsi="Arial"/>
                <w:color w:val="5E5468"/>
                <w:sz w:val="18"/>
              </w:rPr>
              <w:t>8</w:t>
            </w:r>
          </w:p>
        </w:tc>
        <w:tc>
          <w:tcPr>
            <w:tcW w:type="dxa" w:w="2520"/>
          </w:tcPr>
          <w:p/>
        </w:tc>
        <w:tc>
          <w:tcPr>
            <w:tcW w:type="dxa" w:w="2664"/>
          </w:tcPr>
          <w:p/>
        </w:tc>
        <w:tc>
          <w:tcPr>
            <w:tcW w:type="dxa" w:w="1008"/>
          </w:tcPr>
          <w:p/>
        </w:tc>
        <w:tc>
          <w:tcPr>
            <w:tcW w:type="dxa" w:w="1008"/>
          </w:tcPr>
          <w:p/>
        </w:tc>
        <w:tc>
          <w:tcPr>
            <w:tcW w:type="dxa" w:w="864"/>
          </w:tcPr>
          <w:p/>
        </w:tc>
        <w:tc>
          <w:tcPr>
            <w:tcW w:type="dxa" w:w="1008"/>
          </w:tcPr>
          <w:p/>
        </w:tc>
      </w:tr>
      <w:tr>
        <w:trPr>
          <w:trHeight w:val="461"/>
          <w:trHeight w:val="460" w:hRule="atLeast"/>
        </w:trPr>
        <w:tc>
          <w:tcPr>
            <w:tcW w:type="dxa" w:w="504"/>
          </w:tcPr>
          <w:p>
            <w:r>
              <w:rPr>
                <w:rFonts w:ascii="Arial" w:hAnsi="Arial"/>
                <w:color w:val="5E5468"/>
                <w:sz w:val="18"/>
              </w:rPr>
              <w:t>9</w:t>
            </w:r>
          </w:p>
        </w:tc>
        <w:tc>
          <w:tcPr>
            <w:tcW w:type="dxa" w:w="2520"/>
          </w:tcPr>
          <w:p/>
        </w:tc>
        <w:tc>
          <w:tcPr>
            <w:tcW w:type="dxa" w:w="2664"/>
          </w:tcPr>
          <w:p/>
        </w:tc>
        <w:tc>
          <w:tcPr>
            <w:tcW w:type="dxa" w:w="1008"/>
          </w:tcPr>
          <w:p/>
        </w:tc>
        <w:tc>
          <w:tcPr>
            <w:tcW w:type="dxa" w:w="1008"/>
          </w:tcPr>
          <w:p/>
        </w:tc>
        <w:tc>
          <w:tcPr>
            <w:tcW w:type="dxa" w:w="864"/>
          </w:tcPr>
          <w:p/>
        </w:tc>
        <w:tc>
          <w:tcPr>
            <w:tcW w:type="dxa" w:w="1008"/>
          </w:tcPr>
          <w:p/>
        </w:tc>
      </w:tr>
      <w:tr>
        <w:trPr>
          <w:trHeight w:val="461"/>
          <w:trHeight w:val="460" w:hRule="atLeast"/>
        </w:trPr>
        <w:tc>
          <w:tcPr>
            <w:tcW w:type="dxa" w:w="504"/>
          </w:tcPr>
          <w:p>
            <w:r>
              <w:rPr>
                <w:rFonts w:ascii="Arial" w:hAnsi="Arial"/>
                <w:color w:val="5E5468"/>
                <w:sz w:val="18"/>
              </w:rPr>
              <w:t>10</w:t>
            </w:r>
          </w:p>
        </w:tc>
        <w:tc>
          <w:tcPr>
            <w:tcW w:type="dxa" w:w="2520"/>
          </w:tcPr>
          <w:p/>
        </w:tc>
        <w:tc>
          <w:tcPr>
            <w:tcW w:type="dxa" w:w="2664"/>
          </w:tcPr>
          <w:p/>
        </w:tc>
        <w:tc>
          <w:tcPr>
            <w:tcW w:type="dxa" w:w="1008"/>
          </w:tcPr>
          <w:p/>
        </w:tc>
        <w:tc>
          <w:tcPr>
            <w:tcW w:type="dxa" w:w="1008"/>
          </w:tcPr>
          <w:p/>
        </w:tc>
        <w:tc>
          <w:tcPr>
            <w:tcW w:type="dxa" w:w="864"/>
          </w:tcPr>
          <w:p/>
        </w:tc>
        <w:tc>
          <w:tcPr>
            <w:tcW w:type="dxa" w:w="1008"/>
          </w:tcPr>
          <w:p/>
        </w:tc>
      </w:tr>
      <w:tr>
        <w:trPr>
          <w:trHeight w:val="461"/>
          <w:trHeight w:val="460" w:hRule="atLeast"/>
        </w:trPr>
        <w:tc>
          <w:tcPr>
            <w:tcW w:type="dxa" w:w="504"/>
          </w:tcPr>
          <w:p>
            <w:r>
              <w:rPr>
                <w:rFonts w:ascii="Arial" w:hAnsi="Arial"/>
                <w:color w:val="5E5468"/>
                <w:sz w:val="18"/>
              </w:rPr>
              <w:t>11</w:t>
            </w:r>
          </w:p>
        </w:tc>
        <w:tc>
          <w:tcPr>
            <w:tcW w:type="dxa" w:w="2520"/>
          </w:tcPr>
          <w:p/>
        </w:tc>
        <w:tc>
          <w:tcPr>
            <w:tcW w:type="dxa" w:w="2664"/>
          </w:tcPr>
          <w:p/>
        </w:tc>
        <w:tc>
          <w:tcPr>
            <w:tcW w:type="dxa" w:w="1008"/>
          </w:tcPr>
          <w:p/>
        </w:tc>
        <w:tc>
          <w:tcPr>
            <w:tcW w:type="dxa" w:w="1008"/>
          </w:tcPr>
          <w:p/>
        </w:tc>
        <w:tc>
          <w:tcPr>
            <w:tcW w:type="dxa" w:w="864"/>
          </w:tcPr>
          <w:p/>
        </w:tc>
        <w:tc>
          <w:tcPr>
            <w:tcW w:type="dxa" w:w="1008"/>
          </w:tcPr>
          <w:p/>
        </w:tc>
      </w:tr>
      <w:tr>
        <w:trPr>
          <w:trHeight w:val="461"/>
          <w:trHeight w:val="460" w:hRule="atLeast"/>
        </w:trPr>
        <w:tc>
          <w:tcPr>
            <w:tcW w:type="dxa" w:w="504"/>
          </w:tcPr>
          <w:p>
            <w:r>
              <w:rPr>
                <w:rFonts w:ascii="Arial" w:hAnsi="Arial"/>
                <w:color w:val="5E5468"/>
                <w:sz w:val="18"/>
              </w:rPr>
              <w:t>12</w:t>
            </w:r>
          </w:p>
        </w:tc>
        <w:tc>
          <w:tcPr>
            <w:tcW w:type="dxa" w:w="2520"/>
          </w:tcPr>
          <w:p/>
        </w:tc>
        <w:tc>
          <w:tcPr>
            <w:tcW w:type="dxa" w:w="2664"/>
          </w:tcPr>
          <w:p/>
        </w:tc>
        <w:tc>
          <w:tcPr>
            <w:tcW w:type="dxa" w:w="1008"/>
          </w:tcPr>
          <w:p/>
        </w:tc>
        <w:tc>
          <w:tcPr>
            <w:tcW w:type="dxa" w:w="1008"/>
          </w:tcPr>
          <w:p/>
        </w:tc>
        <w:tc>
          <w:tcPr>
            <w:tcW w:type="dxa" w:w="864"/>
          </w:tcPr>
          <w:p/>
        </w:tc>
        <w:tc>
          <w:tcPr>
            <w:tcW w:type="dxa" w:w="1008"/>
          </w:tcPr>
          <w:p/>
        </w:tc>
      </w:tr>
      <w:tr>
        <w:trPr>
          <w:trHeight w:val="461"/>
          <w:trHeight w:val="460" w:hRule="atLeast"/>
        </w:trPr>
        <w:tc>
          <w:tcPr>
            <w:tcW w:type="dxa" w:w="504"/>
          </w:tcPr>
          <w:p>
            <w:r>
              <w:rPr>
                <w:rFonts w:ascii="Arial" w:hAnsi="Arial"/>
                <w:color w:val="5E5468"/>
                <w:sz w:val="18"/>
              </w:rPr>
              <w:t>13</w:t>
            </w:r>
          </w:p>
        </w:tc>
        <w:tc>
          <w:tcPr>
            <w:tcW w:type="dxa" w:w="2520"/>
          </w:tcPr>
          <w:p/>
        </w:tc>
        <w:tc>
          <w:tcPr>
            <w:tcW w:type="dxa" w:w="2664"/>
          </w:tcPr>
          <w:p/>
        </w:tc>
        <w:tc>
          <w:tcPr>
            <w:tcW w:type="dxa" w:w="1008"/>
          </w:tcPr>
          <w:p/>
        </w:tc>
        <w:tc>
          <w:tcPr>
            <w:tcW w:type="dxa" w:w="1008"/>
          </w:tcPr>
          <w:p/>
        </w:tc>
        <w:tc>
          <w:tcPr>
            <w:tcW w:type="dxa" w:w="864"/>
          </w:tcPr>
          <w:p/>
        </w:tc>
        <w:tc>
          <w:tcPr>
            <w:tcW w:type="dxa" w:w="1008"/>
          </w:tcPr>
          <w:p/>
        </w:tc>
      </w:tr>
      <w:tr>
        <w:trPr>
          <w:trHeight w:val="461"/>
          <w:trHeight w:val="460" w:hRule="atLeast"/>
        </w:trPr>
        <w:tc>
          <w:tcPr>
            <w:tcW w:type="dxa" w:w="504"/>
          </w:tcPr>
          <w:p>
            <w:r>
              <w:rPr>
                <w:rFonts w:ascii="Arial" w:hAnsi="Arial"/>
                <w:color w:val="5E5468"/>
                <w:sz w:val="18"/>
              </w:rPr>
              <w:t>14</w:t>
            </w:r>
          </w:p>
        </w:tc>
        <w:tc>
          <w:tcPr>
            <w:tcW w:type="dxa" w:w="2520"/>
          </w:tcPr>
          <w:p/>
        </w:tc>
        <w:tc>
          <w:tcPr>
            <w:tcW w:type="dxa" w:w="2664"/>
          </w:tcPr>
          <w:p/>
        </w:tc>
        <w:tc>
          <w:tcPr>
            <w:tcW w:type="dxa" w:w="1008"/>
          </w:tcPr>
          <w:p/>
        </w:tc>
        <w:tc>
          <w:tcPr>
            <w:tcW w:type="dxa" w:w="1008"/>
          </w:tcPr>
          <w:p/>
        </w:tc>
        <w:tc>
          <w:tcPr>
            <w:tcW w:type="dxa" w:w="864"/>
          </w:tcPr>
          <w:p/>
        </w:tc>
        <w:tc>
          <w:tcPr>
            <w:tcW w:type="dxa" w:w="1008"/>
          </w:tcPr>
          <w:p/>
        </w:tc>
      </w:tr>
      <w:tr>
        <w:trPr>
          <w:trHeight w:val="461"/>
          <w:trHeight w:val="460" w:hRule="atLeast"/>
        </w:trPr>
        <w:tc>
          <w:tcPr>
            <w:tcW w:type="dxa" w:w="504"/>
          </w:tcPr>
          <w:p>
            <w:r>
              <w:rPr>
                <w:rFonts w:ascii="Arial" w:hAnsi="Arial"/>
                <w:color w:val="5E5468"/>
                <w:sz w:val="18"/>
              </w:rPr>
              <w:t>15</w:t>
            </w:r>
          </w:p>
        </w:tc>
        <w:tc>
          <w:tcPr>
            <w:tcW w:type="dxa" w:w="2520"/>
          </w:tcPr>
          <w:p/>
        </w:tc>
        <w:tc>
          <w:tcPr>
            <w:tcW w:type="dxa" w:w="2664"/>
          </w:tcPr>
          <w:p/>
        </w:tc>
        <w:tc>
          <w:tcPr>
            <w:tcW w:type="dxa" w:w="1008"/>
          </w:tcPr>
          <w:p/>
        </w:tc>
        <w:tc>
          <w:tcPr>
            <w:tcW w:type="dxa" w:w="1008"/>
          </w:tcPr>
          <w:p/>
        </w:tc>
        <w:tc>
          <w:tcPr>
            <w:tcW w:type="dxa" w:w="864"/>
          </w:tcPr>
          <w:p/>
        </w:tc>
        <w:tc>
          <w:tcPr>
            <w:tcW w:type="dxa" w:w="1008"/>
          </w:tcPr>
          <w:p/>
        </w:tc>
      </w:tr>
      <w:tr>
        <w:trPr>
          <w:trHeight w:val="461"/>
          <w:trHeight w:val="460" w:hRule="atLeast"/>
        </w:trPr>
        <w:tc>
          <w:tcPr>
            <w:tcW w:type="dxa" w:w="504"/>
          </w:tcPr>
          <w:p>
            <w:r>
              <w:rPr>
                <w:rFonts w:ascii="Arial" w:hAnsi="Arial"/>
                <w:color w:val="5E5468"/>
                <w:sz w:val="18"/>
              </w:rPr>
              <w:t>16</w:t>
            </w:r>
          </w:p>
        </w:tc>
        <w:tc>
          <w:tcPr>
            <w:tcW w:type="dxa" w:w="2520"/>
          </w:tcPr>
          <w:p/>
        </w:tc>
        <w:tc>
          <w:tcPr>
            <w:tcW w:type="dxa" w:w="2664"/>
          </w:tcPr>
          <w:p/>
        </w:tc>
        <w:tc>
          <w:tcPr>
            <w:tcW w:type="dxa" w:w="1008"/>
          </w:tcPr>
          <w:p/>
        </w:tc>
        <w:tc>
          <w:tcPr>
            <w:tcW w:type="dxa" w:w="1008"/>
          </w:tcPr>
          <w:p/>
        </w:tc>
        <w:tc>
          <w:tcPr>
            <w:tcW w:type="dxa" w:w="864"/>
          </w:tcPr>
          <w:p/>
        </w:tc>
        <w:tc>
          <w:tcPr>
            <w:tcW w:type="dxa" w:w="1008"/>
          </w:tcPr>
          <w:p/>
        </w:tc>
      </w:tr>
      <w:tr>
        <w:trPr>
          <w:trHeight w:val="461"/>
          <w:trHeight w:val="460" w:hRule="atLeast"/>
        </w:trPr>
        <w:tc>
          <w:tcPr>
            <w:tcW w:type="dxa" w:w="504"/>
          </w:tcPr>
          <w:p>
            <w:r>
              <w:rPr>
                <w:rFonts w:ascii="Arial" w:hAnsi="Arial"/>
                <w:color w:val="5E5468"/>
                <w:sz w:val="18"/>
              </w:rPr>
              <w:t>17</w:t>
            </w:r>
          </w:p>
        </w:tc>
        <w:tc>
          <w:tcPr>
            <w:tcW w:type="dxa" w:w="2520"/>
          </w:tcPr>
          <w:p/>
        </w:tc>
        <w:tc>
          <w:tcPr>
            <w:tcW w:type="dxa" w:w="2664"/>
          </w:tcPr>
          <w:p/>
        </w:tc>
        <w:tc>
          <w:tcPr>
            <w:tcW w:type="dxa" w:w="1008"/>
          </w:tcPr>
          <w:p/>
        </w:tc>
        <w:tc>
          <w:tcPr>
            <w:tcW w:type="dxa" w:w="1008"/>
          </w:tcPr>
          <w:p/>
        </w:tc>
        <w:tc>
          <w:tcPr>
            <w:tcW w:type="dxa" w:w="864"/>
          </w:tcPr>
          <w:p/>
        </w:tc>
        <w:tc>
          <w:tcPr>
            <w:tcW w:type="dxa" w:w="1008"/>
          </w:tcPr>
          <w:p/>
        </w:tc>
      </w:tr>
      <w:tr>
        <w:trPr>
          <w:trHeight w:val="461"/>
          <w:trHeight w:val="460" w:hRule="atLeast"/>
        </w:trPr>
        <w:tc>
          <w:tcPr>
            <w:tcW w:type="dxa" w:w="504"/>
          </w:tcPr>
          <w:p>
            <w:r>
              <w:rPr>
                <w:rFonts w:ascii="Arial" w:hAnsi="Arial"/>
                <w:color w:val="5E5468"/>
                <w:sz w:val="18"/>
              </w:rPr>
              <w:t>18</w:t>
            </w:r>
          </w:p>
        </w:tc>
        <w:tc>
          <w:tcPr>
            <w:tcW w:type="dxa" w:w="2520"/>
          </w:tcPr>
          <w:p/>
        </w:tc>
        <w:tc>
          <w:tcPr>
            <w:tcW w:type="dxa" w:w="2664"/>
          </w:tcPr>
          <w:p/>
        </w:tc>
        <w:tc>
          <w:tcPr>
            <w:tcW w:type="dxa" w:w="1008"/>
          </w:tcPr>
          <w:p/>
        </w:tc>
        <w:tc>
          <w:tcPr>
            <w:tcW w:type="dxa" w:w="1008"/>
          </w:tcPr>
          <w:p/>
        </w:tc>
        <w:tc>
          <w:tcPr>
            <w:tcW w:type="dxa" w:w="864"/>
          </w:tcPr>
          <w:p/>
        </w:tc>
        <w:tc>
          <w:tcPr>
            <w:tcW w:type="dxa" w:w="1008"/>
          </w:tcPr>
          <w:p/>
        </w:tc>
      </w:tr>
      <w:tr>
        <w:trPr>
          <w:trHeight w:val="461"/>
          <w:trHeight w:val="460" w:hRule="atLeast"/>
        </w:trPr>
        <w:tc>
          <w:tcPr>
            <w:tcW w:type="dxa" w:w="504"/>
          </w:tcPr>
          <w:p>
            <w:r>
              <w:rPr>
                <w:rFonts w:ascii="Arial" w:hAnsi="Arial"/>
                <w:color w:val="5E5468"/>
                <w:sz w:val="18"/>
              </w:rPr>
              <w:t>19</w:t>
            </w:r>
          </w:p>
        </w:tc>
        <w:tc>
          <w:tcPr>
            <w:tcW w:type="dxa" w:w="2520"/>
          </w:tcPr>
          <w:p/>
        </w:tc>
        <w:tc>
          <w:tcPr>
            <w:tcW w:type="dxa" w:w="2664"/>
          </w:tcPr>
          <w:p/>
        </w:tc>
        <w:tc>
          <w:tcPr>
            <w:tcW w:type="dxa" w:w="1008"/>
          </w:tcPr>
          <w:p/>
        </w:tc>
        <w:tc>
          <w:tcPr>
            <w:tcW w:type="dxa" w:w="1008"/>
          </w:tcPr>
          <w:p/>
        </w:tc>
        <w:tc>
          <w:tcPr>
            <w:tcW w:type="dxa" w:w="864"/>
          </w:tcPr>
          <w:p/>
        </w:tc>
        <w:tc>
          <w:tcPr>
            <w:tcW w:type="dxa" w:w="1008"/>
          </w:tcPr>
          <w:p/>
        </w:tc>
      </w:tr>
      <w:tr>
        <w:trPr>
          <w:trHeight w:val="461"/>
          <w:trHeight w:val="460" w:hRule="atLeast"/>
        </w:trPr>
        <w:tc>
          <w:tcPr>
            <w:tcW w:type="dxa" w:w="504"/>
          </w:tcPr>
          <w:p>
            <w:r>
              <w:rPr>
                <w:rFonts w:ascii="Arial" w:hAnsi="Arial"/>
                <w:color w:val="5E5468"/>
                <w:sz w:val="18"/>
              </w:rPr>
              <w:t>20</w:t>
            </w:r>
          </w:p>
        </w:tc>
        <w:tc>
          <w:tcPr>
            <w:tcW w:type="dxa" w:w="2520"/>
          </w:tcPr>
          <w:p/>
        </w:tc>
        <w:tc>
          <w:tcPr>
            <w:tcW w:type="dxa" w:w="2664"/>
          </w:tcPr>
          <w:p/>
        </w:tc>
        <w:tc>
          <w:tcPr>
            <w:tcW w:type="dxa" w:w="1008"/>
          </w:tcPr>
          <w:p/>
        </w:tc>
        <w:tc>
          <w:tcPr>
            <w:tcW w:type="dxa" w:w="1008"/>
          </w:tcPr>
          <w:p/>
        </w:tc>
        <w:tc>
          <w:tcPr>
            <w:tcW w:type="dxa" w:w="864"/>
          </w:tcPr>
          <w:p/>
        </w:tc>
        <w:tc>
          <w:tcPr>
            <w:tcW w:type="dxa" w:w="1008"/>
          </w:tcPr>
          <w:p/>
        </w:tc>
      </w:tr>
    </w:tbl>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color w:val="231A2E"/>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Volunteer hours sign-in sheet</dc:title>
  <dc:subject/>
  <dc:creator>HornetForms</dc:creator>
  <cp:keywords/>
  <dc:description>generated by python-docx</dc:description>
  <cp:lastModifiedBy/>
  <cp:revision>1</cp:revision>
  <dcterms:created xsi:type="dcterms:W3CDTF">2013-12-23T23:15:00Z</dcterms:created>
  <dcterms:modified xsi:type="dcterms:W3CDTF">2013-12-23T23:15:00Z</dcterms:modified>
  <cp:category/>
</cp:coreProperties>
</file>