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Vendor application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Event: ______________________________     Date(s): 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Thanks for applying to sell at our craft fair, market or festival. Please write clearly and return this form by ______________ to ______________________ (name and email or address).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About your business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Business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Contact name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Email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Phone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Website or shop link (optional)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What you sell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What do you sell? Tick the one that fits best.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Jewelry and accessories     [    ] Art and prints     [    ] Pottery and ceramics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Clothing and textiles     [    ] Wood and home goods     [    ] Bath and body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Baked goods and packaged food     [    ] Fresh produce and plants     [    ] Other: 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Tell us about your products: what they are, what they are made of and your price range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 make or grow what you sell?     [    ] Yes, all of it     [    ] Most of it     [    ] No, I resell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Product photos: please attach three to five clear photos of your work and your booth, or email them with your business name in the subject line.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Your booth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Tick one booth size.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82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Tick</w:t>
            </w:r>
          </w:p>
        </w:tc>
        <w:tc>
          <w:tcPr>
            <w:tcW w:type="dxa" w:w="2484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Booth size</w:t>
            </w:r>
          </w:p>
        </w:tc>
        <w:tc>
          <w:tcPr>
            <w:tcW w:type="dxa" w:w="4968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What you get</w:t>
            </w:r>
          </w:p>
        </w:tc>
        <w:tc>
          <w:tcPr>
            <w:tcW w:type="dxa" w:w="1656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Fee</w:t>
            </w:r>
          </w:p>
        </w:tc>
      </w:tr>
      <w:tr>
        <w:trPr>
          <w:trHeight w:val="480"/>
        </w:trPr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 x 10 ft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standard space for your own tent or table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$75</w:t>
            </w:r>
          </w:p>
        </w:tc>
      </w:tr>
      <w:tr>
        <w:trPr>
          <w:trHeight w:val="480"/>
        </w:trPr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 x 20 ft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 double space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$140</w:t>
            </w:r>
          </w:p>
        </w:tc>
      </w:tr>
      <w:tr>
        <w:trPr>
          <w:trHeight w:val="480"/>
        </w:trPr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Table only (6 ft)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One table, no tent space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$40</w:t>
            </w:r>
          </w:p>
        </w:tc>
      </w:tr>
      <w:tr>
        <w:trPr>
          <w:trHeight w:val="480"/>
        </w:trPr>
        <w:tc>
          <w:tcPr>
            <w:tcW w:type="dxa" w:w="82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[    ]</w:t>
            </w:r>
          </w:p>
        </w:tc>
        <w:tc>
          <w:tcPr>
            <w:tcW w:type="dxa" w:w="2484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Electricity</w:t>
            </w:r>
          </w:p>
        </w:tc>
        <w:tc>
          <w:tcPr>
            <w:tcW w:type="dxa" w:w="4968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Add to any booth, if you need an outlet</w:t>
            </w:r>
          </w:p>
        </w:tc>
        <w:tc>
          <w:tcPr>
            <w:tcW w:type="dxa" w:w="1656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+ $25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The prices are examples. Change them to your own in the Word version before you print.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Do you need electricity?     [    ] Yes     [    ] No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Will you sell food or drinks?     [    ] Yes     [    ] No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Food and drink sellers may need a permit from the local health department. We will tell you what we learn.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Anything else we should know? (a corner spot, step-free access, a shared booth)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Papers and rules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Seller's permit number (if your state asks you to hold one)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Certificate of insurance:     [    ] Attached     [    ] I will send it by 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[    ] I have read the vendor rules and agree to follow them.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Signature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Date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For the organizers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Date received: ______________     Photos received:     [    ] Yes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Jury scores: ______ ______ ______     Decision:     [    ] Accepted     [    ] Waitlist     [    ] Declined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Booth number: ________     Fee paid: ______________     Paid by:     [    ] Online form     [    ] Check     [    ] Other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Insurance on file:     [    ] Yes     Added to the booth tracker:     [    ] Yes</w:t>
            </w:r>
          </w:p>
        </w:tc>
      </w:tr>
    </w:tbl>
    <w:p>
      <w:pPr>
        <w:spacing w:after="40"/>
      </w:pP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Why we ask: we use these details to choose a good mix of vendors, plan the booth layout and reach you about the event.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https://hornetforms.com/blog/vendor-application-form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application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