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Thank you page and confirmation email swipe file</w:t>
      </w:r>
    </w:p>
    <w:p>
      <w:pPr>
        <w:spacing w:after="200"/>
      </w:pPr>
      <w:r>
        <w:rPr>
          <w:rFonts w:ascii="Arial" w:hAnsi="Arial" w:cs="Arial" w:eastAsia="Arial"/>
          <w:b w:val="0"/>
          <w:i w:val="0"/>
          <w:color w:val="5E5468"/>
          <w:sz w:val="22"/>
        </w:rPr>
        <w:t>12 thank-you messages and eight confirmation emails, by form type. Copy, swap the details, publish.</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How to use this swipe file</w:t>
            </w:r>
          </w:p>
          <w:p>
            <w:r>
              <w:rPr>
                <w:rFonts w:ascii="Arial" w:hAnsi="Arial" w:cs="Arial" w:eastAsia="Arial"/>
                <w:b w:val="0"/>
                <w:i w:val="0"/>
                <w:color w:val="231A2E"/>
                <w:sz w:val="20"/>
              </w:rPr>
              <w:t>Swap everything in {curly braces} for your own details.</w:t>
            </w:r>
          </w:p>
          <w:p>
            <w:r>
              <w:rPr>
                <w:rFonts w:ascii="Arial" w:hAnsi="Arial" w:cs="Arial" w:eastAsia="Arial"/>
                <w:b w:val="0"/>
                <w:i w:val="0"/>
                <w:color w:val="231A2E"/>
                <w:sz w:val="20"/>
              </w:rPr>
              <w:t>@First name, @Role and @Guests stand for earlier answers. In the HornetForms editor, type @ in the thank-you text and pick the question. @Estimate stands for a calculated field.</w:t>
            </w:r>
          </w:p>
          <w:p>
            <w:r>
              <w:rPr>
                <w:rFonts w:ascii="Arial" w:hAnsi="Arial" w:cs="Arial" w:eastAsia="Arial"/>
                <w:b w:val="0"/>
                <w:i w:val="0"/>
                <w:color w:val="231A2E"/>
                <w:sz w:val="20"/>
              </w:rPr>
              <w:t>In the emails, @Form title and @Submission ID come from the insert menu. Pick them there instead of typing them.</w:t>
            </w:r>
          </w:p>
          <w:p>
            <w:r>
              <w:rPr>
                <w:rFonts w:ascii="Arial" w:hAnsi="Arial" w:cs="Arial" w:eastAsia="Arial"/>
                <w:b w:val="0"/>
                <w:i w:val="0"/>
                <w:color w:val="231A2E"/>
                <w:sz w:val="20"/>
              </w:rPr>
              <w:t>Text in [square brackets] followed by (a link) is a link. In an email, type it exactly that way with your real address in the round brackets. On a thank-you screen, make the words in square brackets a link in the editor.</w:t>
            </w:r>
          </w:p>
        </w:tc>
      </w:tr>
    </w:tbl>
    <w:p>
      <w:pPr>
        <w:spacing w:after="40"/>
      </w:pPr>
    </w:p>
    <w:p>
      <w:pPr>
        <w:keepNext/>
        <w:spacing w:before="240" w:after="80"/>
      </w:pPr>
      <w:r>
        <w:rPr>
          <w:rFonts w:ascii="Arial" w:hAnsi="Arial" w:cs="Arial" w:eastAsia="Arial"/>
          <w:b/>
          <w:i w:val="0"/>
          <w:color w:val="231A2E"/>
          <w:sz w:val="28"/>
        </w:rPr>
        <w:t>What every thank you page needs</w:t>
      </w:r>
    </w:p>
    <w:p>
      <w:pPr>
        <w:pStyle w:val="ListBullet"/>
        <w:spacing w:after="40"/>
      </w:pPr>
      <w:r>
        <w:rPr>
          <w:rFonts w:ascii="Arial" w:hAnsi="Arial" w:cs="Arial" w:eastAsia="Arial"/>
          <w:b w:val="0"/>
          <w:i w:val="0"/>
          <w:color w:val="231A2E"/>
          <w:sz w:val="20"/>
        </w:rPr>
        <w:t>Say it worked. A clear heading such as "Application received" beats a lone "Thanks!".</w:t>
      </w:r>
    </w:p>
    <w:p>
      <w:pPr>
        <w:pStyle w:val="ListBullet"/>
        <w:spacing w:after="40"/>
      </w:pPr>
      <w:r>
        <w:rPr>
          <w:rFonts w:ascii="Arial" w:hAnsi="Arial" w:cs="Arial" w:eastAsia="Arial"/>
          <w:b w:val="0"/>
          <w:i w:val="0"/>
          <w:color w:val="231A2E"/>
          <w:sz w:val="20"/>
        </w:rPr>
        <w:t>Say what happens next, and when: a day, a date or a number of working days.</w:t>
      </w:r>
    </w:p>
    <w:p>
      <w:pPr>
        <w:pStyle w:val="ListBullet"/>
        <w:spacing w:after="40"/>
      </w:pPr>
      <w:r>
        <w:rPr>
          <w:rFonts w:ascii="Arial" w:hAnsi="Arial" w:cs="Arial" w:eastAsia="Arial"/>
          <w:b w:val="0"/>
          <w:i w:val="0"/>
          <w:color w:val="231A2E"/>
          <w:sz w:val="20"/>
        </w:rPr>
        <w:t>Give a way to reach you: an email address or a phone number.</w:t>
      </w:r>
    </w:p>
    <w:p>
      <w:pPr>
        <w:pStyle w:val="ListBullet"/>
        <w:spacing w:after="40"/>
      </w:pPr>
      <w:r>
        <w:rPr>
          <w:rFonts w:ascii="Arial" w:hAnsi="Arial" w:cs="Arial" w:eastAsia="Arial"/>
          <w:b w:val="0"/>
          <w:i w:val="0"/>
          <w:color w:val="231A2E"/>
          <w:sz w:val="20"/>
        </w:rPr>
        <w:t>Offer one useful next step: a link, a video, a map or a booking calendar.</w:t>
      </w:r>
    </w:p>
    <w:p>
      <w:pPr>
        <w:pStyle w:val="ListBullet"/>
        <w:spacing w:after="40"/>
      </w:pPr>
      <w:r>
        <w:rPr>
          <w:rFonts w:ascii="Arial" w:hAnsi="Arial" w:cs="Arial" w:eastAsia="Arial"/>
          <w:b w:val="0"/>
          <w:i w:val="0"/>
          <w:color w:val="231A2E"/>
          <w:sz w:val="20"/>
        </w:rPr>
        <w:t>Match the screen to the answer: a named ending for each path that needs its own words.</w:t>
      </w:r>
    </w:p>
    <w:p>
      <w:pPr>
        <w:pStyle w:val="ListBullet"/>
        <w:spacing w:after="40"/>
      </w:pPr>
      <w:r>
        <w:rPr>
          <w:rFonts w:ascii="Arial" w:hAnsi="Arial" w:cs="Arial" w:eastAsia="Arial"/>
          <w:b w:val="0"/>
          <w:i w:val="0"/>
          <w:color w:val="231A2E"/>
          <w:sz w:val="20"/>
        </w:rPr>
        <w:t>Only promise an email if you turned on the confirmation email and chose the email question.</w:t>
      </w:r>
    </w:p>
    <w:p>
      <w:pPr>
        <w:pStyle w:val="ListBullet"/>
        <w:spacing w:after="40"/>
      </w:pPr>
      <w:r>
        <w:rPr>
          <w:rFonts w:ascii="Arial" w:hAnsi="Arial" w:cs="Arial" w:eastAsia="Arial"/>
          <w:b w:val="0"/>
          <w:i w:val="0"/>
          <w:color w:val="231A2E"/>
          <w:sz w:val="20"/>
        </w:rPr>
        <w:t>Test every ending and the email on your own phone before you share the form.</w:t>
      </w:r>
    </w:p>
    <w:p>
      <w:pPr>
        <w:spacing w:after="100"/>
      </w:pPr>
      <w:r>
        <w:rPr>
          <w:rFonts w:ascii="Arial" w:hAnsi="Arial" w:cs="Arial" w:eastAsia="Arial"/>
          <w:b w:val="0"/>
          <w:i/>
          <w:color w:val="5E5468"/>
          <w:sz w:val="17"/>
        </w:rPr>
        <w:t>EPA, Web Standard: Thank You Page: "For every form, there should be a follow-up page thanking the reader for submitting the information and offering links to continue browsing." https://www.epa.gov/web-policies-and-procedures/web-standard-thank-you-page (read 28 October 2026)</w:t>
      </w:r>
    </w:p>
    <w:p>
      <w:pPr>
        <w:spacing w:after="100"/>
      </w:pPr>
      <w:r>
        <w:rPr>
          <w:rFonts w:ascii="Arial" w:hAnsi="Arial" w:cs="Arial" w:eastAsia="Arial"/>
          <w:b w:val="0"/>
          <w:i/>
          <w:color w:val="5E5468"/>
          <w:sz w:val="17"/>
        </w:rPr>
        <w:t>GOV.UK Design System, Confirmation pages: "Confirmation pages reassure users that they have completed a transaction and helps them understand what to expect next." https://design-system.service.gov.uk/patterns/confirmation-pages/ (read 28 October 2026)</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What a HornetForms thank-you screen can hold</w:t>
            </w:r>
          </w:p>
          <w:p>
            <w:r>
              <w:rPr>
                <w:rFonts w:ascii="Arial" w:hAnsi="Arial" w:cs="Arial" w:eastAsia="Arial"/>
                <w:b w:val="0"/>
                <w:i w:val="0"/>
                <w:color w:val="231A2E"/>
                <w:sz w:val="20"/>
              </w:rPr>
              <w:t>Headings, text (bold, italic, underline, colors and links), bulleted and numbered lists, images (with alt text, an optional caption and an optional link), dividers and embeds (YouTube, Vimeo, Loom, Calendly, Google Maps).</w:t>
            </w:r>
          </w:p>
          <w:p>
            <w:r>
              <w:rPr>
                <w:rFonts w:ascii="Arial" w:hAnsi="Arial" w:cs="Arial" w:eastAsia="Arial"/>
                <w:b w:val="0"/>
                <w:i w:val="0"/>
                <w:color w:val="231A2E"/>
                <w:sz w:val="20"/>
              </w:rPr>
              <w:t>Make each call to action a text link or a linked image. Give a linked image alt text that says where it goes.</w:t>
            </w:r>
          </w:p>
          <w:p>
            <w:r>
              <w:rPr>
                <w:rFonts w:ascii="Arial" w:hAnsi="Arial" w:cs="Arial" w:eastAsia="Arial"/>
                <w:b w:val="0"/>
                <w:i w:val="0"/>
                <w:color w:val="231A2E"/>
                <w:sz w:val="20"/>
              </w:rPr>
              <w:t>Add screens with the "Thank-you page" and "Ending page" entries in the / menu. A form can have up to 20 endings, and a logic jump can send people to a named ending.</w:t>
            </w:r>
          </w:p>
          <w:p>
            <w:r>
              <w:rPr>
                <w:rFonts w:ascii="Arial" w:hAnsi="Arial" w:cs="Arial" w:eastAsia="Arial"/>
                <w:b w:val="0"/>
                <w:i w:val="0"/>
                <w:color w:val="231A2E"/>
                <w:sz w:val="20"/>
              </w:rPr>
              <w:t>A thank-you screen left empty shows the default thank-you message.</w:t>
            </w:r>
          </w:p>
        </w:tc>
      </w:tr>
    </w:tbl>
    <w:p>
      <w:pPr>
        <w:spacing w:after="40"/>
      </w:pPr>
    </w:p>
    <w:p>
      <w:r>
        <w:br w:type="page"/>
      </w:r>
    </w:p>
    <w:p>
      <w:pPr>
        <w:keepNext/>
        <w:spacing w:before="240" w:after="80"/>
      </w:pPr>
      <w:r>
        <w:rPr>
          <w:rFonts w:ascii="Arial" w:hAnsi="Arial" w:cs="Arial" w:eastAsia="Arial"/>
          <w:b/>
          <w:i w:val="0"/>
          <w:color w:val="231A2E"/>
          <w:sz w:val="28"/>
        </w:rPr>
        <w:t>12 thank-you messages</w:t>
      </w:r>
    </w:p>
    <w:p>
      <w:pPr>
        <w:keepNext/>
        <w:spacing w:before="160" w:after="40"/>
      </w:pPr>
      <w:r>
        <w:rPr>
          <w:rFonts w:ascii="Arial" w:hAnsi="Arial" w:cs="Arial" w:eastAsia="Arial"/>
          <w:b/>
          <w:i w:val="0"/>
          <w:color w:val="231A2E"/>
          <w:sz w:val="22"/>
        </w:rPr>
        <w:t>1. Contact form</w:t>
      </w:r>
    </w:p>
    <w:p>
      <w:pPr>
        <w:spacing w:after="100"/>
      </w:pPr>
      <w:r>
        <w:rPr>
          <w:rFonts w:ascii="Arial" w:hAnsi="Arial" w:cs="Arial" w:eastAsia="Arial"/>
          <w:b w:val="0"/>
          <w:i w:val="0"/>
          <w:color w:val="231A2E"/>
          <w:sz w:val="20"/>
        </w:rPr>
        <w:t>Heading: Thanks, @First name. We've got your message.</w:t>
      </w:r>
    </w:p>
    <w:p>
      <w:pPr>
        <w:spacing w:after="100"/>
      </w:pPr>
      <w:r>
        <w:rPr>
          <w:rFonts w:ascii="Arial" w:hAnsi="Arial" w:cs="Arial" w:eastAsia="Arial"/>
          <w:b w:val="0"/>
          <w:i w:val="0"/>
          <w:color w:val="231A2E"/>
          <w:sz w:val="20"/>
        </w:rPr>
        <w:t>We reply to every message within one working day, and usually sooner.</w:t>
      </w:r>
    </w:p>
    <w:p>
      <w:pPr>
        <w:spacing w:after="100"/>
      </w:pPr>
      <w:r>
        <w:rPr>
          <w:rFonts w:ascii="Arial" w:hAnsi="Arial" w:cs="Arial" w:eastAsia="Arial"/>
          <w:b w:val="0"/>
          <w:i w:val="0"/>
          <w:color w:val="231A2E"/>
          <w:sz w:val="20"/>
        </w:rPr>
        <w:t>If it can't wait, call us on {phone number}.</w:t>
      </w:r>
    </w:p>
    <w:p>
      <w:pPr>
        <w:spacing w:after="100"/>
      </w:pPr>
      <w:r>
        <w:rPr>
          <w:rFonts w:ascii="Arial" w:hAnsi="Arial" w:cs="Arial" w:eastAsia="Arial"/>
          <w:b w:val="0"/>
          <w:i w:val="0"/>
          <w:color w:val="231A2E"/>
          <w:sz w:val="20"/>
        </w:rPr>
        <w:t>While you wait: [Read the answers to common questions]({FAQ page link})</w:t>
      </w:r>
    </w:p>
    <w:p>
      <w:pPr>
        <w:spacing w:after="100"/>
      </w:pPr>
      <w:r>
        <w:rPr>
          <w:rFonts w:ascii="Arial" w:hAnsi="Arial" w:cs="Arial" w:eastAsia="Arial"/>
          <w:b w:val="0"/>
          <w:i/>
          <w:color w:val="5E5468"/>
          <w:sz w:val="17"/>
        </w:rPr>
        <w:t>Add: Pipe the first name with @. The FAQ line is a text link.</w:t>
      </w:r>
    </w:p>
    <w:p>
      <w:pPr>
        <w:keepNext/>
        <w:spacing w:before="160" w:after="40"/>
      </w:pPr>
      <w:r>
        <w:rPr>
          <w:rFonts w:ascii="Arial" w:hAnsi="Arial" w:cs="Arial" w:eastAsia="Arial"/>
          <w:b/>
          <w:i w:val="0"/>
          <w:color w:val="231A2E"/>
          <w:sz w:val="22"/>
        </w:rPr>
        <w:t>2. Quote request</w:t>
      </w:r>
    </w:p>
    <w:p>
      <w:pPr>
        <w:spacing w:after="100"/>
      </w:pPr>
      <w:r>
        <w:rPr>
          <w:rFonts w:ascii="Arial" w:hAnsi="Arial" w:cs="Arial" w:eastAsia="Arial"/>
          <w:b w:val="0"/>
          <w:i w:val="0"/>
          <w:color w:val="231A2E"/>
          <w:sz w:val="20"/>
        </w:rPr>
        <w:t>Heading: Your quote request is in</w:t>
      </w:r>
    </w:p>
    <w:p>
      <w:pPr>
        <w:spacing w:after="100"/>
      </w:pPr>
      <w:r>
        <w:rPr>
          <w:rFonts w:ascii="Arial" w:hAnsi="Arial" w:cs="Arial" w:eastAsia="Arial"/>
          <w:b w:val="0"/>
          <w:i w:val="0"/>
          <w:color w:val="231A2E"/>
          <w:sz w:val="20"/>
        </w:rPr>
        <w:t>Based on your answers, a rough estimate is $@Estimate.</w:t>
      </w:r>
    </w:p>
    <w:p>
      <w:pPr>
        <w:spacing w:after="100"/>
      </w:pPr>
      <w:r>
        <w:rPr>
          <w:rFonts w:ascii="Arial" w:hAnsi="Arial" w:cs="Arial" w:eastAsia="Arial"/>
          <w:b w:val="0"/>
          <w:i w:val="0"/>
          <w:color w:val="231A2E"/>
          <w:sz w:val="20"/>
        </w:rPr>
        <w:t>This isn't a final price. We'll check the details and email you a written quote within two working days.</w:t>
      </w:r>
    </w:p>
    <w:p>
      <w:pPr>
        <w:spacing w:after="100"/>
      </w:pPr>
      <w:r>
        <w:rPr>
          <w:rFonts w:ascii="Arial" w:hAnsi="Arial" w:cs="Arial" w:eastAsia="Arial"/>
          <w:b w:val="0"/>
          <w:i/>
          <w:color w:val="5E5468"/>
          <w:sz w:val="17"/>
        </w:rPr>
        <w:t>Add: @Estimate is a calculated field (for example rooms times price per room). Say clearly that it is a rough number.</w:t>
      </w:r>
    </w:p>
    <w:p>
      <w:pPr>
        <w:keepNext/>
        <w:spacing w:before="160" w:after="40"/>
      </w:pPr>
      <w:r>
        <w:rPr>
          <w:rFonts w:ascii="Arial" w:hAnsi="Arial" w:cs="Arial" w:eastAsia="Arial"/>
          <w:b/>
          <w:i w:val="0"/>
          <w:color w:val="231A2E"/>
          <w:sz w:val="22"/>
        </w:rPr>
        <w:t>3. Event registration</w:t>
      </w:r>
    </w:p>
    <w:p>
      <w:pPr>
        <w:spacing w:after="100"/>
      </w:pPr>
      <w:r>
        <w:rPr>
          <w:rFonts w:ascii="Arial" w:hAnsi="Arial" w:cs="Arial" w:eastAsia="Arial"/>
          <w:b w:val="0"/>
          <w:i w:val="0"/>
          <w:color w:val="231A2E"/>
          <w:sz w:val="20"/>
        </w:rPr>
        <w:t>Heading: You're registered for {event name}</w:t>
      </w:r>
    </w:p>
    <w:p>
      <w:pPr>
        <w:spacing w:after="100"/>
      </w:pPr>
      <w:r>
        <w:rPr>
          <w:rFonts w:ascii="Arial" w:hAnsi="Arial" w:cs="Arial" w:eastAsia="Arial"/>
          <w:b w:val="0"/>
          <w:i w:val="0"/>
          <w:color w:val="231A2E"/>
          <w:sz w:val="20"/>
        </w:rPr>
        <w:t>See you on {date} at {time}, at {venue}.</w:t>
      </w:r>
    </w:p>
    <w:p>
      <w:pPr>
        <w:spacing w:after="100"/>
      </w:pPr>
      <w:r>
        <w:rPr>
          <w:rFonts w:ascii="Arial" w:hAnsi="Arial" w:cs="Arial" w:eastAsia="Arial"/>
          <w:b w:val="0"/>
          <w:i w:val="0"/>
          <w:color w:val="231A2E"/>
          <w:sz w:val="20"/>
        </w:rPr>
        <w:t>Doors open at {time}. Bring {what to bring}.</w:t>
      </w:r>
    </w:p>
    <w:p>
      <w:pPr>
        <w:spacing w:after="100"/>
      </w:pPr>
      <w:r>
        <w:rPr>
          <w:rFonts w:ascii="Arial" w:hAnsi="Arial" w:cs="Arial" w:eastAsia="Arial"/>
          <w:b w:val="0"/>
          <w:i w:val="0"/>
          <w:color w:val="231A2E"/>
          <w:sz w:val="20"/>
        </w:rPr>
        <w:t>[Add it to your calendar]({calendar link})</w:t>
      </w:r>
    </w:p>
    <w:p>
      <w:pPr>
        <w:spacing w:after="100"/>
      </w:pPr>
      <w:r>
        <w:rPr>
          <w:rFonts w:ascii="Arial" w:hAnsi="Arial" w:cs="Arial" w:eastAsia="Arial"/>
          <w:b w:val="0"/>
          <w:i/>
          <w:color w:val="5E5468"/>
          <w:sz w:val="17"/>
        </w:rPr>
        <w:t>Add: Add a Google Maps embed of the venue under the text.</w:t>
      </w:r>
    </w:p>
    <w:p>
      <w:pPr>
        <w:keepNext/>
        <w:spacing w:before="160" w:after="40"/>
      </w:pPr>
      <w:r>
        <w:rPr>
          <w:rFonts w:ascii="Arial" w:hAnsi="Arial" w:cs="Arial" w:eastAsia="Arial"/>
          <w:b/>
          <w:i w:val="0"/>
          <w:color w:val="231A2E"/>
          <w:sz w:val="22"/>
        </w:rPr>
        <w:t>4. Call or consultation request</w:t>
      </w:r>
    </w:p>
    <w:p>
      <w:pPr>
        <w:spacing w:after="100"/>
      </w:pPr>
      <w:r>
        <w:rPr>
          <w:rFonts w:ascii="Arial" w:hAnsi="Arial" w:cs="Arial" w:eastAsia="Arial"/>
          <w:b w:val="0"/>
          <w:i w:val="0"/>
          <w:color w:val="231A2E"/>
          <w:sz w:val="20"/>
        </w:rPr>
        <w:t>Heading: One more step: pick a time</w:t>
      </w:r>
    </w:p>
    <w:p>
      <w:pPr>
        <w:spacing w:after="100"/>
      </w:pPr>
      <w:r>
        <w:rPr>
          <w:rFonts w:ascii="Arial" w:hAnsi="Arial" w:cs="Arial" w:eastAsia="Arial"/>
          <w:b w:val="0"/>
          <w:i w:val="0"/>
          <w:color w:val="231A2E"/>
          <w:sz w:val="20"/>
        </w:rPr>
        <w:t>Thanks, @First name. Choose a time below for your free 15-minute call.</w:t>
      </w:r>
    </w:p>
    <w:p>
      <w:pPr>
        <w:spacing w:after="100"/>
      </w:pPr>
      <w:r>
        <w:rPr>
          <w:rFonts w:ascii="Arial" w:hAnsi="Arial" w:cs="Arial" w:eastAsia="Arial"/>
          <w:b w:val="0"/>
          <w:i w:val="0"/>
          <w:color w:val="231A2E"/>
          <w:sz w:val="20"/>
        </w:rPr>
        <w:t>Can't find a time that works? Email {email address} and we'll find one.</w:t>
      </w:r>
    </w:p>
    <w:p>
      <w:pPr>
        <w:spacing w:after="100"/>
      </w:pPr>
      <w:r>
        <w:rPr>
          <w:rFonts w:ascii="Arial" w:hAnsi="Arial" w:cs="Arial" w:eastAsia="Arial"/>
          <w:b w:val="0"/>
          <w:i/>
          <w:color w:val="5E5468"/>
          <w:sz w:val="17"/>
        </w:rPr>
        <w:t>Add: Add a Calendly embed below the text, so people book without leaving the page.</w:t>
      </w:r>
    </w:p>
    <w:p>
      <w:pPr>
        <w:keepNext/>
        <w:spacing w:before="160" w:after="40"/>
      </w:pPr>
      <w:r>
        <w:rPr>
          <w:rFonts w:ascii="Arial" w:hAnsi="Arial" w:cs="Arial" w:eastAsia="Arial"/>
          <w:b/>
          <w:i w:val="0"/>
          <w:color w:val="231A2E"/>
          <w:sz w:val="22"/>
        </w:rPr>
        <w:t>5. Job application</w:t>
      </w:r>
    </w:p>
    <w:p>
      <w:pPr>
        <w:spacing w:after="100"/>
      </w:pPr>
      <w:r>
        <w:rPr>
          <w:rFonts w:ascii="Arial" w:hAnsi="Arial" w:cs="Arial" w:eastAsia="Arial"/>
          <w:b w:val="0"/>
          <w:i w:val="0"/>
          <w:color w:val="231A2E"/>
          <w:sz w:val="20"/>
        </w:rPr>
        <w:t>Heading: Application received</w:t>
      </w:r>
    </w:p>
    <w:p>
      <w:pPr>
        <w:spacing w:after="100"/>
      </w:pPr>
      <w:r>
        <w:rPr>
          <w:rFonts w:ascii="Arial" w:hAnsi="Arial" w:cs="Arial" w:eastAsia="Arial"/>
          <w:b w:val="0"/>
          <w:i w:val="0"/>
          <w:color w:val="231A2E"/>
          <w:sz w:val="20"/>
        </w:rPr>
        <w:t>Thanks for applying for the @Role role. Here's what happens next:</w:t>
      </w:r>
    </w:p>
    <w:p>
      <w:pPr>
        <w:spacing w:after="100"/>
      </w:pPr>
      <w:r>
        <w:rPr>
          <w:rFonts w:ascii="Arial" w:hAnsi="Arial" w:cs="Arial" w:eastAsia="Arial"/>
          <w:b w:val="0"/>
          <w:i w:val="0"/>
          <w:color w:val="231A2E"/>
          <w:sz w:val="20"/>
        </w:rPr>
        <w:t>1. We read every application by {date}.</w:t>
      </w:r>
    </w:p>
    <w:p>
      <w:pPr>
        <w:spacing w:after="100"/>
      </w:pPr>
      <w:r>
        <w:rPr>
          <w:rFonts w:ascii="Arial" w:hAnsi="Arial" w:cs="Arial" w:eastAsia="Arial"/>
          <w:b w:val="0"/>
          <w:i w:val="0"/>
          <w:color w:val="231A2E"/>
          <w:sz w:val="20"/>
        </w:rPr>
        <w:t>2. If we'd like to talk, we'll email you to set up a call.</w:t>
      </w:r>
    </w:p>
    <w:p>
      <w:pPr>
        <w:spacing w:after="100"/>
      </w:pPr>
      <w:r>
        <w:rPr>
          <w:rFonts w:ascii="Arial" w:hAnsi="Arial" w:cs="Arial" w:eastAsia="Arial"/>
          <w:b w:val="0"/>
          <w:i w:val="0"/>
          <w:color w:val="231A2E"/>
          <w:sz w:val="20"/>
        </w:rPr>
        <w:t>3. Either way, we'll let you know by {date}.</w:t>
      </w:r>
    </w:p>
    <w:p>
      <w:pPr>
        <w:spacing w:after="100"/>
      </w:pPr>
      <w:r>
        <w:rPr>
          <w:rFonts w:ascii="Arial" w:hAnsi="Arial" w:cs="Arial" w:eastAsia="Arial"/>
          <w:b w:val="0"/>
          <w:i/>
          <w:color w:val="5E5468"/>
          <w:sz w:val="17"/>
        </w:rPr>
        <w:t>Add: Use a numbered list for the steps. Pipe the role the person chose with @.</w:t>
      </w:r>
    </w:p>
    <w:p>
      <w:pPr>
        <w:keepNext/>
        <w:spacing w:before="160" w:after="40"/>
      </w:pPr>
      <w:r>
        <w:rPr>
          <w:rFonts w:ascii="Arial" w:hAnsi="Arial" w:cs="Arial" w:eastAsia="Arial"/>
          <w:b/>
          <w:i w:val="0"/>
          <w:color w:val="231A2E"/>
          <w:sz w:val="22"/>
        </w:rPr>
        <w:t>6. Volunteer application</w:t>
      </w:r>
    </w:p>
    <w:p>
      <w:pPr>
        <w:spacing w:after="100"/>
      </w:pPr>
      <w:r>
        <w:rPr>
          <w:rFonts w:ascii="Arial" w:hAnsi="Arial" w:cs="Arial" w:eastAsia="Arial"/>
          <w:b w:val="0"/>
          <w:i w:val="0"/>
          <w:color w:val="231A2E"/>
          <w:sz w:val="20"/>
        </w:rPr>
        <w:t>Heading: Thanks for offering your time</w:t>
      </w:r>
    </w:p>
    <w:p>
      <w:pPr>
        <w:spacing w:after="100"/>
      </w:pPr>
      <w:r>
        <w:rPr>
          <w:rFonts w:ascii="Arial" w:hAnsi="Arial" w:cs="Arial" w:eastAsia="Arial"/>
          <w:b w:val="0"/>
          <w:i w:val="0"/>
          <w:color w:val="231A2E"/>
          <w:sz w:val="20"/>
        </w:rPr>
        <w:t>{Coordinator name}, our volunteer coordinator, will get in touch within {number} days.</w:t>
      </w:r>
    </w:p>
    <w:p>
      <w:pPr>
        <w:spacing w:after="100"/>
      </w:pPr>
      <w:r>
        <w:rPr>
          <w:rFonts w:ascii="Arial" w:hAnsi="Arial" w:cs="Arial" w:eastAsia="Arial"/>
          <w:b w:val="0"/>
          <w:i w:val="0"/>
          <w:color w:val="231A2E"/>
          <w:sz w:val="20"/>
        </w:rPr>
        <w:t>In the meantime, read [what a first shift looks like]({page link}).</w:t>
      </w:r>
    </w:p>
    <w:p>
      <w:pPr>
        <w:spacing w:after="100"/>
      </w:pPr>
      <w:r>
        <w:rPr>
          <w:rFonts w:ascii="Arial" w:hAnsi="Arial" w:cs="Arial" w:eastAsia="Arial"/>
          <w:b w:val="0"/>
          <w:i w:val="0"/>
          <w:color w:val="231A2E"/>
          <w:sz w:val="20"/>
        </w:rPr>
        <w:t>Questions? Email [{email address}](mailto:{email address}).</w:t>
      </w:r>
    </w:p>
    <w:p>
      <w:pPr>
        <w:spacing w:after="100"/>
      </w:pPr>
      <w:r>
        <w:rPr>
          <w:rFonts w:ascii="Arial" w:hAnsi="Arial" w:cs="Arial" w:eastAsia="Arial"/>
          <w:b w:val="0"/>
          <w:i/>
          <w:color w:val="5E5468"/>
          <w:sz w:val="17"/>
        </w:rPr>
        <w:t>Add: Use a mailto link for the email address.</w:t>
      </w:r>
    </w:p>
    <w:p>
      <w:pPr>
        <w:keepNext/>
        <w:spacing w:before="160" w:after="40"/>
      </w:pPr>
      <w:r>
        <w:rPr>
          <w:rFonts w:ascii="Arial" w:hAnsi="Arial" w:cs="Arial" w:eastAsia="Arial"/>
          <w:b/>
          <w:i w:val="0"/>
          <w:color w:val="231A2E"/>
          <w:sz w:val="22"/>
        </w:rPr>
        <w:t>7. Donation</w:t>
      </w:r>
    </w:p>
    <w:p>
      <w:pPr>
        <w:spacing w:after="100"/>
      </w:pPr>
      <w:r>
        <w:rPr>
          <w:rFonts w:ascii="Arial" w:hAnsi="Arial" w:cs="Arial" w:eastAsia="Arial"/>
          <w:b w:val="0"/>
          <w:i w:val="0"/>
          <w:color w:val="231A2E"/>
          <w:sz w:val="20"/>
        </w:rPr>
        <w:t>Heading: Thank you for your gift</w:t>
      </w:r>
    </w:p>
    <w:p>
      <w:pPr>
        <w:spacing w:after="100"/>
      </w:pPr>
      <w:r>
        <w:rPr>
          <w:rFonts w:ascii="Arial" w:hAnsi="Arial" w:cs="Arial" w:eastAsia="Arial"/>
          <w:b w:val="0"/>
          <w:i w:val="0"/>
          <w:color w:val="231A2E"/>
          <w:sz w:val="20"/>
        </w:rPr>
        <w:t>Your support helps {one concrete thing your organization does}.</w:t>
      </w:r>
    </w:p>
    <w:p>
      <w:pPr>
        <w:spacing w:after="100"/>
      </w:pPr>
      <w:r>
        <w:rPr>
          <w:rFonts w:ascii="Arial" w:hAnsi="Arial" w:cs="Arial" w:eastAsia="Arial"/>
          <w:b w:val="0"/>
          <w:i w:val="0"/>
          <w:color w:val="231A2E"/>
          <w:sz w:val="20"/>
        </w:rPr>
        <w:t>{Organization name} will send a written acknowledgment for your records by {date}.</w:t>
      </w:r>
    </w:p>
    <w:p>
      <w:pPr>
        <w:spacing w:after="100"/>
      </w:pPr>
      <w:r>
        <w:rPr>
          <w:rFonts w:ascii="Arial" w:hAnsi="Arial" w:cs="Arial" w:eastAsia="Arial"/>
          <w:b w:val="0"/>
          <w:i w:val="0"/>
          <w:color w:val="231A2E"/>
          <w:sz w:val="20"/>
        </w:rPr>
        <w:t>Watch a one-minute thank-you from {director's name} below.</w:t>
      </w:r>
    </w:p>
    <w:p>
      <w:pPr>
        <w:spacing w:after="100"/>
      </w:pPr>
      <w:r>
        <w:rPr>
          <w:rFonts w:ascii="Arial" w:hAnsi="Arial" w:cs="Arial" w:eastAsia="Arial"/>
          <w:b w:val="0"/>
          <w:i/>
          <w:color w:val="5E5468"/>
          <w:sz w:val="17"/>
        </w:rPr>
        <w:t>Add: Add a YouTube, Vimeo or Loom embed of a short video.</w:t>
      </w:r>
    </w:p>
    <w:p>
      <w:pPr>
        <w:keepNext/>
        <w:spacing w:before="160" w:after="40"/>
      </w:pPr>
      <w:r>
        <w:rPr>
          <w:rFonts w:ascii="Arial" w:hAnsi="Arial" w:cs="Arial" w:eastAsia="Arial"/>
          <w:b/>
          <w:i w:val="0"/>
          <w:color w:val="231A2E"/>
          <w:sz w:val="22"/>
        </w:rPr>
        <w:t>8. Download or lead magnet</w:t>
      </w:r>
    </w:p>
    <w:p>
      <w:pPr>
        <w:spacing w:after="100"/>
      </w:pPr>
      <w:r>
        <w:rPr>
          <w:rFonts w:ascii="Arial" w:hAnsi="Arial" w:cs="Arial" w:eastAsia="Arial"/>
          <w:b w:val="0"/>
          <w:i w:val="0"/>
          <w:color w:val="231A2E"/>
          <w:sz w:val="20"/>
        </w:rPr>
        <w:t>Heading: Your {guide name} is ready</w:t>
      </w:r>
    </w:p>
    <w:p>
      <w:pPr>
        <w:spacing w:after="100"/>
      </w:pPr>
      <w:r>
        <w:rPr>
          <w:rFonts w:ascii="Arial" w:hAnsi="Arial" w:cs="Arial" w:eastAsia="Arial"/>
          <w:b w:val="0"/>
          <w:i w:val="0"/>
          <w:color w:val="231A2E"/>
          <w:sz w:val="20"/>
        </w:rPr>
        <w:t>[Download {guide name} (PDF)]({file link})</w:t>
      </w:r>
    </w:p>
    <w:p>
      <w:pPr>
        <w:spacing w:after="100"/>
      </w:pPr>
      <w:r>
        <w:rPr>
          <w:rFonts w:ascii="Arial" w:hAnsi="Arial" w:cs="Arial" w:eastAsia="Arial"/>
          <w:b w:val="0"/>
          <w:i w:val="0"/>
          <w:color w:val="231A2E"/>
          <w:sz w:val="20"/>
        </w:rPr>
        <w:t>We've also emailed you the link, so you can find it later.</w:t>
      </w:r>
    </w:p>
    <w:p>
      <w:pPr>
        <w:spacing w:after="100"/>
      </w:pPr>
      <w:r>
        <w:rPr>
          <w:rFonts w:ascii="Arial" w:hAnsi="Arial" w:cs="Arial" w:eastAsia="Arial"/>
          <w:b w:val="0"/>
          <w:i/>
          <w:color w:val="5E5468"/>
          <w:sz w:val="17"/>
        </w:rPr>
        <w:t>Add: Add an image of the guide's cover and link it to the file. Alt text: "Download {guide name} (PDF)". Only promise the email if you turned on the confirmation email and chose the email question.</w:t>
      </w:r>
    </w:p>
    <w:p>
      <w:pPr>
        <w:keepNext/>
        <w:spacing w:before="160" w:after="40"/>
      </w:pPr>
      <w:r>
        <w:rPr>
          <w:rFonts w:ascii="Arial" w:hAnsi="Arial" w:cs="Arial" w:eastAsia="Arial"/>
          <w:b/>
          <w:i w:val="0"/>
          <w:color w:val="231A2E"/>
          <w:sz w:val="22"/>
        </w:rPr>
        <w:t>9. Customer survey</w:t>
      </w:r>
    </w:p>
    <w:p>
      <w:pPr>
        <w:spacing w:after="100"/>
      </w:pPr>
      <w:r>
        <w:rPr>
          <w:rFonts w:ascii="Arial" w:hAnsi="Arial" w:cs="Arial" w:eastAsia="Arial"/>
          <w:b w:val="0"/>
          <w:i w:val="0"/>
          <w:color w:val="231A2E"/>
          <w:sz w:val="20"/>
        </w:rPr>
        <w:t>Heading: Thanks for the feedback</w:t>
      </w:r>
    </w:p>
    <w:p>
      <w:pPr>
        <w:spacing w:after="100"/>
      </w:pPr>
      <w:r>
        <w:rPr>
          <w:rFonts w:ascii="Arial" w:hAnsi="Arial" w:cs="Arial" w:eastAsia="Arial"/>
          <w:b w:val="0"/>
          <w:i w:val="0"/>
          <w:color w:val="231A2E"/>
          <w:sz w:val="20"/>
        </w:rPr>
        <w:t>We read every answer.</w:t>
      </w:r>
    </w:p>
    <w:p>
      <w:pPr>
        <w:spacing w:after="100"/>
      </w:pPr>
      <w:r>
        <w:rPr>
          <w:rFonts w:ascii="Arial" w:hAnsi="Arial" w:cs="Arial" w:eastAsia="Arial"/>
          <w:b w:val="0"/>
          <w:i w:val="0"/>
          <w:color w:val="231A2E"/>
          <w:sz w:val="20"/>
        </w:rPr>
        <w:t>Each month we pick one thing to fix, and we post what changed on [our updates page]({page link}).</w:t>
      </w:r>
    </w:p>
    <w:p>
      <w:pPr>
        <w:spacing w:after="100"/>
      </w:pPr>
      <w:r>
        <w:rPr>
          <w:rFonts w:ascii="Arial" w:hAnsi="Arial" w:cs="Arial" w:eastAsia="Arial"/>
          <w:b w:val="0"/>
          <w:i/>
          <w:color w:val="5E5468"/>
          <w:sz w:val="17"/>
        </w:rPr>
        <w:t>Add: Keep it short. People just gave you their time.</w:t>
      </w:r>
    </w:p>
    <w:p>
      <w:pPr>
        <w:keepNext/>
        <w:spacing w:before="160" w:after="40"/>
      </w:pPr>
      <w:r>
        <w:rPr>
          <w:rFonts w:ascii="Arial" w:hAnsi="Arial" w:cs="Arial" w:eastAsia="Arial"/>
          <w:b/>
          <w:i w:val="0"/>
          <w:color w:val="231A2E"/>
          <w:sz w:val="22"/>
        </w:rPr>
        <w:t>10. Survey: low score ending</w:t>
      </w:r>
    </w:p>
    <w:p>
      <w:pPr>
        <w:spacing w:after="100"/>
      </w:pPr>
      <w:r>
        <w:rPr>
          <w:rFonts w:ascii="Arial" w:hAnsi="Arial" w:cs="Arial" w:eastAsia="Arial"/>
          <w:b w:val="0"/>
          <w:i w:val="0"/>
          <w:color w:val="231A2E"/>
          <w:sz w:val="20"/>
        </w:rPr>
        <w:t>Heading: Sorry we let you down</w:t>
      </w:r>
    </w:p>
    <w:p>
      <w:pPr>
        <w:spacing w:after="100"/>
      </w:pPr>
      <w:r>
        <w:rPr>
          <w:rFonts w:ascii="Arial" w:hAnsi="Arial" w:cs="Arial" w:eastAsia="Arial"/>
          <w:b w:val="0"/>
          <w:i w:val="0"/>
          <w:color w:val="231A2E"/>
          <w:sz w:val="20"/>
        </w:rPr>
        <w:t>Thanks for telling us. {Name}, our {job title}, reads every low score.</w:t>
      </w:r>
    </w:p>
    <w:p>
      <w:pPr>
        <w:spacing w:after="100"/>
      </w:pPr>
      <w:r>
        <w:rPr>
          <w:rFonts w:ascii="Arial" w:hAnsi="Arial" w:cs="Arial" w:eastAsia="Arial"/>
          <w:b w:val="0"/>
          <w:i w:val="0"/>
          <w:color w:val="231A2E"/>
          <w:sz w:val="20"/>
        </w:rPr>
        <w:t>If you'd like a reply, email [{email address}](mailto:{email address}) and mention the date of your visit.</w:t>
      </w:r>
    </w:p>
    <w:p>
      <w:pPr>
        <w:spacing w:after="100"/>
      </w:pPr>
      <w:r>
        <w:rPr>
          <w:rFonts w:ascii="Arial" w:hAnsi="Arial" w:cs="Arial" w:eastAsia="Arial"/>
          <w:b w:val="0"/>
          <w:i/>
          <w:color w:val="5E5468"/>
          <w:sz w:val="17"/>
        </w:rPr>
        <w:t>Add: A named ending. A logic rule jumps people who give a low score to it, and everyone else sees example 9.</w:t>
      </w:r>
    </w:p>
    <w:p>
      <w:pPr>
        <w:keepNext/>
        <w:spacing w:before="160" w:after="40"/>
      </w:pPr>
      <w:r>
        <w:rPr>
          <w:rFonts w:ascii="Arial" w:hAnsi="Arial" w:cs="Arial" w:eastAsia="Arial"/>
          <w:b/>
          <w:i w:val="0"/>
          <w:color w:val="231A2E"/>
          <w:sz w:val="22"/>
        </w:rPr>
        <w:t>11. RSVP: yes</w:t>
      </w:r>
    </w:p>
    <w:p>
      <w:pPr>
        <w:spacing w:after="100"/>
      </w:pPr>
      <w:r>
        <w:rPr>
          <w:rFonts w:ascii="Arial" w:hAnsi="Arial" w:cs="Arial" w:eastAsia="Arial"/>
          <w:b w:val="0"/>
          <w:i w:val="0"/>
          <w:color w:val="231A2E"/>
          <w:sz w:val="20"/>
        </w:rPr>
        <w:t>Heading: Great, see you there!</w:t>
      </w:r>
    </w:p>
    <w:p>
      <w:pPr>
        <w:spacing w:after="100"/>
      </w:pPr>
      <w:r>
        <w:rPr>
          <w:rFonts w:ascii="Arial" w:hAnsi="Arial" w:cs="Arial" w:eastAsia="Arial"/>
          <w:b w:val="0"/>
          <w:i w:val="0"/>
          <w:color w:val="231A2E"/>
          <w:sz w:val="20"/>
        </w:rPr>
        <w:t>We've got you down for @Guests guests.</w:t>
      </w:r>
    </w:p>
    <w:p>
      <w:pPr>
        <w:spacing w:after="100"/>
      </w:pPr>
      <w:r>
        <w:rPr>
          <w:rFonts w:ascii="Arial" w:hAnsi="Arial" w:cs="Arial" w:eastAsia="Arial"/>
          <w:b w:val="0"/>
          <w:i w:val="0"/>
          <w:color w:val="231A2E"/>
          <w:sz w:val="20"/>
        </w:rPr>
        <w:t>{Event name}, {date}, {time}, {address}.</w:t>
      </w:r>
    </w:p>
    <w:p>
      <w:pPr>
        <w:spacing w:after="100"/>
      </w:pPr>
      <w:r>
        <w:rPr>
          <w:rFonts w:ascii="Arial" w:hAnsi="Arial" w:cs="Arial" w:eastAsia="Arial"/>
          <w:b w:val="0"/>
          <w:i w:val="0"/>
          <w:color w:val="231A2E"/>
          <w:sz w:val="20"/>
        </w:rPr>
        <w:t>If your plans change, email [{email address}](mailto:{email address}).</w:t>
      </w:r>
    </w:p>
    <w:p>
      <w:pPr>
        <w:spacing w:after="100"/>
      </w:pPr>
      <w:r>
        <w:rPr>
          <w:rFonts w:ascii="Arial" w:hAnsi="Arial" w:cs="Arial" w:eastAsia="Arial"/>
          <w:b w:val="0"/>
          <w:i/>
          <w:color w:val="5E5468"/>
          <w:sz w:val="17"/>
        </w:rPr>
        <w:t>Add: A named ending for people who answer Yes. Pipe the guest count with @. Add a Google Maps embed.</w:t>
      </w:r>
    </w:p>
    <w:p>
      <w:pPr>
        <w:keepNext/>
        <w:spacing w:before="160" w:after="40"/>
      </w:pPr>
      <w:r>
        <w:rPr>
          <w:rFonts w:ascii="Arial" w:hAnsi="Arial" w:cs="Arial" w:eastAsia="Arial"/>
          <w:b/>
          <w:i w:val="0"/>
          <w:color w:val="231A2E"/>
          <w:sz w:val="22"/>
        </w:rPr>
        <w:t>12. RSVP: no</w:t>
      </w:r>
    </w:p>
    <w:p>
      <w:pPr>
        <w:spacing w:after="100"/>
      </w:pPr>
      <w:r>
        <w:rPr>
          <w:rFonts w:ascii="Arial" w:hAnsi="Arial" w:cs="Arial" w:eastAsia="Arial"/>
          <w:b w:val="0"/>
          <w:i w:val="0"/>
          <w:color w:val="231A2E"/>
          <w:sz w:val="20"/>
        </w:rPr>
        <w:t>Heading: Sorry you can't make it</w:t>
      </w:r>
    </w:p>
    <w:p>
      <w:pPr>
        <w:spacing w:after="100"/>
      </w:pPr>
      <w:r>
        <w:rPr>
          <w:rFonts w:ascii="Arial" w:hAnsi="Arial" w:cs="Arial" w:eastAsia="Arial"/>
          <w:b w:val="0"/>
          <w:i w:val="0"/>
          <w:color w:val="231A2E"/>
          <w:sz w:val="20"/>
        </w:rPr>
        <w:t>Thanks for letting us know.</w:t>
      </w:r>
    </w:p>
    <w:p>
      <w:pPr>
        <w:spacing w:after="100"/>
      </w:pPr>
      <w:r>
        <w:rPr>
          <w:rFonts w:ascii="Arial" w:hAnsi="Arial" w:cs="Arial" w:eastAsia="Arial"/>
          <w:b w:val="0"/>
          <w:i w:val="0"/>
          <w:color w:val="231A2E"/>
          <w:sz w:val="20"/>
        </w:rPr>
        <w:t>We'll share photos after the event on [{page name}]({page link}).</w:t>
      </w:r>
    </w:p>
    <w:p>
      <w:pPr>
        <w:spacing w:after="100"/>
      </w:pPr>
      <w:r>
        <w:rPr>
          <w:rFonts w:ascii="Arial" w:hAnsi="Arial" w:cs="Arial" w:eastAsia="Arial"/>
          <w:b w:val="0"/>
          <w:i/>
          <w:color w:val="5E5468"/>
          <w:sz w:val="17"/>
        </w:rPr>
        <w:t>Add: A named ending for people who answer No. A logic jump sends them here, so they skip the guest and meal questions.</w:t>
      </w:r>
    </w:p>
    <w:p>
      <w:r>
        <w:br w:type="page"/>
      </w:r>
    </w:p>
    <w:p>
      <w:pPr>
        <w:keepNext/>
        <w:spacing w:before="240" w:after="80"/>
      </w:pPr>
      <w:r>
        <w:rPr>
          <w:rFonts w:ascii="Arial" w:hAnsi="Arial" w:cs="Arial" w:eastAsia="Arial"/>
          <w:b/>
          <w:i w:val="0"/>
          <w:color w:val="231A2E"/>
          <w:sz w:val="28"/>
        </w:rPr>
        <w:t>Eight confirmation emails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How the confirmation email works in HornetForms</w:t>
            </w:r>
          </w:p>
          <w:p>
            <w:r>
              <w:rPr>
                <w:rFonts w:ascii="Arial" w:hAnsi="Arial" w:cs="Arial" w:eastAsia="Arial"/>
                <w:b w:val="0"/>
                <w:i w:val="0"/>
                <w:color w:val="231A2E"/>
                <w:sz w:val="20"/>
              </w:rPr>
              <w:t>It starts switched off. Turn it on in the form's notification settings and pick the email question that holds the address. With no question chosen, nothing is sent.</w:t>
            </w:r>
          </w:p>
          <w:p>
            <w:r>
              <w:rPr>
                <w:rFonts w:ascii="Arial" w:hAnsi="Arial" w:cs="Arial" w:eastAsia="Arial"/>
                <w:b w:val="0"/>
                <w:i w:val="0"/>
                <w:color w:val="231A2E"/>
                <w:sz w:val="20"/>
              </w:rPr>
              <w:t>Write your own subject (up to 200 characters) and body (up to 5,000 characters).</w:t>
            </w:r>
          </w:p>
          <w:p>
            <w:r>
              <w:rPr>
                <w:rFonts w:ascii="Arial" w:hAnsi="Arial" w:cs="Arial" w:eastAsia="Arial"/>
                <w:b w:val="0"/>
                <w:i w:val="0"/>
                <w:color w:val="231A2E"/>
                <w:sz w:val="20"/>
              </w:rPr>
              <w:t>Formatting: **bold**, *italic*, a blank line between paragraphs, and links written as [text](url). Links can start with http, https or mailto, and they arrive clickable.</w:t>
            </w:r>
          </w:p>
          <w:p>
            <w:r>
              <w:rPr>
                <w:rFonts w:ascii="Arial" w:hAnsi="Arial" w:cs="Arial" w:eastAsia="Arial"/>
                <w:b w:val="0"/>
                <w:i w:val="0"/>
                <w:color w:val="231A2E"/>
                <w:sz w:val="20"/>
              </w:rPr>
              <w:t>Unless the respondent verified their email with a code (email verification is on Pro and Business), the email can insert only the form title, the Submission ID and number calculations, never their answers. That's why these emails start with "Hi there".</w:t>
            </w:r>
          </w:p>
        </w:tc>
      </w:tr>
    </w:tbl>
    <w:p>
      <w:pPr>
        <w:spacing w:after="40"/>
      </w:pPr>
    </w:p>
    <w:p>
      <w:pPr>
        <w:keepNext/>
        <w:spacing w:before="160" w:after="40"/>
      </w:pPr>
      <w:r>
        <w:rPr>
          <w:rFonts w:ascii="Arial" w:hAnsi="Arial" w:cs="Arial" w:eastAsia="Arial"/>
          <w:b/>
          <w:i w:val="0"/>
          <w:color w:val="231A2E"/>
          <w:sz w:val="22"/>
        </w:rPr>
        <w:t>The subject lines at a glance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3180"/>
            <w:shd w:val="clear" w:color="auto" w:fill="231A2E"/>
          </w:tcPr>
          <w:p>
            <w:r/>
            <w:r>
              <w:rPr>
                <w:rFonts w:ascii="Arial" w:hAnsi="Arial" w:cs="Arial" w:eastAsia="Arial"/>
                <w:b/>
                <w:i w:val="0"/>
                <w:color w:val="FBF5E9"/>
                <w:sz w:val="18"/>
              </w:rPr>
              <w:t>Form</w:t>
            </w:r>
          </w:p>
        </w:tc>
        <w:tc>
          <w:tcPr>
            <w:tcW w:type="dxa" w:w="6756"/>
            <w:shd w:val="clear" w:color="auto" w:fill="231A2E"/>
          </w:tcPr>
          <w:p>
            <w:r/>
            <w:r>
              <w:rPr>
                <w:rFonts w:ascii="Arial" w:hAnsi="Arial" w:cs="Arial" w:eastAsia="Arial"/>
                <w:b/>
                <w:i w:val="0"/>
                <w:color w:val="FBF5E9"/>
                <w:sz w:val="18"/>
              </w:rPr>
              <w:t>Subject</w:t>
            </w:r>
          </w:p>
        </w:tc>
      </w:tr>
      <w:tr>
        <w:trPr>
          <w:trHeight w:val="480"/>
        </w:trPr>
        <w:tc>
          <w:tcPr>
            <w:tcW w:type="dxa" w:w="3180"/>
          </w:tcPr>
          <w:p>
            <w:r/>
            <w:r>
              <w:rPr>
                <w:rFonts w:ascii="Arial" w:hAnsi="Arial" w:cs="Arial" w:eastAsia="Arial"/>
                <w:b w:val="0"/>
                <w:i w:val="0"/>
                <w:color w:val="231A2E"/>
                <w:sz w:val="18"/>
              </w:rPr>
              <w:t>1. Contact form</w:t>
            </w:r>
          </w:p>
        </w:tc>
        <w:tc>
          <w:tcPr>
            <w:tcW w:type="dxa" w:w="6756"/>
          </w:tcPr>
          <w:p>
            <w:r/>
            <w:r>
              <w:rPr>
                <w:rFonts w:ascii="Arial" w:hAnsi="Arial" w:cs="Arial" w:eastAsia="Arial"/>
                <w:b w:val="0"/>
                <w:i w:val="0"/>
                <w:color w:val="231A2E"/>
                <w:sz w:val="18"/>
              </w:rPr>
              <w:t>We got your message</w:t>
            </w:r>
          </w:p>
        </w:tc>
      </w:tr>
      <w:tr>
        <w:trPr>
          <w:trHeight w:val="480"/>
        </w:trPr>
        <w:tc>
          <w:tcPr>
            <w:tcW w:type="dxa" w:w="3180"/>
          </w:tcPr>
          <w:p>
            <w:r/>
            <w:r>
              <w:rPr>
                <w:rFonts w:ascii="Arial" w:hAnsi="Arial" w:cs="Arial" w:eastAsia="Arial"/>
                <w:b w:val="0"/>
                <w:i w:val="0"/>
                <w:color w:val="231A2E"/>
                <w:sz w:val="18"/>
              </w:rPr>
              <w:t>2. Quote request</w:t>
            </w:r>
          </w:p>
        </w:tc>
        <w:tc>
          <w:tcPr>
            <w:tcW w:type="dxa" w:w="6756"/>
          </w:tcPr>
          <w:p>
            <w:r/>
            <w:r>
              <w:rPr>
                <w:rFonts w:ascii="Arial" w:hAnsi="Arial" w:cs="Arial" w:eastAsia="Arial"/>
                <w:b w:val="0"/>
                <w:i w:val="0"/>
                <w:color w:val="231A2E"/>
                <w:sz w:val="18"/>
              </w:rPr>
              <w:t>Your quote request and a rough estimate</w:t>
            </w:r>
          </w:p>
        </w:tc>
      </w:tr>
      <w:tr>
        <w:trPr>
          <w:trHeight w:val="480"/>
        </w:trPr>
        <w:tc>
          <w:tcPr>
            <w:tcW w:type="dxa" w:w="3180"/>
          </w:tcPr>
          <w:p>
            <w:r/>
            <w:r>
              <w:rPr>
                <w:rFonts w:ascii="Arial" w:hAnsi="Arial" w:cs="Arial" w:eastAsia="Arial"/>
                <w:b w:val="0"/>
                <w:i w:val="0"/>
                <w:color w:val="231A2E"/>
                <w:sz w:val="18"/>
              </w:rPr>
              <w:t>3. Event registration</w:t>
            </w:r>
          </w:p>
        </w:tc>
        <w:tc>
          <w:tcPr>
            <w:tcW w:type="dxa" w:w="6756"/>
          </w:tcPr>
          <w:p>
            <w:r/>
            <w:r>
              <w:rPr>
                <w:rFonts w:ascii="Arial" w:hAnsi="Arial" w:cs="Arial" w:eastAsia="Arial"/>
                <w:b w:val="0"/>
                <w:i w:val="0"/>
                <w:color w:val="231A2E"/>
                <w:sz w:val="18"/>
              </w:rPr>
              <w:t>You're registered: {event name} on {date}</w:t>
            </w:r>
          </w:p>
        </w:tc>
      </w:tr>
      <w:tr>
        <w:trPr>
          <w:trHeight w:val="480"/>
        </w:trPr>
        <w:tc>
          <w:tcPr>
            <w:tcW w:type="dxa" w:w="3180"/>
          </w:tcPr>
          <w:p>
            <w:r/>
            <w:r>
              <w:rPr>
                <w:rFonts w:ascii="Arial" w:hAnsi="Arial" w:cs="Arial" w:eastAsia="Arial"/>
                <w:b w:val="0"/>
                <w:i w:val="0"/>
                <w:color w:val="231A2E"/>
                <w:sz w:val="18"/>
              </w:rPr>
              <w:t>4. Application</w:t>
            </w:r>
          </w:p>
        </w:tc>
        <w:tc>
          <w:tcPr>
            <w:tcW w:type="dxa" w:w="6756"/>
          </w:tcPr>
          <w:p>
            <w:r/>
            <w:r>
              <w:rPr>
                <w:rFonts w:ascii="Arial" w:hAnsi="Arial" w:cs="Arial" w:eastAsia="Arial"/>
                <w:b w:val="0"/>
                <w:i w:val="0"/>
                <w:color w:val="231A2E"/>
                <w:sz w:val="18"/>
              </w:rPr>
              <w:t>We received your application</w:t>
            </w:r>
          </w:p>
        </w:tc>
      </w:tr>
      <w:tr>
        <w:trPr>
          <w:trHeight w:val="480"/>
        </w:trPr>
        <w:tc>
          <w:tcPr>
            <w:tcW w:type="dxa" w:w="3180"/>
          </w:tcPr>
          <w:p>
            <w:r/>
            <w:r>
              <w:rPr>
                <w:rFonts w:ascii="Arial" w:hAnsi="Arial" w:cs="Arial" w:eastAsia="Arial"/>
                <w:b w:val="0"/>
                <w:i w:val="0"/>
                <w:color w:val="231A2E"/>
                <w:sz w:val="18"/>
              </w:rPr>
              <w:t>5. Donation</w:t>
            </w:r>
          </w:p>
        </w:tc>
        <w:tc>
          <w:tcPr>
            <w:tcW w:type="dxa" w:w="6756"/>
          </w:tcPr>
          <w:p>
            <w:r/>
            <w:r>
              <w:rPr>
                <w:rFonts w:ascii="Arial" w:hAnsi="Arial" w:cs="Arial" w:eastAsia="Arial"/>
                <w:b w:val="0"/>
                <w:i w:val="0"/>
                <w:color w:val="231A2E"/>
                <w:sz w:val="18"/>
              </w:rPr>
              <w:t>Thank you for your gift to {organization name}</w:t>
            </w:r>
          </w:p>
        </w:tc>
      </w:tr>
      <w:tr>
        <w:trPr>
          <w:trHeight w:val="480"/>
        </w:trPr>
        <w:tc>
          <w:tcPr>
            <w:tcW w:type="dxa" w:w="3180"/>
          </w:tcPr>
          <w:p>
            <w:r/>
            <w:r>
              <w:rPr>
                <w:rFonts w:ascii="Arial" w:hAnsi="Arial" w:cs="Arial" w:eastAsia="Arial"/>
                <w:b w:val="0"/>
                <w:i w:val="0"/>
                <w:color w:val="231A2E"/>
                <w:sz w:val="18"/>
              </w:rPr>
              <w:t>6. Download or lead magnet</w:t>
            </w:r>
          </w:p>
        </w:tc>
        <w:tc>
          <w:tcPr>
            <w:tcW w:type="dxa" w:w="6756"/>
          </w:tcPr>
          <w:p>
            <w:r/>
            <w:r>
              <w:rPr>
                <w:rFonts w:ascii="Arial" w:hAnsi="Arial" w:cs="Arial" w:eastAsia="Arial"/>
                <w:b w:val="0"/>
                <w:i w:val="0"/>
                <w:color w:val="231A2E"/>
                <w:sz w:val="18"/>
              </w:rPr>
              <w:t>Here's your {guide name}</w:t>
            </w:r>
          </w:p>
        </w:tc>
      </w:tr>
      <w:tr>
        <w:trPr>
          <w:trHeight w:val="480"/>
        </w:trPr>
        <w:tc>
          <w:tcPr>
            <w:tcW w:type="dxa" w:w="3180"/>
          </w:tcPr>
          <w:p>
            <w:r/>
            <w:r>
              <w:rPr>
                <w:rFonts w:ascii="Arial" w:hAnsi="Arial" w:cs="Arial" w:eastAsia="Arial"/>
                <w:b w:val="0"/>
                <w:i w:val="0"/>
                <w:color w:val="231A2E"/>
                <w:sz w:val="18"/>
              </w:rPr>
              <w:t>7. Survey</w:t>
            </w:r>
          </w:p>
        </w:tc>
        <w:tc>
          <w:tcPr>
            <w:tcW w:type="dxa" w:w="6756"/>
          </w:tcPr>
          <w:p>
            <w:r/>
            <w:r>
              <w:rPr>
                <w:rFonts w:ascii="Arial" w:hAnsi="Arial" w:cs="Arial" w:eastAsia="Arial"/>
                <w:b w:val="0"/>
                <w:i w:val="0"/>
                <w:color w:val="231A2E"/>
                <w:sz w:val="18"/>
              </w:rPr>
              <w:t>Thanks for your feedback</w:t>
            </w:r>
          </w:p>
        </w:tc>
      </w:tr>
      <w:tr>
        <w:trPr>
          <w:trHeight w:val="480"/>
        </w:trPr>
        <w:tc>
          <w:tcPr>
            <w:tcW w:type="dxa" w:w="3180"/>
          </w:tcPr>
          <w:p>
            <w:r/>
            <w:r>
              <w:rPr>
                <w:rFonts w:ascii="Arial" w:hAnsi="Arial" w:cs="Arial" w:eastAsia="Arial"/>
                <w:b w:val="0"/>
                <w:i w:val="0"/>
                <w:color w:val="231A2E"/>
                <w:sz w:val="18"/>
              </w:rPr>
              <w:t>8. RSVP</w:t>
            </w:r>
          </w:p>
        </w:tc>
        <w:tc>
          <w:tcPr>
            <w:tcW w:type="dxa" w:w="6756"/>
          </w:tcPr>
          <w:p>
            <w:r/>
            <w:r>
              <w:rPr>
                <w:rFonts w:ascii="Arial" w:hAnsi="Arial" w:cs="Arial" w:eastAsia="Arial"/>
                <w:b w:val="0"/>
                <w:i w:val="0"/>
                <w:color w:val="231A2E"/>
                <w:sz w:val="18"/>
              </w:rPr>
              <w:t>Your RSVP for {event name}</w:t>
            </w:r>
          </w:p>
        </w:tc>
      </w:tr>
    </w:tbl>
    <w:p>
      <w:pPr>
        <w:spacing w:after="40"/>
      </w:pPr>
    </w:p>
    <w:p>
      <w:pPr>
        <w:keepNext/>
        <w:spacing w:before="160" w:after="40"/>
      </w:pPr>
      <w:r>
        <w:rPr>
          <w:rFonts w:ascii="Arial" w:hAnsi="Arial" w:cs="Arial" w:eastAsia="Arial"/>
          <w:b/>
          <w:i w:val="0"/>
          <w:color w:val="231A2E"/>
          <w:sz w:val="22"/>
        </w:rPr>
        <w:t>Email 1. Contact form</w:t>
      </w:r>
    </w:p>
    <w:p>
      <w:pPr>
        <w:spacing w:after="100"/>
      </w:pPr>
      <w:r>
        <w:rPr>
          <w:rFonts w:ascii="Arial" w:hAnsi="Arial" w:cs="Arial" w:eastAsia="Arial"/>
          <w:b w:val="0"/>
          <w:i w:val="0"/>
          <w:color w:val="231A2E"/>
          <w:sz w:val="20"/>
        </w:rPr>
        <w:t>Subject: We got your message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getting in touch through **@Form title**. We reply to every message within one working day.</w:t>
      </w:r>
    </w:p>
    <w:p>
      <w:pPr>
        <w:spacing w:after="100"/>
      </w:pPr>
      <w:r>
        <w:rPr>
          <w:rFonts w:ascii="Arial" w:hAnsi="Arial" w:cs="Arial" w:eastAsia="Arial"/>
          <w:b w:val="0"/>
          <w:i w:val="0"/>
          <w:color w:val="231A2E"/>
          <w:sz w:val="20"/>
        </w:rPr>
        <w:t>If it can't wait, call us on {phone number}.</w:t>
      </w:r>
    </w:p>
    <w:p>
      <w:pPr>
        <w:spacing w:after="100"/>
      </w:pPr>
      <w:r>
        <w:rPr>
          <w:rFonts w:ascii="Arial" w:hAnsi="Arial" w:cs="Arial" w:eastAsia="Arial"/>
          <w:b w:val="0"/>
          <w:i w:val="0"/>
          <w:color w:val="231A2E"/>
          <w:sz w:val="20"/>
        </w:rPr>
        <w:t>{Your name}, {business name}</w:t>
      </w:r>
    </w:p>
    <w:p>
      <w:pPr>
        <w:keepNext/>
        <w:spacing w:before="160" w:after="40"/>
      </w:pPr>
      <w:r>
        <w:rPr>
          <w:rFonts w:ascii="Arial" w:hAnsi="Arial" w:cs="Arial" w:eastAsia="Arial"/>
          <w:b/>
          <w:i w:val="0"/>
          <w:color w:val="231A2E"/>
          <w:sz w:val="22"/>
        </w:rPr>
        <w:t>Email 2. Quote request</w:t>
      </w:r>
    </w:p>
    <w:p>
      <w:pPr>
        <w:spacing w:after="100"/>
      </w:pPr>
      <w:r>
        <w:rPr>
          <w:rFonts w:ascii="Arial" w:hAnsi="Arial" w:cs="Arial" w:eastAsia="Arial"/>
          <w:b w:val="0"/>
          <w:i w:val="0"/>
          <w:color w:val="231A2E"/>
          <w:sz w:val="20"/>
        </w:rPr>
        <w:t>Subject: Your quote request and a rough estimate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your quote request. Based on your answers, a rough estimate is **$@Estimate**.</w:t>
      </w:r>
    </w:p>
    <w:p>
      <w:pPr>
        <w:spacing w:after="100"/>
      </w:pPr>
      <w:r>
        <w:rPr>
          <w:rFonts w:ascii="Arial" w:hAnsi="Arial" w:cs="Arial" w:eastAsia="Arial"/>
          <w:b w:val="0"/>
          <w:i w:val="0"/>
          <w:color w:val="231A2E"/>
          <w:sz w:val="20"/>
        </w:rPr>
        <w:t>This isn't a final price. We'll check the details and send a written quote within two working days.</w:t>
      </w:r>
    </w:p>
    <w:p>
      <w:pPr>
        <w:spacing w:after="100"/>
      </w:pPr>
      <w:r>
        <w:rPr>
          <w:rFonts w:ascii="Arial" w:hAnsi="Arial" w:cs="Arial" w:eastAsia="Arial"/>
          <w:b w:val="0"/>
          <w:i w:val="0"/>
          <w:color w:val="231A2E"/>
          <w:sz w:val="20"/>
        </w:rPr>
        <w:t>Questions before then? [Email us](mailto:{email address}).</w:t>
      </w:r>
    </w:p>
    <w:p>
      <w:pPr>
        <w:spacing w:after="100"/>
      </w:pPr>
      <w:r>
        <w:rPr>
          <w:rFonts w:ascii="Arial" w:hAnsi="Arial" w:cs="Arial" w:eastAsia="Arial"/>
          <w:b w:val="0"/>
          <w:i w:val="0"/>
          <w:color w:val="231A2E"/>
          <w:sz w:val="20"/>
        </w:rPr>
        <w:t>{Your name}, {business name}</w:t>
      </w:r>
    </w:p>
    <w:p>
      <w:pPr>
        <w:keepNext/>
        <w:spacing w:before="160" w:after="40"/>
      </w:pPr>
      <w:r>
        <w:rPr>
          <w:rFonts w:ascii="Arial" w:hAnsi="Arial" w:cs="Arial" w:eastAsia="Arial"/>
          <w:b/>
          <w:i w:val="0"/>
          <w:color w:val="231A2E"/>
          <w:sz w:val="22"/>
        </w:rPr>
        <w:t>Email 3. Event registration</w:t>
      </w:r>
    </w:p>
    <w:p>
      <w:pPr>
        <w:spacing w:after="100"/>
      </w:pPr>
      <w:r>
        <w:rPr>
          <w:rFonts w:ascii="Arial" w:hAnsi="Arial" w:cs="Arial" w:eastAsia="Arial"/>
          <w:b w:val="0"/>
          <w:i w:val="0"/>
          <w:color w:val="231A2E"/>
          <w:sz w:val="20"/>
        </w:rPr>
        <w:t>Subject: You're registered: {event name} on {date}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You're registered for **{event name}**.</w:t>
      </w:r>
    </w:p>
    <w:p>
      <w:pPr>
        <w:spacing w:after="100"/>
      </w:pPr>
      <w:r>
        <w:rPr>
          <w:rFonts w:ascii="Arial" w:hAnsi="Arial" w:cs="Arial" w:eastAsia="Arial"/>
          <w:b w:val="0"/>
          <w:i w:val="0"/>
          <w:color w:val="231A2E"/>
          <w:sz w:val="20"/>
        </w:rPr>
        <w:t>When: {date}, {start time} to {end time}</w:t>
      </w:r>
    </w:p>
    <w:p>
      <w:pPr>
        <w:spacing w:after="100"/>
      </w:pPr>
      <w:r>
        <w:rPr>
          <w:rFonts w:ascii="Arial" w:hAnsi="Arial" w:cs="Arial" w:eastAsia="Arial"/>
          <w:b w:val="0"/>
          <w:i w:val="0"/>
          <w:color w:val="231A2E"/>
          <w:sz w:val="20"/>
        </w:rPr>
        <w:t>Where: {venue and address}. [Get directions]({map link})</w:t>
      </w:r>
    </w:p>
    <w:p>
      <w:pPr>
        <w:spacing w:after="100"/>
      </w:pPr>
      <w:r>
        <w:rPr>
          <w:rFonts w:ascii="Arial" w:hAnsi="Arial" w:cs="Arial" w:eastAsia="Arial"/>
          <w:b w:val="0"/>
          <w:i w:val="0"/>
          <w:color w:val="231A2E"/>
          <w:sz w:val="20"/>
        </w:rPr>
        <w:t>[Add it to your calendar]({calendar link})</w:t>
      </w:r>
    </w:p>
    <w:p>
      <w:pPr>
        <w:spacing w:after="100"/>
      </w:pPr>
      <w:r>
        <w:rPr>
          <w:rFonts w:ascii="Arial" w:hAnsi="Arial" w:cs="Arial" w:eastAsia="Arial"/>
          <w:b w:val="0"/>
          <w:i w:val="0"/>
          <w:color w:val="231A2E"/>
          <w:sz w:val="20"/>
        </w:rPr>
        <w:t>Can't come after all? Email [{email address}](mailto:{email address}) so we can give your place to someone else.</w:t>
      </w:r>
    </w:p>
    <w:p>
      <w:pPr>
        <w:spacing w:after="100"/>
      </w:pPr>
      <w:r>
        <w:rPr>
          <w:rFonts w:ascii="Arial" w:hAnsi="Arial" w:cs="Arial" w:eastAsia="Arial"/>
          <w:b w:val="0"/>
          <w:i w:val="0"/>
          <w:color w:val="231A2E"/>
          <w:sz w:val="20"/>
        </w:rPr>
        <w:t>See you there,</w:t>
      </w:r>
    </w:p>
    <w:p>
      <w:pPr>
        <w:spacing w:after="100"/>
      </w:pPr>
      <w:r>
        <w:rPr>
          <w:rFonts w:ascii="Arial" w:hAnsi="Arial" w:cs="Arial" w:eastAsia="Arial"/>
          <w:b w:val="0"/>
          <w:i w:val="0"/>
          <w:color w:val="231A2E"/>
          <w:sz w:val="20"/>
        </w:rPr>
        <w:t>{Your name}</w:t>
      </w:r>
    </w:p>
    <w:p>
      <w:pPr>
        <w:keepNext/>
        <w:spacing w:before="160" w:after="40"/>
      </w:pPr>
      <w:r>
        <w:rPr>
          <w:rFonts w:ascii="Arial" w:hAnsi="Arial" w:cs="Arial" w:eastAsia="Arial"/>
          <w:b/>
          <w:i w:val="0"/>
          <w:color w:val="231A2E"/>
          <w:sz w:val="22"/>
        </w:rPr>
        <w:t>Email 4. Application</w:t>
      </w:r>
    </w:p>
    <w:p>
      <w:pPr>
        <w:spacing w:after="100"/>
      </w:pPr>
      <w:r>
        <w:rPr>
          <w:rFonts w:ascii="Arial" w:hAnsi="Arial" w:cs="Arial" w:eastAsia="Arial"/>
          <w:b w:val="0"/>
          <w:i w:val="0"/>
          <w:color w:val="231A2E"/>
          <w:sz w:val="20"/>
        </w:rPr>
        <w:t>Subject: We received your application</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applying. We've received your application through **@Form title**.</w:t>
      </w:r>
    </w:p>
    <w:p>
      <w:pPr>
        <w:spacing w:after="100"/>
      </w:pPr>
      <w:r>
        <w:rPr>
          <w:rFonts w:ascii="Arial" w:hAnsi="Arial" w:cs="Arial" w:eastAsia="Arial"/>
          <w:b w:val="0"/>
          <w:i w:val="0"/>
          <w:color w:val="231A2E"/>
          <w:sz w:val="20"/>
        </w:rPr>
        <w:t>Your Submission ID is @Submission ID. Keep this email, and quote the ID if you write to us about your application.</w:t>
      </w:r>
    </w:p>
    <w:p>
      <w:pPr>
        <w:spacing w:after="100"/>
      </w:pPr>
      <w:r>
        <w:rPr>
          <w:rFonts w:ascii="Arial" w:hAnsi="Arial" w:cs="Arial" w:eastAsia="Arial"/>
          <w:b w:val="0"/>
          <w:i w:val="0"/>
          <w:color w:val="231A2E"/>
          <w:sz w:val="20"/>
        </w:rPr>
        <w:t>What happens next: we read every application by {date}, and we'll let you know either way by {date}.</w:t>
      </w:r>
    </w:p>
    <w:p>
      <w:pPr>
        <w:spacing w:after="100"/>
      </w:pPr>
      <w:r>
        <w:rPr>
          <w:rFonts w:ascii="Arial" w:hAnsi="Arial" w:cs="Arial" w:eastAsia="Arial"/>
          <w:b w:val="0"/>
          <w:i w:val="0"/>
          <w:color w:val="231A2E"/>
          <w:sz w:val="20"/>
        </w:rPr>
        <w:t>{Your name}, {organization name}</w:t>
      </w:r>
    </w:p>
    <w:p>
      <w:pPr>
        <w:keepNext/>
        <w:spacing w:before="160" w:after="40"/>
      </w:pPr>
      <w:r>
        <w:rPr>
          <w:rFonts w:ascii="Arial" w:hAnsi="Arial" w:cs="Arial" w:eastAsia="Arial"/>
          <w:b/>
          <w:i w:val="0"/>
          <w:color w:val="231A2E"/>
          <w:sz w:val="22"/>
        </w:rPr>
        <w:t>Email 5. Donation</w:t>
      </w:r>
    </w:p>
    <w:p>
      <w:pPr>
        <w:spacing w:after="100"/>
      </w:pPr>
      <w:r>
        <w:rPr>
          <w:rFonts w:ascii="Arial" w:hAnsi="Arial" w:cs="Arial" w:eastAsia="Arial"/>
          <w:b w:val="0"/>
          <w:i w:val="0"/>
          <w:color w:val="231A2E"/>
          <w:sz w:val="20"/>
        </w:rPr>
        <w:t>Subject: Thank you for your gift to {organization name}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 you for your gift. It helps us {one concrete thing your organization does}.</w:t>
      </w:r>
    </w:p>
    <w:p>
      <w:pPr>
        <w:spacing w:after="100"/>
      </w:pPr>
      <w:r>
        <w:rPr>
          <w:rFonts w:ascii="Arial" w:hAnsi="Arial" w:cs="Arial" w:eastAsia="Arial"/>
          <w:b w:val="0"/>
          <w:i w:val="0"/>
          <w:color w:val="231A2E"/>
          <w:sz w:val="20"/>
        </w:rPr>
        <w:t>We'll send a written acknowledgment for your records by {date}.</w:t>
      </w:r>
    </w:p>
    <w:p>
      <w:pPr>
        <w:spacing w:after="100"/>
      </w:pPr>
      <w:r>
        <w:rPr>
          <w:rFonts w:ascii="Arial" w:hAnsi="Arial" w:cs="Arial" w:eastAsia="Arial"/>
          <w:b w:val="0"/>
          <w:i w:val="0"/>
          <w:color w:val="231A2E"/>
          <w:sz w:val="20"/>
        </w:rPr>
        <w:t>[See what your gift does]({impact page link})</w:t>
      </w:r>
    </w:p>
    <w:p>
      <w:pPr>
        <w:spacing w:after="100"/>
      </w:pPr>
      <w:r>
        <w:rPr>
          <w:rFonts w:ascii="Arial" w:hAnsi="Arial" w:cs="Arial" w:eastAsia="Arial"/>
          <w:b w:val="0"/>
          <w:i w:val="0"/>
          <w:color w:val="231A2E"/>
          <w:sz w:val="20"/>
        </w:rPr>
        <w:t>With thanks,</w:t>
      </w:r>
    </w:p>
    <w:p>
      <w:pPr>
        <w:spacing w:after="100"/>
      </w:pPr>
      <w:r>
        <w:rPr>
          <w:rFonts w:ascii="Arial" w:hAnsi="Arial" w:cs="Arial" w:eastAsia="Arial"/>
          <w:b w:val="0"/>
          <w:i w:val="0"/>
          <w:color w:val="231A2E"/>
          <w:sz w:val="20"/>
        </w:rPr>
        <w:t>{Name}, {job title}</w:t>
      </w:r>
    </w:p>
    <w:p>
      <w:pPr>
        <w:keepNext/>
        <w:spacing w:before="160" w:after="40"/>
      </w:pPr>
      <w:r>
        <w:rPr>
          <w:rFonts w:ascii="Arial" w:hAnsi="Arial" w:cs="Arial" w:eastAsia="Arial"/>
          <w:b/>
          <w:i w:val="0"/>
          <w:color w:val="231A2E"/>
          <w:sz w:val="22"/>
        </w:rPr>
        <w:t>Email 6. Download or lead magnet</w:t>
      </w:r>
    </w:p>
    <w:p>
      <w:pPr>
        <w:spacing w:after="100"/>
      </w:pPr>
      <w:r>
        <w:rPr>
          <w:rFonts w:ascii="Arial" w:hAnsi="Arial" w:cs="Arial" w:eastAsia="Arial"/>
          <w:b w:val="0"/>
          <w:i w:val="0"/>
          <w:color w:val="231A2E"/>
          <w:sz w:val="20"/>
        </w:rPr>
        <w:t>Subject: Here's your {guide name}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asking for **{guide name}**. Here's your link:</w:t>
      </w:r>
    </w:p>
    <w:p>
      <w:pPr>
        <w:spacing w:after="100"/>
      </w:pPr>
      <w:r>
        <w:rPr>
          <w:rFonts w:ascii="Arial" w:hAnsi="Arial" w:cs="Arial" w:eastAsia="Arial"/>
          <w:b w:val="0"/>
          <w:i w:val="0"/>
          <w:color w:val="231A2E"/>
          <w:sz w:val="20"/>
        </w:rPr>
        <w:t>[Download {guide name}]({file link})</w:t>
      </w:r>
    </w:p>
    <w:p>
      <w:pPr>
        <w:spacing w:after="100"/>
      </w:pPr>
      <w:r>
        <w:rPr>
          <w:rFonts w:ascii="Arial" w:hAnsi="Arial" w:cs="Arial" w:eastAsia="Arial"/>
          <w:b w:val="0"/>
          <w:i w:val="0"/>
          <w:color w:val="231A2E"/>
          <w:sz w:val="20"/>
        </w:rPr>
        <w:t>Save this email so you can find the link later.</w:t>
      </w:r>
    </w:p>
    <w:p>
      <w:pPr>
        <w:spacing w:after="100"/>
      </w:pPr>
      <w:r>
        <w:rPr>
          <w:rFonts w:ascii="Arial" w:hAnsi="Arial" w:cs="Arial" w:eastAsia="Arial"/>
          <w:b w:val="0"/>
          <w:i w:val="0"/>
          <w:color w:val="231A2E"/>
          <w:sz w:val="20"/>
        </w:rPr>
        <w:t>{Your name}</w:t>
      </w:r>
    </w:p>
    <w:p>
      <w:pPr>
        <w:keepNext/>
        <w:spacing w:before="160" w:after="40"/>
      </w:pPr>
      <w:r>
        <w:rPr>
          <w:rFonts w:ascii="Arial" w:hAnsi="Arial" w:cs="Arial" w:eastAsia="Arial"/>
          <w:b/>
          <w:i w:val="0"/>
          <w:color w:val="231A2E"/>
          <w:sz w:val="22"/>
        </w:rPr>
        <w:t>Email 7. Survey</w:t>
      </w:r>
    </w:p>
    <w:p>
      <w:pPr>
        <w:spacing w:after="100"/>
      </w:pPr>
      <w:r>
        <w:rPr>
          <w:rFonts w:ascii="Arial" w:hAnsi="Arial" w:cs="Arial" w:eastAsia="Arial"/>
          <w:b w:val="0"/>
          <w:i w:val="0"/>
          <w:color w:val="231A2E"/>
          <w:sz w:val="20"/>
        </w:rPr>
        <w:t>Subject: Thanks for your feedback</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answering **@Form title**. We read every answer.</w:t>
      </w:r>
    </w:p>
    <w:p>
      <w:pPr>
        <w:spacing w:after="100"/>
      </w:pPr>
      <w:r>
        <w:rPr>
          <w:rFonts w:ascii="Arial" w:hAnsi="Arial" w:cs="Arial" w:eastAsia="Arial"/>
          <w:b w:val="0"/>
          <w:i w:val="0"/>
          <w:color w:val="231A2E"/>
          <w:sz w:val="20"/>
        </w:rPr>
        <w:t>Each month we pick one thing to fix. You can see what changed on [our updates page]({page link}).</w:t>
      </w:r>
    </w:p>
    <w:p>
      <w:pPr>
        <w:spacing w:after="100"/>
      </w:pPr>
      <w:r>
        <w:rPr>
          <w:rFonts w:ascii="Arial" w:hAnsi="Arial" w:cs="Arial" w:eastAsia="Arial"/>
          <w:b w:val="0"/>
          <w:i w:val="0"/>
          <w:color w:val="231A2E"/>
          <w:sz w:val="20"/>
        </w:rPr>
        <w:t>{Your name}, {business name}</w:t>
      </w:r>
    </w:p>
    <w:p>
      <w:pPr>
        <w:keepNext/>
        <w:spacing w:before="160" w:after="40"/>
      </w:pPr>
      <w:r>
        <w:rPr>
          <w:rFonts w:ascii="Arial" w:hAnsi="Arial" w:cs="Arial" w:eastAsia="Arial"/>
          <w:b/>
          <w:i w:val="0"/>
          <w:color w:val="231A2E"/>
          <w:sz w:val="22"/>
        </w:rPr>
        <w:t>Email 8. RSVP</w:t>
      </w:r>
    </w:p>
    <w:p>
      <w:pPr>
        <w:spacing w:after="100"/>
      </w:pPr>
      <w:r>
        <w:rPr>
          <w:rFonts w:ascii="Arial" w:hAnsi="Arial" w:cs="Arial" w:eastAsia="Arial"/>
          <w:b w:val="0"/>
          <w:i w:val="0"/>
          <w:color w:val="231A2E"/>
          <w:sz w:val="20"/>
        </w:rPr>
        <w:t>Subject: Your RSVP for {event name}</w:t>
      </w:r>
    </w:p>
    <w:p>
      <w:pPr>
        <w:spacing w:after="100"/>
      </w:pPr>
      <w:r>
        <w:rPr>
          <w:rFonts w:ascii="Arial" w:hAnsi="Arial" w:cs="Arial" w:eastAsia="Arial"/>
          <w:b w:val="0"/>
          <w:i w:val="0"/>
          <w:color w:val="231A2E"/>
          <w:sz w:val="20"/>
        </w:rPr>
        <w:t>Hi there,</w:t>
      </w:r>
    </w:p>
    <w:p>
      <w:pPr>
        <w:spacing w:after="100"/>
      </w:pPr>
      <w:r>
        <w:rPr>
          <w:rFonts w:ascii="Arial" w:hAnsi="Arial" w:cs="Arial" w:eastAsia="Arial"/>
          <w:b w:val="0"/>
          <w:i w:val="0"/>
          <w:color w:val="231A2E"/>
          <w:sz w:val="20"/>
        </w:rPr>
        <w:t>Thanks for your RSVP. Here are the details to keep:</w:t>
      </w:r>
    </w:p>
    <w:p>
      <w:pPr>
        <w:spacing w:after="100"/>
      </w:pPr>
      <w:r>
        <w:rPr>
          <w:rFonts w:ascii="Arial" w:hAnsi="Arial" w:cs="Arial" w:eastAsia="Arial"/>
          <w:b w:val="0"/>
          <w:i w:val="0"/>
          <w:color w:val="231A2E"/>
          <w:sz w:val="20"/>
        </w:rPr>
        <w:t>**{Event name}**</w:t>
      </w:r>
    </w:p>
    <w:p>
      <w:pPr>
        <w:spacing w:after="100"/>
      </w:pPr>
      <w:r>
        <w:rPr>
          <w:rFonts w:ascii="Arial" w:hAnsi="Arial" w:cs="Arial" w:eastAsia="Arial"/>
          <w:b w:val="0"/>
          <w:i w:val="0"/>
          <w:color w:val="231A2E"/>
          <w:sz w:val="20"/>
        </w:rPr>
        <w:t>{Date}, {time}</w:t>
      </w:r>
    </w:p>
    <w:p>
      <w:pPr>
        <w:spacing w:after="100"/>
      </w:pPr>
      <w:r>
        <w:rPr>
          <w:rFonts w:ascii="Arial" w:hAnsi="Arial" w:cs="Arial" w:eastAsia="Arial"/>
          <w:b w:val="0"/>
          <w:i w:val="0"/>
          <w:color w:val="231A2E"/>
          <w:sz w:val="20"/>
        </w:rPr>
        <w:t>{Address}. [Get directions]({map link})</w:t>
      </w:r>
    </w:p>
    <w:p>
      <w:pPr>
        <w:spacing w:after="100"/>
      </w:pPr>
      <w:r>
        <w:rPr>
          <w:rFonts w:ascii="Arial" w:hAnsi="Arial" w:cs="Arial" w:eastAsia="Arial"/>
          <w:b w:val="0"/>
          <w:i w:val="0"/>
          <w:color w:val="231A2E"/>
          <w:sz w:val="20"/>
        </w:rPr>
        <w:t>If your plans change, email [{email address}](mailto:{email address}).</w:t>
      </w:r>
    </w:p>
    <w:p>
      <w:pPr>
        <w:spacing w:after="100"/>
      </w:pPr>
      <w:r>
        <w:rPr>
          <w:rFonts w:ascii="Arial" w:hAnsi="Arial" w:cs="Arial" w:eastAsia="Arial"/>
          <w:b w:val="0"/>
          <w:i w:val="0"/>
          <w:color w:val="231A2E"/>
          <w:sz w:val="20"/>
        </w:rPr>
        <w:t>{Your name}</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https://hornetforms.com/blog/thank-you-page-examples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Thank you page and confirmation email swipe file</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