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cs="Arial" w:eastAsia="Arial"/>
          <w:b/>
          <w:i w:val="0"/>
          <w:color w:val="231A2E"/>
          <w:sz w:val="44"/>
        </w:rPr>
        <w:t>Testimonial request scripts</w:t>
      </w:r>
    </w:p>
    <w:p>
      <w:pPr>
        <w:spacing w:after="200"/>
      </w:pPr>
      <w:r>
        <w:rPr>
          <w:rFonts w:ascii="Arial" w:hAnsi="Arial" w:cs="Arial" w:eastAsia="Arial"/>
          <w:b w:val="0"/>
          <w:i w:val="0"/>
          <w:color w:val="5E5468"/>
          <w:sz w:val="22"/>
        </w:rPr>
        <w:t>Six messages to copy, five questions to ask and a permission line. Swap the [brackets] for your details.</w:t>
      </w:r>
    </w:p>
    <w:p>
      <w:pPr>
        <w:keepNext/>
        <w:spacing w:after="20"/>
      </w:pPr>
      <w:r>
        <w:rPr>
          <w:rFonts w:ascii="Arial" w:hAnsi="Arial" w:cs="Arial" w:eastAsia="Arial"/>
          <w:b/>
          <w:i w:val="0"/>
          <w:color w:val="231A2E"/>
          <w:sz w:val="20"/>
        </w:rPr>
        <w:t>Client</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Project</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after="20"/>
      </w:pPr>
      <w:r>
        <w:rPr>
          <w:rFonts w:ascii="Arial" w:hAnsi="Arial" w:cs="Arial" w:eastAsia="Arial"/>
          <w:b/>
          <w:i w:val="0"/>
          <w:color w:val="231A2E"/>
          <w:sz w:val="20"/>
        </w:rPr>
        <w:t>Link to your testimonial form</w:t>
      </w:r>
    </w:p>
    <w:p>
      <w:pPr>
        <w:spacing w:after="20"/>
      </w:pPr>
      <w:r>
        <w:rPr>
          <w:rFonts w:ascii="Arial" w:hAnsi="Arial" w:cs="Arial" w:eastAsia="Arial"/>
          <w:b w:val="0"/>
          <w:i w:val="0"/>
          <w:color w:val="5E5468"/>
          <w:sz w:val="20"/>
        </w:rPr>
        <w:t>______________________________________________________________________________________</w:t>
      </w:r>
    </w:p>
    <w:p>
      <w:pPr>
        <w:keepNext/>
        <w:spacing w:before="240" w:after="80"/>
      </w:pPr>
      <w:r>
        <w:rPr>
          <w:rFonts w:ascii="Arial" w:hAnsi="Arial" w:cs="Arial" w:eastAsia="Arial"/>
          <w:b/>
          <w:i w:val="0"/>
          <w:color w:val="231A2E"/>
          <w:sz w:val="28"/>
        </w:rPr>
        <w:t>Before you send anything</w:t>
      </w:r>
    </w:p>
    <w:p>
      <w:pPr>
        <w:pStyle w:val="ListBullet"/>
        <w:spacing w:after="40"/>
      </w:pPr>
      <w:r>
        <w:rPr>
          <w:rFonts w:ascii="Arial" w:hAnsi="Arial" w:cs="Arial" w:eastAsia="Arial"/>
          <w:b w:val="0"/>
          <w:i w:val="0"/>
          <w:color w:val="231A2E"/>
          <w:sz w:val="20"/>
        </w:rPr>
        <w:t>Ask soon after a win: the handover, a launch, a result, or the moment they thank you.</w:t>
      </w:r>
    </w:p>
    <w:p>
      <w:pPr>
        <w:pStyle w:val="ListBullet"/>
        <w:spacing w:after="40"/>
      </w:pPr>
      <w:r>
        <w:rPr>
          <w:rFonts w:ascii="Arial" w:hAnsi="Arial" w:cs="Arial" w:eastAsia="Arial"/>
          <w:b w:val="0"/>
          <w:i w:val="0"/>
          <w:color w:val="231A2E"/>
          <w:sz w:val="20"/>
        </w:rPr>
        <w:t>Ask one person at a time, by name. Mention the project.</w:t>
      </w:r>
    </w:p>
    <w:p>
      <w:pPr>
        <w:pStyle w:val="ListBullet"/>
        <w:spacing w:after="40"/>
      </w:pPr>
      <w:r>
        <w:rPr>
          <w:rFonts w:ascii="Arial" w:hAnsi="Arial" w:cs="Arial" w:eastAsia="Arial"/>
          <w:b w:val="0"/>
          <w:i w:val="0"/>
          <w:color w:val="231A2E"/>
          <w:sz w:val="20"/>
        </w:rPr>
        <w:t>Send a link to a short form, not a blank page. Five questions beat "could you write something?"</w:t>
      </w:r>
    </w:p>
    <w:p>
      <w:pPr>
        <w:pStyle w:val="ListBullet"/>
        <w:spacing w:after="40"/>
      </w:pPr>
      <w:r>
        <w:rPr>
          <w:rFonts w:ascii="Arial" w:hAnsi="Arial" w:cs="Arial" w:eastAsia="Arial"/>
          <w:b w:val="0"/>
          <w:i w:val="0"/>
          <w:color w:val="231A2E"/>
          <w:sz w:val="20"/>
        </w:rPr>
        <w:t>Let them choose how you credit them, and ask before you publish anywhere new.</w:t>
      </w:r>
    </w:p>
    <w:p>
      <w:pPr>
        <w:pStyle w:val="ListBullet"/>
        <w:spacing w:after="40"/>
      </w:pPr>
      <w:r>
        <w:rPr>
          <w:rFonts w:ascii="Arial" w:hAnsi="Arial" w:cs="Arial" w:eastAsia="Arial"/>
          <w:b w:val="0"/>
          <w:i w:val="0"/>
          <w:color w:val="231A2E"/>
          <w:sz w:val="20"/>
        </w:rPr>
        <w:t>Follow up once. Then let it go.</w:t>
      </w:r>
    </w:p>
    <w:p>
      <w:pPr>
        <w:keepNext/>
        <w:spacing w:before="240" w:after="80"/>
      </w:pPr>
      <w:r>
        <w:rPr>
          <w:rFonts w:ascii="Arial" w:hAnsi="Arial" w:cs="Arial" w:eastAsia="Arial"/>
          <w:b/>
          <w:i w:val="0"/>
          <w:color w:val="231A2E"/>
          <w:sz w:val="28"/>
        </w:rPr>
        <w:t>Six messages to copy</w:t>
      </w:r>
    </w:p>
    <w:p>
      <w:pPr>
        <w:keepNext/>
        <w:spacing w:before="160" w:after="40"/>
      </w:pPr>
      <w:r>
        <w:rPr>
          <w:rFonts w:ascii="Arial" w:hAnsi="Arial" w:cs="Arial" w:eastAsia="Arial"/>
          <w:b/>
          <w:i w:val="0"/>
          <w:color w:val="231A2E"/>
          <w:sz w:val="22"/>
        </w:rPr>
        <w:t>1. When a client says something nice</w:t>
      </w:r>
    </w:p>
    <w:p>
      <w:pPr>
        <w:spacing w:after="100"/>
      </w:pPr>
      <w:r>
        <w:rPr>
          <w:rFonts w:ascii="Arial" w:hAnsi="Arial" w:cs="Arial" w:eastAsia="Arial"/>
          <w:b w:val="0"/>
          <w:i/>
          <w:color w:val="5E5468"/>
          <w:sz w:val="17"/>
        </w:rPr>
        <w:t>Reply in the same chat or email, the same day.</w:t>
      </w:r>
    </w:p>
    <w:p>
      <w:pPr>
        <w:spacing w:after="100"/>
      </w:pPr>
      <w:r>
        <w:rPr>
          <w:rFonts w:ascii="Arial" w:hAnsi="Arial" w:cs="Arial" w:eastAsia="Arial"/>
          <w:b w:val="0"/>
          <w:i w:val="0"/>
          <w:color w:val="231A2E"/>
          <w:sz w:val="20"/>
        </w:rPr>
        <w:t>Thank you, that made my day! Would you mind if I shared what you just said on my website? Here's a short form where you can tweak the wording and tell me how you'd like me to credit you: [link]</w:t>
      </w:r>
    </w:p>
    <w:p>
      <w:pPr>
        <w:keepNext/>
        <w:spacing w:before="160" w:after="40"/>
      </w:pPr>
      <w:r>
        <w:rPr>
          <w:rFonts w:ascii="Arial" w:hAnsi="Arial" w:cs="Arial" w:eastAsia="Arial"/>
          <w:b/>
          <w:i w:val="0"/>
          <w:color w:val="231A2E"/>
          <w:sz w:val="22"/>
        </w:rPr>
        <w:t>2. The project wrap-up email</w:t>
      </w:r>
    </w:p>
    <w:p>
      <w:pPr>
        <w:spacing w:after="100"/>
      </w:pPr>
      <w:r>
        <w:rPr>
          <w:rFonts w:ascii="Arial" w:hAnsi="Arial" w:cs="Arial" w:eastAsia="Arial"/>
          <w:b w:val="0"/>
          <w:i/>
          <w:color w:val="5E5468"/>
          <w:sz w:val="17"/>
        </w:rPr>
        <w:t>Send it within a week of handing over the work.</w:t>
      </w:r>
    </w:p>
    <w:p>
      <w:pPr>
        <w:spacing w:after="100"/>
      </w:pPr>
      <w:r>
        <w:rPr>
          <w:rFonts w:ascii="Arial" w:hAnsi="Arial" w:cs="Arial" w:eastAsia="Arial"/>
          <w:b w:val="0"/>
          <w:i w:val="0"/>
          <w:color w:val="231A2E"/>
          <w:sz w:val="20"/>
        </w:rPr>
        <w:t>Subject: A quick favour, [first name]?</w:t>
      </w:r>
    </w:p>
    <w:p>
      <w:pPr>
        <w:spacing w:after="100"/>
      </w:pPr>
      <w:r>
        <w:rPr>
          <w:rFonts w:ascii="Arial" w:hAnsi="Arial" w:cs="Arial" w:eastAsia="Arial"/>
          <w:b w:val="0"/>
          <w:i w:val="0"/>
          <w:color w:val="231A2E"/>
          <w:sz w:val="20"/>
        </w:rPr>
        <w:t>Hi [first name],</w:t>
      </w:r>
    </w:p>
    <w:p>
      <w:pPr>
        <w:spacing w:after="100"/>
      </w:pPr>
      <w:r>
        <w:rPr>
          <w:rFonts w:ascii="Arial" w:hAnsi="Arial" w:cs="Arial" w:eastAsia="Arial"/>
          <w:b w:val="0"/>
          <w:i w:val="0"/>
          <w:color w:val="231A2E"/>
          <w:sz w:val="20"/>
        </w:rPr>
        <w:t>Thanks again for trusting me with [project]. Seeing [result] go live was a highlight of my month.</w:t>
      </w:r>
    </w:p>
    <w:p>
      <w:pPr>
        <w:spacing w:after="100"/>
      </w:pPr>
      <w:r>
        <w:rPr>
          <w:rFonts w:ascii="Arial" w:hAnsi="Arial" w:cs="Arial" w:eastAsia="Arial"/>
          <w:b w:val="0"/>
          <w:i w:val="0"/>
          <w:color w:val="231A2E"/>
          <w:sz w:val="20"/>
        </w:rPr>
        <w:t>Would you share a few words about working together? It's five short questions: [link]</w:t>
      </w:r>
    </w:p>
    <w:p>
      <w:pPr>
        <w:spacing w:after="100"/>
      </w:pPr>
      <w:r>
        <w:rPr>
          <w:rFonts w:ascii="Arial" w:hAnsi="Arial" w:cs="Arial" w:eastAsia="Arial"/>
          <w:b w:val="0"/>
          <w:i w:val="0"/>
          <w:color w:val="231A2E"/>
          <w:sz w:val="20"/>
        </w:rPr>
        <w:t>You choose how I credit you, from your full name and company to no name at all. I'll send you a link once it's up.</w:t>
      </w:r>
    </w:p>
    <w:p>
      <w:pPr>
        <w:spacing w:after="100"/>
      </w:pPr>
      <w:r>
        <w:rPr>
          <w:rFonts w:ascii="Arial" w:hAnsi="Arial" w:cs="Arial" w:eastAsia="Arial"/>
          <w:b w:val="0"/>
          <w:i w:val="0"/>
          <w:color w:val="231A2E"/>
          <w:sz w:val="20"/>
        </w:rPr>
        <w:t>No pressure if this is a busy week.</w:t>
      </w:r>
    </w:p>
    <w:p>
      <w:pPr>
        <w:spacing w:after="100"/>
      </w:pPr>
      <w:r>
        <w:rPr>
          <w:rFonts w:ascii="Arial" w:hAnsi="Arial" w:cs="Arial" w:eastAsia="Arial"/>
          <w:b w:val="0"/>
          <w:i w:val="0"/>
          <w:color w:val="231A2E"/>
          <w:sz w:val="20"/>
        </w:rPr>
        <w:t>[Your name]</w:t>
      </w:r>
    </w:p>
    <w:p>
      <w:pPr>
        <w:keepNext/>
        <w:spacing w:before="160" w:after="40"/>
      </w:pPr>
      <w:r>
        <w:rPr>
          <w:rFonts w:ascii="Arial" w:hAnsi="Arial" w:cs="Arial" w:eastAsia="Arial"/>
          <w:b/>
          <w:i w:val="0"/>
          <w:color w:val="231A2E"/>
          <w:sz w:val="22"/>
        </w:rPr>
        <w:t>3. The short email for a regular client</w:t>
      </w:r>
    </w:p>
    <w:p>
      <w:pPr>
        <w:spacing w:after="100"/>
      </w:pPr>
      <w:r>
        <w:rPr>
          <w:rFonts w:ascii="Arial" w:hAnsi="Arial" w:cs="Arial" w:eastAsia="Arial"/>
          <w:b w:val="0"/>
          <w:i/>
          <w:color w:val="5E5468"/>
          <w:sz w:val="17"/>
        </w:rPr>
        <w:t>For people you've worked with more than once.</w:t>
      </w:r>
    </w:p>
    <w:p>
      <w:pPr>
        <w:spacing w:after="100"/>
      </w:pPr>
      <w:r>
        <w:rPr>
          <w:rFonts w:ascii="Arial" w:hAnsi="Arial" w:cs="Arial" w:eastAsia="Arial"/>
          <w:b w:val="0"/>
          <w:i w:val="0"/>
          <w:color w:val="231A2E"/>
          <w:sz w:val="20"/>
        </w:rPr>
        <w:t>Subject: Five quick questions?</w:t>
      </w:r>
    </w:p>
    <w:p>
      <w:pPr>
        <w:spacing w:after="100"/>
      </w:pPr>
      <w:r>
        <w:rPr>
          <w:rFonts w:ascii="Arial" w:hAnsi="Arial" w:cs="Arial" w:eastAsia="Arial"/>
          <w:b w:val="0"/>
          <w:i w:val="0"/>
          <w:color w:val="231A2E"/>
          <w:sz w:val="20"/>
        </w:rPr>
        <w:t>Hi [first name], we've done [number] projects together now, and I'd love to put your words on my website. Five quick questions here: [link]. Thank you! [Your name]</w:t>
      </w:r>
    </w:p>
    <w:p>
      <w:pPr>
        <w:keepNext/>
        <w:spacing w:before="160" w:after="40"/>
      </w:pPr>
      <w:r>
        <w:rPr>
          <w:rFonts w:ascii="Arial" w:hAnsi="Arial" w:cs="Arial" w:eastAsia="Arial"/>
          <w:b/>
          <w:i w:val="0"/>
          <w:color w:val="231A2E"/>
          <w:sz w:val="22"/>
        </w:rPr>
        <w:t>4. The text message</w:t>
      </w:r>
    </w:p>
    <w:p>
      <w:pPr>
        <w:spacing w:after="100"/>
      </w:pPr>
      <w:r>
        <w:rPr>
          <w:rFonts w:ascii="Arial" w:hAnsi="Arial" w:cs="Arial" w:eastAsia="Arial"/>
          <w:b w:val="0"/>
          <w:i/>
          <w:color w:val="5E5468"/>
          <w:sz w:val="17"/>
        </w:rPr>
        <w:t>Only for clients who already text with you.</w:t>
      </w:r>
    </w:p>
    <w:p>
      <w:pPr>
        <w:spacing w:after="100"/>
      </w:pPr>
      <w:r>
        <w:rPr>
          <w:rFonts w:ascii="Arial" w:hAnsi="Arial" w:cs="Arial" w:eastAsia="Arial"/>
          <w:b w:val="0"/>
          <w:i w:val="0"/>
          <w:color w:val="231A2E"/>
          <w:sz w:val="20"/>
        </w:rPr>
        <w:t>Hi [first name], it's [your name]. So glad [project] went well! Could you answer five quick questions for a testimonial? It takes a few minutes: [link]</w:t>
      </w:r>
    </w:p>
    <w:p>
      <w:pPr>
        <w:keepNext/>
        <w:spacing w:before="160" w:after="40"/>
      </w:pPr>
      <w:r>
        <w:rPr>
          <w:rFonts w:ascii="Arial" w:hAnsi="Arial" w:cs="Arial" w:eastAsia="Arial"/>
          <w:b/>
          <w:i w:val="0"/>
          <w:color w:val="231A2E"/>
          <w:sz w:val="22"/>
        </w:rPr>
        <w:t>5. The LinkedIn message</w:t>
      </w:r>
    </w:p>
    <w:p>
      <w:pPr>
        <w:spacing w:after="100"/>
      </w:pPr>
      <w:r>
        <w:rPr>
          <w:rFonts w:ascii="Arial" w:hAnsi="Arial" w:cs="Arial" w:eastAsia="Arial"/>
          <w:b w:val="0"/>
          <w:i/>
          <w:color w:val="5E5468"/>
          <w:sz w:val="17"/>
        </w:rPr>
        <w:t>Good for B2B clients who live on LinkedIn.</w:t>
      </w:r>
    </w:p>
    <w:p>
      <w:pPr>
        <w:spacing w:after="100"/>
      </w:pPr>
      <w:r>
        <w:rPr>
          <w:rFonts w:ascii="Arial" w:hAnsi="Arial" w:cs="Arial" w:eastAsia="Arial"/>
          <w:b w:val="0"/>
          <w:i w:val="0"/>
          <w:color w:val="231A2E"/>
          <w:sz w:val="20"/>
        </w:rPr>
        <w:t>Hi [first name], thanks again for [project]. I'm collecting a few client stories for my website. Would you answer five short questions? [link] If you'd rather write a LinkedIn recommendation, that would be lovely too.</w:t>
      </w:r>
    </w:p>
    <w:p>
      <w:pPr>
        <w:keepNext/>
        <w:spacing w:before="160" w:after="40"/>
      </w:pPr>
      <w:r>
        <w:rPr>
          <w:rFonts w:ascii="Arial" w:hAnsi="Arial" w:cs="Arial" w:eastAsia="Arial"/>
          <w:b/>
          <w:i w:val="0"/>
          <w:color w:val="231A2E"/>
          <w:sz w:val="22"/>
        </w:rPr>
        <w:t>6. The one follow-up</w:t>
      </w:r>
    </w:p>
    <w:p>
      <w:pPr>
        <w:spacing w:after="100"/>
      </w:pPr>
      <w:r>
        <w:rPr>
          <w:rFonts w:ascii="Arial" w:hAnsi="Arial" w:cs="Arial" w:eastAsia="Arial"/>
          <w:b w:val="0"/>
          <w:i/>
          <w:color w:val="5E5468"/>
          <w:sz w:val="17"/>
        </w:rPr>
        <w:t>About a week later, in the same thread. Then stop.</w:t>
      </w:r>
    </w:p>
    <w:p>
      <w:pPr>
        <w:spacing w:after="100"/>
      </w:pPr>
      <w:r>
        <w:rPr>
          <w:rFonts w:ascii="Arial" w:hAnsi="Arial" w:cs="Arial" w:eastAsia="Arial"/>
          <w:b w:val="0"/>
          <w:i w:val="0"/>
          <w:color w:val="231A2E"/>
          <w:sz w:val="20"/>
        </w:rPr>
        <w:t>Subject: Re: A quick favour, [first name]?</w:t>
      </w:r>
    </w:p>
    <w:p>
      <w:pPr>
        <w:spacing w:after="100"/>
      </w:pPr>
      <w:r>
        <w:rPr>
          <w:rFonts w:ascii="Arial" w:hAnsi="Arial" w:cs="Arial" w:eastAsia="Arial"/>
          <w:b w:val="0"/>
          <w:i w:val="0"/>
          <w:color w:val="231A2E"/>
          <w:sz w:val="20"/>
        </w:rPr>
        <w:t>Hi [first name], just floating this back up in case it got buried. If you have a few minutes this week, here's the link: [link]</w:t>
      </w:r>
    </w:p>
    <w:p>
      <w:pPr>
        <w:spacing w:after="100"/>
      </w:pPr>
      <w:r>
        <w:rPr>
          <w:rFonts w:ascii="Arial" w:hAnsi="Arial" w:cs="Arial" w:eastAsia="Arial"/>
          <w:b w:val="0"/>
          <w:i w:val="0"/>
          <w:color w:val="231A2E"/>
          <w:sz w:val="20"/>
        </w:rPr>
        <w:t>If now's not a good time, no worries at all. Thanks again for a great project.</w:t>
      </w:r>
    </w:p>
    <w:p>
      <w:pPr>
        <w:keepNext/>
        <w:spacing w:before="240" w:after="80"/>
      </w:pPr>
      <w:r>
        <w:rPr>
          <w:rFonts w:ascii="Arial" w:hAnsi="Arial" w:cs="Arial" w:eastAsia="Arial"/>
          <w:b/>
          <w:i w:val="0"/>
          <w:color w:val="231A2E"/>
          <w:sz w:val="28"/>
        </w:rPr>
        <w:t>Five testimonial questions for clients</w:t>
      </w:r>
    </w:p>
    <w:p>
      <w:pPr>
        <w:spacing w:after="100"/>
      </w:pPr>
      <w:r>
        <w:rPr>
          <w:rFonts w:ascii="Arial" w:hAnsi="Arial" w:cs="Arial" w:eastAsia="Arial"/>
          <w:b w:val="0"/>
          <w:i w:val="0"/>
          <w:color w:val="231A2E"/>
          <w:sz w:val="20"/>
        </w:rPr>
        <w:t>Put these in your form. Short, open questions get quotes you can use without a rewrite.</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4968"/>
        <w:gridCol w:w="4968"/>
      </w:tblGrid>
      <w:tr>
        <w:tc>
          <w:tcPr>
            <w:tcW w:type="dxa" w:w="5962"/>
            <w:shd w:val="clear" w:color="auto" w:fill="231A2E"/>
          </w:tcPr>
          <w:p>
            <w:r/>
            <w:r>
              <w:rPr>
                <w:rFonts w:ascii="Arial" w:hAnsi="Arial" w:cs="Arial" w:eastAsia="Arial"/>
                <w:b/>
                <w:i w:val="0"/>
                <w:color w:val="FBF5E9"/>
                <w:sz w:val="18"/>
              </w:rPr>
              <w:t>Question</w:t>
            </w:r>
          </w:p>
        </w:tc>
        <w:tc>
          <w:tcPr>
            <w:tcW w:type="dxa" w:w="3974"/>
            <w:shd w:val="clear" w:color="auto" w:fill="231A2E"/>
          </w:tcPr>
          <w:p>
            <w:r/>
            <w:r>
              <w:rPr>
                <w:rFonts w:ascii="Arial" w:hAnsi="Arial" w:cs="Arial" w:eastAsia="Arial"/>
                <w:b/>
                <w:i w:val="0"/>
                <w:color w:val="FBF5E9"/>
                <w:sz w:val="18"/>
              </w:rPr>
              <w:t>What it gets you</w:t>
            </w:r>
          </w:p>
        </w:tc>
      </w:tr>
      <w:tr>
        <w:trPr>
          <w:trHeight w:val="480"/>
        </w:trPr>
        <w:tc>
          <w:tcPr>
            <w:tcW w:type="dxa" w:w="5962"/>
          </w:tcPr>
          <w:p>
            <w:r/>
            <w:r>
              <w:rPr>
                <w:rFonts w:ascii="Arial" w:hAnsi="Arial" w:cs="Arial" w:eastAsia="Arial"/>
                <w:b w:val="0"/>
                <w:i w:val="0"/>
                <w:color w:val="231A2E"/>
                <w:sz w:val="18"/>
              </w:rPr>
              <w:t>What was going on before we started working together?</w:t>
            </w:r>
          </w:p>
        </w:tc>
        <w:tc>
          <w:tcPr>
            <w:tcW w:type="dxa" w:w="3974"/>
          </w:tcPr>
          <w:p>
            <w:r/>
            <w:r>
              <w:rPr>
                <w:rFonts w:ascii="Arial" w:hAnsi="Arial" w:cs="Arial" w:eastAsia="Arial"/>
                <w:b w:val="0"/>
                <w:i w:val="0"/>
                <w:color w:val="231A2E"/>
                <w:sz w:val="18"/>
              </w:rPr>
              <w:t>The before: the problem in their words</w:t>
            </w:r>
          </w:p>
        </w:tc>
      </w:tr>
      <w:tr>
        <w:trPr>
          <w:trHeight w:val="480"/>
        </w:trPr>
        <w:tc>
          <w:tcPr>
            <w:tcW w:type="dxa" w:w="5962"/>
          </w:tcPr>
          <w:p>
            <w:r/>
            <w:r>
              <w:rPr>
                <w:rFonts w:ascii="Arial" w:hAnsi="Arial" w:cs="Arial" w:eastAsia="Arial"/>
                <w:b w:val="0"/>
                <w:i w:val="0"/>
                <w:color w:val="231A2E"/>
                <w:sz w:val="18"/>
              </w:rPr>
              <w:t>What did we work on?</w:t>
            </w:r>
          </w:p>
        </w:tc>
        <w:tc>
          <w:tcPr>
            <w:tcW w:type="dxa" w:w="3974"/>
          </w:tcPr>
          <w:p>
            <w:r/>
            <w:r>
              <w:rPr>
                <w:rFonts w:ascii="Arial" w:hAnsi="Arial" w:cs="Arial" w:eastAsia="Arial"/>
                <w:b w:val="0"/>
                <w:i w:val="0"/>
                <w:color w:val="231A2E"/>
                <w:sz w:val="18"/>
              </w:rPr>
              <w:t>Context, so a stranger understands the quote</w:t>
            </w:r>
          </w:p>
        </w:tc>
      </w:tr>
      <w:tr>
        <w:trPr>
          <w:trHeight w:val="480"/>
        </w:trPr>
        <w:tc>
          <w:tcPr>
            <w:tcW w:type="dxa" w:w="5962"/>
          </w:tcPr>
          <w:p>
            <w:r/>
            <w:r>
              <w:rPr>
                <w:rFonts w:ascii="Arial" w:hAnsi="Arial" w:cs="Arial" w:eastAsia="Arial"/>
                <w:b w:val="0"/>
                <w:i w:val="0"/>
                <w:color w:val="231A2E"/>
                <w:sz w:val="18"/>
              </w:rPr>
              <w:t>What changed afterwards? A number helps, if you have one.</w:t>
            </w:r>
          </w:p>
        </w:tc>
        <w:tc>
          <w:tcPr>
            <w:tcW w:type="dxa" w:w="3974"/>
          </w:tcPr>
          <w:p>
            <w:r/>
            <w:r>
              <w:rPr>
                <w:rFonts w:ascii="Arial" w:hAnsi="Arial" w:cs="Arial" w:eastAsia="Arial"/>
                <w:b w:val="0"/>
                <w:i w:val="0"/>
                <w:color w:val="231A2E"/>
                <w:sz w:val="18"/>
              </w:rPr>
              <w:t>The after: a result people can picture</w:t>
            </w:r>
          </w:p>
        </w:tc>
      </w:tr>
      <w:tr>
        <w:trPr>
          <w:trHeight w:val="480"/>
        </w:trPr>
        <w:tc>
          <w:tcPr>
            <w:tcW w:type="dxa" w:w="5962"/>
          </w:tcPr>
          <w:p>
            <w:r/>
            <w:r>
              <w:rPr>
                <w:rFonts w:ascii="Arial" w:hAnsi="Arial" w:cs="Arial" w:eastAsia="Arial"/>
                <w:b w:val="0"/>
                <w:i w:val="0"/>
                <w:color w:val="231A2E"/>
                <w:sz w:val="18"/>
              </w:rPr>
              <w:t>What would you tell someone thinking about working with us?</w:t>
            </w:r>
          </w:p>
        </w:tc>
        <w:tc>
          <w:tcPr>
            <w:tcW w:type="dxa" w:w="3974"/>
          </w:tcPr>
          <w:p>
            <w:r/>
            <w:r>
              <w:rPr>
                <w:rFonts w:ascii="Arial" w:hAnsi="Arial" w:cs="Arial" w:eastAsia="Arial"/>
                <w:b w:val="0"/>
                <w:i w:val="0"/>
                <w:color w:val="231A2E"/>
                <w:sz w:val="18"/>
              </w:rPr>
              <w:t>The quote itself, aimed at your next client</w:t>
            </w:r>
          </w:p>
        </w:tc>
      </w:tr>
      <w:tr>
        <w:trPr>
          <w:trHeight w:val="480"/>
        </w:trPr>
        <w:tc>
          <w:tcPr>
            <w:tcW w:type="dxa" w:w="5962"/>
          </w:tcPr>
          <w:p>
            <w:r/>
            <w:r>
              <w:rPr>
                <w:rFonts w:ascii="Arial" w:hAnsi="Arial" w:cs="Arial" w:eastAsia="Arial"/>
                <w:b w:val="0"/>
                <w:i w:val="0"/>
                <w:color w:val="231A2E"/>
                <w:sz w:val="18"/>
              </w:rPr>
              <w:t>What could we have done better?</w:t>
            </w:r>
          </w:p>
        </w:tc>
        <w:tc>
          <w:tcPr>
            <w:tcW w:type="dxa" w:w="3974"/>
          </w:tcPr>
          <w:p>
            <w:r/>
            <w:r>
              <w:rPr>
                <w:rFonts w:ascii="Arial" w:hAnsi="Arial" w:cs="Arial" w:eastAsia="Arial"/>
                <w:b w:val="0"/>
                <w:i w:val="0"/>
                <w:color w:val="231A2E"/>
                <w:sz w:val="18"/>
              </w:rPr>
              <w:t>Feedback for you, not for publishing</w:t>
            </w:r>
          </w:p>
        </w:tc>
      </w:tr>
    </w:tbl>
    <w:p>
      <w:pPr>
        <w:spacing w:after="40"/>
      </w:pPr>
    </w:p>
    <w:p>
      <w:pPr>
        <w:keepNext/>
        <w:spacing w:before="240" w:after="80"/>
      </w:pPr>
      <w:r>
        <w:rPr>
          <w:rFonts w:ascii="Arial" w:hAnsi="Arial" w:cs="Arial" w:eastAsia="Arial"/>
          <w:b/>
          <w:i w:val="0"/>
          <w:color w:val="231A2E"/>
          <w:sz w:val="28"/>
        </w:rPr>
        <w:t>The permission line</w:t>
      </w:r>
    </w:p>
    <w:p>
      <w:pPr>
        <w:spacing w:after="100"/>
      </w:pPr>
      <w:r>
        <w:rPr>
          <w:rFonts w:ascii="Arial" w:hAnsi="Arial" w:cs="Arial" w:eastAsia="Arial"/>
          <w:b w:val="0"/>
          <w:i w:val="0"/>
          <w:color w:val="231A2E"/>
          <w:sz w:val="20"/>
        </w:rPr>
        <w:t>Add this as the last question, with three choices: "How may we publish this?"</w:t>
      </w:r>
    </w:p>
    <w:tbl>
      <w:tblPr>
        <w:tblW w:type="auto" w:w="0"/>
        <w:tblLayout w:type="fixed"/>
        <w:tblLook w:firstColumn="1" w:firstRow="1" w:lastColumn="0" w:lastRow="0" w:noHBand="0" w:noVBand="1" w:val="04A0"/>
        <w:tblBorders>
          <w:top w:val="single" w:sz="4" w:color="C9C1D3"/>
          <w:left w:val="single" w:sz="4" w:color="C9C1D3"/>
          <w:bottom w:val="single" w:sz="4" w:color="C9C1D3"/>
          <w:right w:val="single" w:sz="4" w:color="C9C1D3"/>
          <w:insideH w:val="single" w:sz="4" w:color="C9C1D3"/>
          <w:insideV w:val="single" w:sz="4" w:color="C9C1D3"/>
        </w:tblBorders>
      </w:tblPr>
      <w:tblGrid>
        <w:gridCol w:w="4968"/>
        <w:gridCol w:w="4968"/>
      </w:tblGrid>
      <w:tr>
        <w:tc>
          <w:tcPr>
            <w:tcW w:type="dxa" w:w="3974"/>
            <w:shd w:val="clear" w:color="auto" w:fill="231A2E"/>
          </w:tcPr>
          <w:p>
            <w:r/>
            <w:r>
              <w:rPr>
                <w:rFonts w:ascii="Arial" w:hAnsi="Arial" w:cs="Arial" w:eastAsia="Arial"/>
                <w:b/>
                <w:i w:val="0"/>
                <w:color w:val="FBF5E9"/>
                <w:sz w:val="18"/>
              </w:rPr>
              <w:t>Their choice</w:t>
            </w:r>
          </w:p>
        </w:tc>
        <w:tc>
          <w:tcPr>
            <w:tcW w:type="dxa" w:w="5962"/>
            <w:shd w:val="clear" w:color="auto" w:fill="231A2E"/>
          </w:tcPr>
          <w:p>
            <w:r/>
            <w:r>
              <w:rPr>
                <w:rFonts w:ascii="Arial" w:hAnsi="Arial" w:cs="Arial" w:eastAsia="Arial"/>
                <w:b/>
                <w:i w:val="0"/>
                <w:color w:val="FBF5E9"/>
                <w:sz w:val="18"/>
              </w:rPr>
              <w:t>What you publish</w:t>
            </w:r>
          </w:p>
        </w:tc>
      </w:tr>
      <w:tr>
        <w:trPr>
          <w:trHeight w:val="480"/>
        </w:trPr>
        <w:tc>
          <w:tcPr>
            <w:tcW w:type="dxa" w:w="3974"/>
          </w:tcPr>
          <w:p>
            <w:r/>
            <w:r>
              <w:rPr>
                <w:rFonts w:ascii="Arial" w:hAnsi="Arial" w:cs="Arial" w:eastAsia="Arial"/>
                <w:b w:val="0"/>
                <w:i w:val="0"/>
                <w:color w:val="231A2E"/>
                <w:sz w:val="18"/>
              </w:rPr>
              <w:t>With my name and company</w:t>
            </w:r>
          </w:p>
        </w:tc>
        <w:tc>
          <w:tcPr>
            <w:tcW w:type="dxa" w:w="5962"/>
          </w:tcPr>
          <w:p>
            <w:r/>
            <w:r>
              <w:rPr>
                <w:rFonts w:ascii="Arial" w:hAnsi="Arial" w:cs="Arial" w:eastAsia="Arial"/>
                <w:b w:val="0"/>
                <w:i w:val="0"/>
                <w:color w:val="231A2E"/>
                <w:sz w:val="18"/>
              </w:rPr>
              <w:t>Full name, job title and company under the quote</w:t>
            </w:r>
          </w:p>
        </w:tc>
      </w:tr>
      <w:tr>
        <w:trPr>
          <w:trHeight w:val="480"/>
        </w:trPr>
        <w:tc>
          <w:tcPr>
            <w:tcW w:type="dxa" w:w="3974"/>
          </w:tcPr>
          <w:p>
            <w:r/>
            <w:r>
              <w:rPr>
                <w:rFonts w:ascii="Arial" w:hAnsi="Arial" w:cs="Arial" w:eastAsia="Arial"/>
                <w:b w:val="0"/>
                <w:i w:val="0"/>
                <w:color w:val="231A2E"/>
                <w:sz w:val="18"/>
              </w:rPr>
              <w:t>First name and company only</w:t>
            </w:r>
          </w:p>
        </w:tc>
        <w:tc>
          <w:tcPr>
            <w:tcW w:type="dxa" w:w="5962"/>
          </w:tcPr>
          <w:p>
            <w:r/>
            <w:r>
              <w:rPr>
                <w:rFonts w:ascii="Arial" w:hAnsi="Arial" w:cs="Arial" w:eastAsia="Arial"/>
                <w:b w:val="0"/>
                <w:i w:val="0"/>
                <w:color w:val="231A2E"/>
                <w:sz w:val="18"/>
              </w:rPr>
              <w:t>For example: Sam, Example Studio</w:t>
            </w:r>
          </w:p>
        </w:tc>
      </w:tr>
      <w:tr>
        <w:trPr>
          <w:trHeight w:val="480"/>
        </w:trPr>
        <w:tc>
          <w:tcPr>
            <w:tcW w:type="dxa" w:w="3974"/>
          </w:tcPr>
          <w:p>
            <w:r/>
            <w:r>
              <w:rPr>
                <w:rFonts w:ascii="Arial" w:hAnsi="Arial" w:cs="Arial" w:eastAsia="Arial"/>
                <w:b w:val="0"/>
                <w:i w:val="0"/>
                <w:color w:val="231A2E"/>
                <w:sz w:val="18"/>
              </w:rPr>
              <w:t>No name</w:t>
            </w:r>
          </w:p>
        </w:tc>
        <w:tc>
          <w:tcPr>
            <w:tcW w:type="dxa" w:w="5962"/>
          </w:tcPr>
          <w:p>
            <w:r/>
            <w:r>
              <w:rPr>
                <w:rFonts w:ascii="Arial" w:hAnsi="Arial" w:cs="Arial" w:eastAsia="Arial"/>
                <w:b w:val="0"/>
                <w:i w:val="0"/>
                <w:color w:val="231A2E"/>
                <w:sz w:val="18"/>
              </w:rPr>
              <w:t>Credit a role instead, for example: Owner of a design studio</w:t>
            </w:r>
          </w:p>
        </w:tc>
      </w:tr>
    </w:tbl>
    <w:p>
      <w:pPr>
        <w:spacing w:after="40"/>
      </w:pPr>
    </w:p>
    <w:p>
      <w:pPr>
        <w:spacing w:after="100"/>
      </w:pPr>
      <w:r>
        <w:rPr>
          <w:rFonts w:ascii="Arial" w:hAnsi="Arial" w:cs="Arial" w:eastAsia="Arial"/>
          <w:b w:val="0"/>
          <w:i w:val="0"/>
          <w:color w:val="231A2E"/>
          <w:sz w:val="20"/>
        </w:rPr>
        <w:t>Want to use the quote somewhere new later, like an ad or a printed brochure? Ask again. It takes one message and keeps the trust you just earned.</w:t>
      </w:r>
    </w:p>
    <w:p>
      <w:pPr>
        <w:keepNext/>
        <w:spacing w:before="240" w:after="80"/>
      </w:pPr>
      <w:r>
        <w:rPr>
          <w:rFonts w:ascii="Arial" w:hAnsi="Arial" w:cs="Arial" w:eastAsia="Arial"/>
          <w:b/>
          <w:i w:val="0"/>
          <w:color w:val="231A2E"/>
          <w:sz w:val="28"/>
        </w:rPr>
        <w:t>Before you publish</w:t>
      </w:r>
    </w:p>
    <w:p>
      <w:pPr>
        <w:pStyle w:val="ListBullet"/>
        <w:spacing w:after="40"/>
      </w:pPr>
      <w:r>
        <w:rPr>
          <w:rFonts w:ascii="Arial" w:hAnsi="Arial" w:cs="Arial" w:eastAsia="Arial"/>
          <w:b w:val="0"/>
          <w:i w:val="0"/>
          <w:color w:val="231A2E"/>
          <w:sz w:val="20"/>
        </w:rPr>
        <w:t>Trim for length, but keep their meaning. If you use quotation marks, use their words.</w:t>
      </w:r>
    </w:p>
    <w:p>
      <w:pPr>
        <w:pStyle w:val="ListBullet"/>
        <w:spacing w:after="40"/>
      </w:pPr>
      <w:r>
        <w:rPr>
          <w:rFonts w:ascii="Arial" w:hAnsi="Arial" w:cs="Arial" w:eastAsia="Arial"/>
          <w:b w:val="0"/>
          <w:i w:val="0"/>
          <w:color w:val="231A2E"/>
          <w:sz w:val="20"/>
        </w:rPr>
        <w:t>Send the edited quote back to them for a thumbs up.</w:t>
      </w:r>
    </w:p>
    <w:p>
      <w:pPr>
        <w:pStyle w:val="ListBullet"/>
        <w:spacing w:after="40"/>
      </w:pPr>
      <w:r>
        <w:rPr>
          <w:rFonts w:ascii="Arial" w:hAnsi="Arial" w:cs="Arial" w:eastAsia="Arial"/>
          <w:b w:val="0"/>
          <w:i w:val="0"/>
          <w:color w:val="231A2E"/>
          <w:sz w:val="20"/>
        </w:rPr>
        <w:t>Keep the form response (or a PDF of it) as your record of what they agreed to.</w:t>
      </w:r>
    </w:p>
    <w:p>
      <w:pPr>
        <w:pStyle w:val="ListBullet"/>
        <w:spacing w:after="40"/>
      </w:pPr>
      <w:r>
        <w:rPr>
          <w:rFonts w:ascii="Arial" w:hAnsi="Arial" w:cs="Arial" w:eastAsia="Arial"/>
          <w:b w:val="0"/>
          <w:i w:val="0"/>
          <w:color w:val="231A2E"/>
          <w:sz w:val="20"/>
        </w:rPr>
        <w:t>If you gave them a discount, a freebie or another perk, say so next to the quote.</w:t>
      </w:r>
    </w:p>
    <w:p>
      <w:pPr>
        <w:pStyle w:val="ListBullet"/>
        <w:spacing w:after="40"/>
      </w:pPr>
      <w:r>
        <w:rPr>
          <w:rFonts w:ascii="Arial" w:hAnsi="Arial" w:cs="Arial" w:eastAsia="Arial"/>
          <w:b w:val="0"/>
          <w:i w:val="0"/>
          <w:color w:val="231A2E"/>
          <w:sz w:val="20"/>
        </w:rPr>
        <w:t>Never offer a reward for a positive review only.</w:t>
      </w:r>
    </w:p>
    <w:tbl>
      <w:tblPr>
        <w:tblW w:type="auto" w:w="0"/>
        <w:tblLook w:firstColumn="1" w:firstRow="1" w:lastColumn="0" w:lastRow="0" w:noHBand="0" w:noVBand="1" w:val="04A0"/>
        <w:tblBorders>
          <w:top w:val="single" w:sz="4" w:color="231A2E"/>
          <w:left w:val="single" w:sz="4" w:color="231A2E"/>
          <w:bottom w:val="single" w:sz="4" w:color="231A2E"/>
          <w:right w:val="single" w:sz="4" w:color="231A2E"/>
          <w:insideH w:val="single" w:sz="4" w:color="231A2E"/>
          <w:insideV w:val="single" w:sz="4" w:color="231A2E"/>
        </w:tblBorders>
      </w:tblPr>
      <w:tblGrid>
        <w:gridCol w:w="9936"/>
      </w:tblGrid>
      <w:tr>
        <w:tc>
          <w:tcPr>
            <w:tcW w:type="dxa" w:w="9936"/>
            <w:shd w:val="clear" w:color="auto" w:fill="E4DEFA"/>
          </w:tcPr>
          <w:p>
            <w:r/>
            <w:r>
              <w:rPr>
                <w:rFonts w:ascii="Arial" w:hAnsi="Arial" w:cs="Arial" w:eastAsia="Arial"/>
                <w:b/>
                <w:i w:val="0"/>
                <w:color w:val="231A2E"/>
                <w:sz w:val="22"/>
              </w:rPr>
              <w:t>Check your local rules (this is not legal advice)</w:t>
            </w:r>
          </w:p>
          <w:p>
            <w:r>
              <w:rPr>
                <w:rFonts w:ascii="Arial" w:hAnsi="Arial" w:cs="Arial" w:eastAsia="Arial"/>
                <w:b w:val="0"/>
                <w:i w:val="0"/>
                <w:color w:val="231A2E"/>
                <w:sz w:val="20"/>
              </w:rPr>
              <w:t>• US: the FTC's Endorsement Guides say endorsements "must reflect the honest opinions, findings, beliefs, or experience of the endorser", and that an endorsement may not be "presented out of context or reworded so as to distort" what the person meant. 16 CFR 255.1: https://www.ecfr.gov/current/title-16/part-255</w:t>
            </w:r>
          </w:p>
          <w:p>
            <w:r>
              <w:rPr>
                <w:rFonts w:ascii="Arial" w:hAnsi="Arial" w:cs="Arial" w:eastAsia="Arial"/>
                <w:b w:val="0"/>
                <w:i w:val="0"/>
                <w:color w:val="231A2E"/>
                <w:sz w:val="20"/>
              </w:rPr>
              <w:t>• US: a perk like a discount or a free product can be a "material connection" to disclose. 16 CFR 255.5, same link.</w:t>
            </w:r>
          </w:p>
          <w:p>
            <w:r>
              <w:rPr>
                <w:rFonts w:ascii="Arial" w:hAnsi="Arial" w:cs="Arial" w:eastAsia="Arial"/>
                <w:b w:val="0"/>
                <w:i w:val="0"/>
                <w:color w:val="231A2E"/>
                <w:sz w:val="20"/>
              </w:rPr>
              <w:t>• US: for reviews posted on review sites and platforms, the FTC's consumer reviews rule bars incentives "conditioned expressly or by implication on" a review with a particular sentiment. 16 CFR 465.4: https://www.ecfr.gov/current/title-16/part-465</w:t>
            </w:r>
          </w:p>
          <w:p>
            <w:r>
              <w:rPr>
                <w:rFonts w:ascii="Arial" w:hAnsi="Arial" w:cs="Arial" w:eastAsia="Arial"/>
                <w:b w:val="0"/>
                <w:i w:val="0"/>
                <w:color w:val="231A2E"/>
                <w:sz w:val="20"/>
              </w:rPr>
              <w:t>• Rules differ by country and state. Check what applies to you, or ask a qualified adviser.</w:t>
            </w:r>
          </w:p>
        </w:tc>
      </w:tr>
    </w:tbl>
    <w:p>
      <w:pPr>
        <w:spacing w:after="40"/>
      </w:pPr>
    </w:p>
    <w:sectPr w:rsidR="00FC693F" w:rsidRPr="0006063C" w:rsidSect="00034616">
      <w:footerReference w:type="default" r:id="rId9"/>
      <w:pgSz w:w="12240" w:h="15840"/>
      <w:pgMar w:top="1152"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cs="Arial" w:eastAsia="Arial"/>
        <w:b w:val="0"/>
        <w:i/>
        <w:color w:val="5E5468"/>
        <w:sz w:val="16"/>
      </w:rPr>
      <w:t>Made by HornetForms, https://hornetforms.com/blog/how-to-ask-for-a-testimonial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Testimonial request scripts</dc:title>
  <dc:subject/>
  <dc:creator>HornetForms</dc:creator>
  <cp:keywords/>
  <dc:description>generated by python-docx</dc:description>
  <cp:lastModifiedBy/>
  <cp:revision>1</cp:revision>
  <dcterms:created xsi:type="dcterms:W3CDTF">2013-12-23T23:15:00Z</dcterms:created>
  <dcterms:modified xsi:type="dcterms:W3CDTF">2013-12-23T23:15:00Z</dcterms:modified>
  <cp:category/>
</cp:coreProperties>
</file>