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Summer camp registration</w:t>
      </w:r>
    </w:p>
    <w:p>
      <w:pPr>
        <w:spacing w:after="200"/>
      </w:pPr>
      <w:r>
        <w:rPr>
          <w:rFonts w:ascii="Arial" w:hAnsi="Arial" w:cs="Arial" w:eastAsia="Arial"/>
          <w:b w:val="0"/>
          <w:i w:val="0"/>
          <w:color w:val="5E5468"/>
          <w:sz w:val="22"/>
        </w:rPr>
        <w:t>Camp: ______________________________     Summer: ____________</w:t>
      </w:r>
    </w:p>
    <w:p>
      <w:pPr>
        <w:spacing w:after="100"/>
      </w:pPr>
      <w:r>
        <w:rPr>
          <w:rFonts w:ascii="Arial" w:hAnsi="Arial" w:cs="Arial" w:eastAsia="Arial"/>
          <w:b w:val="0"/>
          <w:i w:val="0"/>
          <w:color w:val="231A2E"/>
          <w:sz w:val="20"/>
        </w:rPr>
        <w:t>Fill in one form for each child, or use the second child section near the end. Please write clearly and return this form by ______________ to ______________________ (name and email or address).</w:t>
      </w:r>
    </w:p>
    <w:p>
      <w:pPr>
        <w:keepNext/>
        <w:spacing w:before="240" w:after="80"/>
      </w:pPr>
      <w:r>
        <w:rPr>
          <w:rFonts w:ascii="Arial" w:hAnsi="Arial" w:cs="Arial" w:eastAsia="Arial"/>
          <w:b/>
          <w:i w:val="0"/>
          <w:color w:val="231A2E"/>
          <w:sz w:val="28"/>
        </w:rPr>
        <w:t>Your camper</w:t>
      </w:r>
    </w:p>
    <w:p>
      <w:pPr>
        <w:keepNext/>
        <w:spacing w:after="20"/>
      </w:pPr>
      <w:r>
        <w:rPr>
          <w:rFonts w:ascii="Arial" w:hAnsi="Arial" w:cs="Arial" w:eastAsia="Arial"/>
          <w:b/>
          <w:i w:val="0"/>
          <w:color w:val="231A2E"/>
          <w:sz w:val="20"/>
        </w:rPr>
        <w:t>Camper first name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Camper last name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Date of birth (month, day, year)</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Grade in the fall</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T-shirt size:     [    ] Youth S     [    ] Youth M     [    ] Youth L     [    ] Adult S     [    ] Adult M</w:t>
      </w:r>
    </w:p>
    <w:p>
      <w:pPr>
        <w:spacing w:after="100"/>
      </w:pPr>
      <w:r>
        <w:rPr>
          <w:rFonts w:ascii="Arial" w:hAnsi="Arial" w:cs="Arial" w:eastAsia="Arial"/>
          <w:b w:val="0"/>
          <w:i w:val="0"/>
          <w:color w:val="231A2E"/>
          <w:sz w:val="20"/>
        </w:rPr>
        <w:t>Which sessions? Tick every week your camper will attend.</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3312"/>
        <w:gridCol w:w="3312"/>
        <w:gridCol w:w="3312"/>
      </w:tblGrid>
      <w:tr>
        <w:tc>
          <w:tcPr>
            <w:tcW w:type="dxa" w:w="1104"/>
            <w:shd w:val="clear" w:color="auto" w:fill="231A2E"/>
          </w:tcPr>
          <w:p>
            <w:r/>
            <w:r>
              <w:rPr>
                <w:rFonts w:ascii="Arial" w:hAnsi="Arial" w:cs="Arial" w:eastAsia="Arial"/>
                <w:b/>
                <w:i w:val="0"/>
                <w:color w:val="FBF5E9"/>
                <w:sz w:val="18"/>
              </w:rPr>
              <w:t>Tick</w:t>
            </w:r>
          </w:p>
        </w:tc>
        <w:tc>
          <w:tcPr>
            <w:tcW w:type="dxa" w:w="6624"/>
            <w:shd w:val="clear" w:color="auto" w:fill="231A2E"/>
          </w:tcPr>
          <w:p>
            <w:r/>
            <w:r>
              <w:rPr>
                <w:rFonts w:ascii="Arial" w:hAnsi="Arial" w:cs="Arial" w:eastAsia="Arial"/>
                <w:b/>
                <w:i w:val="0"/>
                <w:color w:val="FBF5E9"/>
                <w:sz w:val="18"/>
              </w:rPr>
              <w:t>Session</w:t>
            </w:r>
          </w:p>
        </w:tc>
        <w:tc>
          <w:tcPr>
            <w:tcW w:type="dxa" w:w="2208"/>
            <w:shd w:val="clear" w:color="auto" w:fill="231A2E"/>
          </w:tcPr>
          <w:p>
            <w:r/>
            <w:r>
              <w:rPr>
                <w:rFonts w:ascii="Arial" w:hAnsi="Arial" w:cs="Arial" w:eastAsia="Arial"/>
                <w:b/>
                <w:i w:val="0"/>
                <w:color w:val="FBF5E9"/>
                <w:sz w:val="18"/>
              </w:rPr>
              <w:t>Fee</w:t>
            </w:r>
          </w:p>
        </w:tc>
      </w:tr>
      <w:tr>
        <w:trPr>
          <w:trHeight w:val="480"/>
        </w:trPr>
        <w:tc>
          <w:tcPr>
            <w:tcW w:type="dxa" w:w="1104"/>
          </w:tcPr>
          <w:p>
            <w:r/>
            <w:r>
              <w:rPr>
                <w:rFonts w:ascii="Arial" w:hAnsi="Arial" w:cs="Arial" w:eastAsia="Arial"/>
                <w:b w:val="0"/>
                <w:i w:val="0"/>
                <w:color w:val="231A2E"/>
                <w:sz w:val="18"/>
              </w:rPr>
              <w:t>[    ]</w:t>
            </w:r>
          </w:p>
        </w:tc>
        <w:tc>
          <w:tcPr>
            <w:tcW w:type="dxa" w:w="6624"/>
          </w:tcPr>
          <w:p>
            <w:r/>
            <w:r>
              <w:rPr>
                <w:rFonts w:ascii="Arial" w:hAnsi="Arial" w:cs="Arial" w:eastAsia="Arial"/>
                <w:b w:val="0"/>
                <w:i w:val="0"/>
                <w:color w:val="231A2E"/>
                <w:sz w:val="18"/>
              </w:rPr>
              <w:t>Week 1: June 14 to 18</w:t>
            </w:r>
          </w:p>
        </w:tc>
        <w:tc>
          <w:tcPr>
            <w:tcW w:type="dxa" w:w="2208"/>
          </w:tcPr>
          <w:p>
            <w:r/>
            <w:r>
              <w:rPr>
                <w:rFonts w:ascii="Arial" w:hAnsi="Arial" w:cs="Arial" w:eastAsia="Arial"/>
                <w:b w:val="0"/>
                <w:i w:val="0"/>
                <w:color w:val="231A2E"/>
                <w:sz w:val="18"/>
              </w:rPr>
              <w:t>$250</w:t>
            </w:r>
          </w:p>
        </w:tc>
      </w:tr>
      <w:tr>
        <w:trPr>
          <w:trHeight w:val="480"/>
        </w:trPr>
        <w:tc>
          <w:tcPr>
            <w:tcW w:type="dxa" w:w="1104"/>
          </w:tcPr>
          <w:p>
            <w:r/>
            <w:r>
              <w:rPr>
                <w:rFonts w:ascii="Arial" w:hAnsi="Arial" w:cs="Arial" w:eastAsia="Arial"/>
                <w:b w:val="0"/>
                <w:i w:val="0"/>
                <w:color w:val="231A2E"/>
                <w:sz w:val="18"/>
              </w:rPr>
              <w:t>[    ]</w:t>
            </w:r>
          </w:p>
        </w:tc>
        <w:tc>
          <w:tcPr>
            <w:tcW w:type="dxa" w:w="6624"/>
          </w:tcPr>
          <w:p>
            <w:r/>
            <w:r>
              <w:rPr>
                <w:rFonts w:ascii="Arial" w:hAnsi="Arial" w:cs="Arial" w:eastAsia="Arial"/>
                <w:b w:val="0"/>
                <w:i w:val="0"/>
                <w:color w:val="231A2E"/>
                <w:sz w:val="18"/>
              </w:rPr>
              <w:t>Week 2: June 21 to 25</w:t>
            </w:r>
          </w:p>
        </w:tc>
        <w:tc>
          <w:tcPr>
            <w:tcW w:type="dxa" w:w="2208"/>
          </w:tcPr>
          <w:p>
            <w:r/>
            <w:r>
              <w:rPr>
                <w:rFonts w:ascii="Arial" w:hAnsi="Arial" w:cs="Arial" w:eastAsia="Arial"/>
                <w:b w:val="0"/>
                <w:i w:val="0"/>
                <w:color w:val="231A2E"/>
                <w:sz w:val="18"/>
              </w:rPr>
              <w:t>$250</w:t>
            </w:r>
          </w:p>
        </w:tc>
      </w:tr>
      <w:tr>
        <w:trPr>
          <w:trHeight w:val="480"/>
        </w:trPr>
        <w:tc>
          <w:tcPr>
            <w:tcW w:type="dxa" w:w="1104"/>
          </w:tcPr>
          <w:p>
            <w:r/>
            <w:r>
              <w:rPr>
                <w:rFonts w:ascii="Arial" w:hAnsi="Arial" w:cs="Arial" w:eastAsia="Arial"/>
                <w:b w:val="0"/>
                <w:i w:val="0"/>
                <w:color w:val="231A2E"/>
                <w:sz w:val="18"/>
              </w:rPr>
              <w:t>[    ]</w:t>
            </w:r>
          </w:p>
        </w:tc>
        <w:tc>
          <w:tcPr>
            <w:tcW w:type="dxa" w:w="6624"/>
          </w:tcPr>
          <w:p>
            <w:r/>
            <w:r>
              <w:rPr>
                <w:rFonts w:ascii="Arial" w:hAnsi="Arial" w:cs="Arial" w:eastAsia="Arial"/>
                <w:b w:val="0"/>
                <w:i w:val="0"/>
                <w:color w:val="231A2E"/>
                <w:sz w:val="18"/>
              </w:rPr>
              <w:t>Week 3: June 28 to July 2</w:t>
            </w:r>
          </w:p>
        </w:tc>
        <w:tc>
          <w:tcPr>
            <w:tcW w:type="dxa" w:w="2208"/>
          </w:tcPr>
          <w:p>
            <w:r/>
            <w:r>
              <w:rPr>
                <w:rFonts w:ascii="Arial" w:hAnsi="Arial" w:cs="Arial" w:eastAsia="Arial"/>
                <w:b w:val="0"/>
                <w:i w:val="0"/>
                <w:color w:val="231A2E"/>
                <w:sz w:val="18"/>
              </w:rPr>
              <w:t>$250</w:t>
            </w:r>
          </w:p>
        </w:tc>
      </w:tr>
      <w:tr>
        <w:trPr>
          <w:trHeight w:val="480"/>
        </w:trPr>
        <w:tc>
          <w:tcPr>
            <w:tcW w:type="dxa" w:w="1104"/>
          </w:tcPr>
          <w:p>
            <w:r/>
            <w:r>
              <w:rPr>
                <w:rFonts w:ascii="Arial" w:hAnsi="Arial" w:cs="Arial" w:eastAsia="Arial"/>
                <w:b w:val="0"/>
                <w:i w:val="0"/>
                <w:color w:val="231A2E"/>
                <w:sz w:val="18"/>
              </w:rPr>
              <w:t>[    ]</w:t>
            </w:r>
          </w:p>
        </w:tc>
        <w:tc>
          <w:tcPr>
            <w:tcW w:type="dxa" w:w="6624"/>
          </w:tcPr>
          <w:p>
            <w:r/>
            <w:r>
              <w:rPr>
                <w:rFonts w:ascii="Arial" w:hAnsi="Arial" w:cs="Arial" w:eastAsia="Arial"/>
                <w:b w:val="0"/>
                <w:i w:val="0"/>
                <w:color w:val="231A2E"/>
                <w:sz w:val="18"/>
              </w:rPr>
              <w:t>Week 4: July 12 to 16</w:t>
            </w:r>
          </w:p>
        </w:tc>
        <w:tc>
          <w:tcPr>
            <w:tcW w:type="dxa" w:w="2208"/>
          </w:tcPr>
          <w:p>
            <w:r/>
            <w:r>
              <w:rPr>
                <w:rFonts w:ascii="Arial" w:hAnsi="Arial" w:cs="Arial" w:eastAsia="Arial"/>
                <w:b w:val="0"/>
                <w:i w:val="0"/>
                <w:color w:val="231A2E"/>
                <w:sz w:val="18"/>
              </w:rPr>
              <w:t>$250</w:t>
            </w:r>
          </w:p>
        </w:tc>
      </w:tr>
    </w:tbl>
    <w:p>
      <w:pPr>
        <w:spacing w:after="40"/>
      </w:pPr>
    </w:p>
    <w:p>
      <w:pPr>
        <w:spacing w:after="100"/>
      </w:pPr>
      <w:r>
        <w:rPr>
          <w:rFonts w:ascii="Arial" w:hAnsi="Arial" w:cs="Arial" w:eastAsia="Arial"/>
          <w:b w:val="0"/>
          <w:i/>
          <w:color w:val="5E5468"/>
          <w:sz w:val="17"/>
        </w:rPr>
        <w:t>The dates and fees are examples. Change them to your own in the Word version before you print.</w:t>
      </w:r>
    </w:p>
    <w:p>
      <w:pPr>
        <w:keepNext/>
        <w:spacing w:before="240" w:after="80"/>
      </w:pPr>
      <w:r>
        <w:rPr>
          <w:rFonts w:ascii="Arial" w:hAnsi="Arial" w:cs="Arial" w:eastAsia="Arial"/>
          <w:b/>
          <w:i w:val="0"/>
          <w:color w:val="231A2E"/>
          <w:sz w:val="28"/>
        </w:rPr>
        <w:t>Parents and pickup</w:t>
      </w:r>
    </w:p>
    <w:p>
      <w:pPr>
        <w:keepNext/>
        <w:spacing w:after="20"/>
      </w:pPr>
      <w:r>
        <w:rPr>
          <w:rFonts w:ascii="Arial" w:hAnsi="Arial" w:cs="Arial" w:eastAsia="Arial"/>
          <w:b/>
          <w:i w:val="0"/>
          <w:color w:val="231A2E"/>
          <w:sz w:val="20"/>
        </w:rPr>
        <w:t>Parent or guardian name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Email</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Phone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Second parent or guardian (name and phone, optional)</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Emergency contact who is not a parent (name and phone)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Who may pick up your camper? (full names; staff will ask for photo ID)</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Health and permissions</w:t>
      </w:r>
    </w:p>
    <w:p>
      <w:pPr>
        <w:keepNext/>
        <w:spacing w:after="20"/>
      </w:pPr>
      <w:r>
        <w:rPr>
          <w:rFonts w:ascii="Arial" w:hAnsi="Arial" w:cs="Arial" w:eastAsia="Arial"/>
          <w:b/>
          <w:i w:val="0"/>
          <w:color w:val="231A2E"/>
          <w:sz w:val="20"/>
        </w:rPr>
        <w:t>Allergies (food, insect, medicine), or write none</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Medications at camp (name, dose and time), or write none</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Anything else staff should know? (swimming ability, support needs, dietary needs)</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Immunization record or camp physical form:     [    ] Attached     [    ] I will send it by ______________</w:t>
      </w:r>
    </w:p>
    <w:p>
      <w:pPr>
        <w:spacing w:after="100"/>
      </w:pPr>
      <w:r>
        <w:rPr>
          <w:rFonts w:ascii="Arial" w:hAnsi="Arial" w:cs="Arial" w:eastAsia="Arial"/>
          <w:b w:val="0"/>
          <w:i w:val="0"/>
          <w:color w:val="231A2E"/>
          <w:sz w:val="20"/>
        </w:rPr>
        <w:t>Photo permission: may we include your camper in photos we share?     [    ] Yes     [    ] No</w:t>
      </w:r>
    </w:p>
    <w:p>
      <w:pPr>
        <w:spacing w:after="100"/>
      </w:pPr>
      <w:r>
        <w:rPr>
          <w:rFonts w:ascii="Arial" w:hAnsi="Arial" w:cs="Arial" w:eastAsia="Arial"/>
          <w:b w:val="0"/>
          <w:i w:val="0"/>
          <w:color w:val="231A2E"/>
          <w:sz w:val="20"/>
        </w:rPr>
        <w:t>[    ] I have read the camp rules and agree to them.</w:t>
      </w:r>
    </w:p>
    <w:p>
      <w:r>
        <w:br w:type="page"/>
      </w:r>
    </w:p>
    <w:p>
      <w:pPr>
        <w:keepNext/>
        <w:spacing w:before="240" w:after="80"/>
      </w:pPr>
      <w:r>
        <w:rPr>
          <w:rFonts w:ascii="Arial" w:hAnsi="Arial" w:cs="Arial" w:eastAsia="Arial"/>
          <w:b/>
          <w:i w:val="0"/>
          <w:color w:val="231A2E"/>
          <w:sz w:val="28"/>
        </w:rPr>
        <w:t>Second child (only if you register two children on this form)</w:t>
      </w:r>
    </w:p>
    <w:p>
      <w:pPr>
        <w:keepNext/>
        <w:spacing w:after="20"/>
      </w:pPr>
      <w:r>
        <w:rPr>
          <w:rFonts w:ascii="Arial" w:hAnsi="Arial" w:cs="Arial" w:eastAsia="Arial"/>
          <w:b/>
          <w:i w:val="0"/>
          <w:color w:val="231A2E"/>
          <w:sz w:val="20"/>
        </w:rPr>
        <w:t>Second camper first and last name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Date of birth (month, day, year)</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Grade in the fall</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T-shirt size:     [    ] Youth S     [    ] Youth M     [    ] Youth L     [    ] Adult S     [    ] Adult M</w:t>
      </w:r>
    </w:p>
    <w:p>
      <w:pPr>
        <w:spacing w:after="100"/>
      </w:pPr>
      <w:r>
        <w:rPr>
          <w:rFonts w:ascii="Arial" w:hAnsi="Arial" w:cs="Arial" w:eastAsia="Arial"/>
          <w:b w:val="0"/>
          <w:i w:val="0"/>
          <w:color w:val="231A2E"/>
          <w:sz w:val="20"/>
        </w:rPr>
        <w:t>Sessions:     [    ] Week 1     [    ] Week 2     [    ] Week 3     [    ] Week 4</w:t>
      </w:r>
    </w:p>
    <w:p>
      <w:pPr>
        <w:keepNext/>
        <w:spacing w:after="20"/>
      </w:pPr>
      <w:r>
        <w:rPr>
          <w:rFonts w:ascii="Arial" w:hAnsi="Arial" w:cs="Arial" w:eastAsia="Arial"/>
          <w:b/>
          <w:i w:val="0"/>
          <w:color w:val="231A2E"/>
          <w:sz w:val="20"/>
        </w:rPr>
        <w:t>Allergies, or write none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Medications at camp, or write none</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Immunization record or camp physical form:     [    ] Attached     [    ] I will send it by ______________</w:t>
      </w:r>
    </w:p>
    <w:p>
      <w:pPr>
        <w:keepNext/>
        <w:spacing w:before="240" w:after="80"/>
      </w:pPr>
      <w:r>
        <w:rPr>
          <w:rFonts w:ascii="Arial" w:hAnsi="Arial" w:cs="Arial" w:eastAsia="Arial"/>
          <w:b/>
          <w:i w:val="0"/>
          <w:color w:val="231A2E"/>
          <w:sz w:val="28"/>
        </w:rPr>
        <w:t>Payment</w:t>
      </w:r>
    </w:p>
    <w:p>
      <w:pPr>
        <w:spacing w:after="100"/>
      </w:pPr>
      <w:r>
        <w:rPr>
          <w:rFonts w:ascii="Arial" w:hAnsi="Arial" w:cs="Arial" w:eastAsia="Arial"/>
          <w:b w:val="0"/>
          <w:i w:val="0"/>
          <w:color w:val="231A2E"/>
          <w:sz w:val="20"/>
        </w:rPr>
        <w:t>Camp fee: number of weeks ticked for all children ______ x $250 = $____________</w:t>
      </w:r>
    </w:p>
    <w:p>
      <w:pPr>
        <w:spacing w:after="100"/>
      </w:pPr>
      <w:r>
        <w:rPr>
          <w:rFonts w:ascii="Arial" w:hAnsi="Arial" w:cs="Arial" w:eastAsia="Arial"/>
          <w:b w:val="0"/>
          <w:i w:val="0"/>
          <w:color w:val="231A2E"/>
          <w:sz w:val="20"/>
        </w:rPr>
        <w:t>How would you like to pay?     [    ] The full fee now     [    ] A $100 deposit now, the rest by ______________</w:t>
      </w:r>
    </w:p>
    <w:p>
      <w:pPr>
        <w:spacing w:after="100"/>
      </w:pPr>
      <w:r>
        <w:rPr>
          <w:rFonts w:ascii="Arial" w:hAnsi="Arial" w:cs="Arial" w:eastAsia="Arial"/>
          <w:b w:val="0"/>
          <w:i w:val="0"/>
          <w:color w:val="231A2E"/>
          <w:sz w:val="20"/>
        </w:rPr>
        <w:t>Paid by:     [    ] Check     [    ] Cash     [    ] Online, with the camp's form link</w:t>
      </w:r>
    </w:p>
    <w:p>
      <w:pPr>
        <w:keepNext/>
        <w:spacing w:after="20"/>
      </w:pPr>
      <w:r>
        <w:rPr>
          <w:rFonts w:ascii="Arial" w:hAnsi="Arial" w:cs="Arial" w:eastAsia="Arial"/>
          <w:b/>
          <w:i w:val="0"/>
          <w:color w:val="231A2E"/>
          <w:sz w:val="20"/>
        </w:rPr>
        <w:t>Parent or guardian signature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Date</w:t>
      </w:r>
    </w:p>
    <w:p>
      <w:pPr>
        <w:spacing w:after="20"/>
      </w:pPr>
      <w:r>
        <w:rPr>
          <w:rFonts w:ascii="Arial" w:hAnsi="Arial" w:cs="Arial" w:eastAsia="Arial"/>
          <w:b w:val="0"/>
          <w:i w:val="0"/>
          <w:color w:val="5E5468"/>
          <w:sz w:val="20"/>
        </w:rPr>
        <w:t>______________________________________________________________________________________</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For camp staff</w:t>
            </w:r>
          </w:p>
          <w:p>
            <w:r>
              <w:rPr>
                <w:rFonts w:ascii="Arial" w:hAnsi="Arial" w:cs="Arial" w:eastAsia="Arial"/>
                <w:b w:val="0"/>
                <w:i w:val="0"/>
                <w:color w:val="231A2E"/>
                <w:sz w:val="20"/>
              </w:rPr>
              <w:t>Date received: ______________     Added to the camper roster:     [    ] Yes</w:t>
            </w:r>
          </w:p>
          <w:p>
            <w:r>
              <w:rPr>
                <w:rFonts w:ascii="Arial" w:hAnsi="Arial" w:cs="Arial" w:eastAsia="Arial"/>
                <w:b w:val="0"/>
                <w:i w:val="0"/>
                <w:color w:val="231A2E"/>
                <w:sz w:val="20"/>
              </w:rPr>
              <w:t>Health form on file:     [    ] Camper 1     [    ] Camper 2     Age group: ______________</w:t>
            </w:r>
          </w:p>
          <w:p>
            <w:r>
              <w:rPr>
                <w:rFonts w:ascii="Arial" w:hAnsi="Arial" w:cs="Arial" w:eastAsia="Arial"/>
                <w:b w:val="0"/>
                <w:i w:val="0"/>
                <w:color w:val="231A2E"/>
                <w:sz w:val="20"/>
              </w:rPr>
              <w:t>Amount paid: ______________     Balance due: ______________     Paid in full:     [    ] Yes</w:t>
            </w:r>
          </w:p>
        </w:tc>
      </w:tr>
    </w:tbl>
    <w:p>
      <w:pPr>
        <w:spacing w:after="40"/>
      </w:pPr>
    </w:p>
    <w:p>
      <w:pPr>
        <w:spacing w:after="100"/>
      </w:pPr>
      <w:r>
        <w:rPr>
          <w:rFonts w:ascii="Arial" w:hAnsi="Arial" w:cs="Arial" w:eastAsia="Arial"/>
          <w:b w:val="0"/>
          <w:i/>
          <w:color w:val="5E5468"/>
          <w:sz w:val="17"/>
        </w:rPr>
        <w:t>Why we ask: we use these details to place your camper in the right group, reach you during camp, release your camper only to the people you name, and keep them safe. Camp staff with access to our records can read this form.</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https://hornetforms.com/blog/summer-camp-registration-form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Summer camp registration</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