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12"/>
        <w:gridCol w:w="3312"/>
        <w:gridCol w:w="3312"/>
      </w:tblGrid>
      <w:tr>
        <w:trPr>
          <w:trHeight w:val="1800" w:hRule="atLeast"/>
        </w:trPr>
        <w:tc>
          <w:tcPr>
            <w:tcW w:type="dxa" w:w="7848"/>
          </w:tcPr>
          <w:p>
            <w:r>
              <w:rPr>
                <w:rFonts w:ascii="Arial" w:hAnsi="Arial"/>
                <w:b/>
                <w:color w:val="231A2E"/>
                <w:sz w:val="44"/>
              </w:rPr>
              <w:t>Visitor sign-in sheet</w:t>
            </w:r>
          </w:p>
          <w:p>
            <w:r>
              <w:rPr>
                <w:rFonts w:ascii="Arial" w:hAnsi="Arial"/>
                <w:b w:val="0"/>
                <w:i/>
                <w:color w:val="5E5468"/>
                <w:sz w:val="20"/>
              </w:rPr>
              <w:t>Welcome. Please print your name, who you are here to see and the time you arrive. Add the time you leave on your way out.</w:t>
            </w:r>
          </w:p>
        </w:tc>
        <w:tc>
          <w:tcPr>
            <w:tcW w:type="dxa" w:w="216"/>
          </w:tcPr>
          <w:p/>
        </w:tc>
        <w:tc>
          <w:tcPr>
            <w:tcW w:type="dxa" w:w="1872"/>
            <w:vAlign w:val="center"/>
            <w:tcBorders>
              <w:top w:val="dashed" w:sz="8" w:color="5E5468"/>
              <w:left w:val="dashed" w:sz="8" w:color="5E5468"/>
              <w:bottom w:val="dashed" w:sz="8" w:color="5E5468"/>
              <w:right w:val="dashed" w:sz="8" w:color="5E5468"/>
            </w:tcBorders>
          </w:tcPr>
          <w:p>
            <w:pPr>
              <w:jc w:val="center"/>
            </w:pPr>
            <w:r>
              <w:rPr>
                <w:rFonts w:ascii="Arial" w:hAnsi="Arial"/>
                <w:color w:val="5E5468"/>
                <w:sz w:val="17"/>
              </w:rPr>
              <w:t>Paste your QR code here</w:t>
            </w:r>
          </w:p>
          <w:p>
            <w:pPr>
              <w:jc w:val="center"/>
            </w:pPr>
            <w:r>
              <w:rPr>
                <w:rFonts w:ascii="Arial" w:hAnsi="Arial"/>
                <w:i/>
                <w:color w:val="5E5468"/>
                <w:sz w:val="16"/>
              </w:rPr>
              <w:t>Scan to sign in on your phone</w:t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231A2E"/>
          <w:sz w:val="21"/>
        </w:rPr>
      </w:r>
    </w:p>
    <w:p>
      <w:pPr>
        <w:spacing w:after="80"/>
      </w:pPr>
      <w:r>
        <w:rPr>
          <w:rFonts w:ascii="Arial" w:hAnsi="Arial"/>
          <w:b w:val="0"/>
          <w:i w:val="0"/>
          <w:color w:val="231A2E"/>
          <w:sz w:val="20"/>
        </w:rPr>
        <w:t>Building or office: ____________________    Date: 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rPr>
          <w:tblHeader w:val="true"/>
        </w:trPr>
        <w:tc>
          <w:tcPr>
            <w:tcW w:type="dxa" w:w="497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#</w:t>
            </w:r>
          </w:p>
        </w:tc>
        <w:tc>
          <w:tcPr>
            <w:tcW w:type="dxa" w:w="2087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Name (print)</w:t>
            </w:r>
          </w:p>
        </w:tc>
        <w:tc>
          <w:tcPr>
            <w:tcW w:type="dxa" w:w="1888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Company or organization</w:t>
            </w:r>
          </w:p>
        </w:tc>
        <w:tc>
          <w:tcPr>
            <w:tcW w:type="dxa" w:w="1590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Here to see</w:t>
            </w:r>
          </w:p>
        </w:tc>
        <w:tc>
          <w:tcPr>
            <w:tcW w:type="dxa" w:w="1689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Reason for visit</w:t>
            </w:r>
          </w:p>
        </w:tc>
        <w:tc>
          <w:tcPr>
            <w:tcW w:type="dxa" w:w="1093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Time in</w:t>
            </w:r>
          </w:p>
        </w:tc>
        <w:tc>
          <w:tcPr>
            <w:tcW w:type="dxa" w:w="1093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Time out</w:t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7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8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9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11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13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14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15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16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17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18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19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20</w:t>
            </w:r>
          </w:p>
        </w:tc>
        <w:tc>
          <w:tcPr>
            <w:tcW w:type="dxa" w:w="2087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9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093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5E5468"/>
          <w:sz w:val="16"/>
        </w:rPr>
        <w:t>Made by HornetForms, https://hornetforms.com/blog/sign-in-sheet-template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31A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 sign-in sheet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