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12"/>
        <w:gridCol w:w="3312"/>
        <w:gridCol w:w="3312"/>
      </w:tblGrid>
      <w:tr>
        <w:trPr>
          <w:trHeight w:val="1800" w:hRule="atLeast"/>
        </w:trPr>
        <w:tc>
          <w:tcPr>
            <w:tcW w:type="dxa" w:w="7848"/>
          </w:tcPr>
          <w:p>
            <w:r>
              <w:rPr>
                <w:rFonts w:ascii="Arial" w:hAnsi="Arial"/>
                <w:b/>
                <w:color w:val="231A2E"/>
                <w:sz w:val="44"/>
              </w:rPr>
              <w:t>Open house sign-in sheet</w:t>
            </w:r>
          </w:p>
          <w:p>
            <w:r>
              <w:rPr>
                <w:rFonts w:ascii="Arial" w:hAnsi="Arial"/>
                <w:b w:val="0"/>
                <w:i/>
                <w:color w:val="5E5468"/>
                <w:sz w:val="20"/>
              </w:rPr>
              <w:t>Welcome. Please sign in so we know who visited and can answer your questions about this home.</w:t>
            </w:r>
          </w:p>
        </w:tc>
        <w:tc>
          <w:tcPr>
            <w:tcW w:type="dxa" w:w="216"/>
          </w:tcPr>
          <w:p/>
        </w:tc>
        <w:tc>
          <w:tcPr>
            <w:tcW w:type="dxa" w:w="1872"/>
            <w:vAlign w:val="center"/>
            <w:tcBorders>
              <w:top w:val="dashed" w:sz="8" w:color="5E5468"/>
              <w:left w:val="dashed" w:sz="8" w:color="5E5468"/>
              <w:bottom w:val="dashed" w:sz="8" w:color="5E5468"/>
              <w:right w:val="dashed" w:sz="8" w:color="5E5468"/>
            </w:tcBorders>
          </w:tcPr>
          <w:p>
            <w:pPr>
              <w:jc w:val="center"/>
            </w:pPr>
            <w:r>
              <w:rPr>
                <w:rFonts w:ascii="Arial" w:hAnsi="Arial"/>
                <w:color w:val="5E5468"/>
                <w:sz w:val="17"/>
              </w:rPr>
              <w:t>Paste your QR code here</w:t>
            </w:r>
          </w:p>
          <w:p>
            <w:pPr>
              <w:jc w:val="center"/>
            </w:pPr>
            <w:r>
              <w:rPr>
                <w:rFonts w:ascii="Arial" w:hAnsi="Arial"/>
                <w:i/>
                <w:color w:val="5E5468"/>
                <w:sz w:val="16"/>
              </w:rPr>
              <w:t>Scan to sign in on your phone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231A2E"/>
          <w:sz w:val="21"/>
        </w:rPr>
      </w:r>
    </w:p>
    <w:p>
      <w:pPr>
        <w:spacing w:after="80"/>
      </w:pPr>
      <w:r>
        <w:rPr>
          <w:rFonts w:ascii="Arial" w:hAnsi="Arial"/>
          <w:b w:val="0"/>
          <w:i w:val="0"/>
          <w:color w:val="231A2E"/>
          <w:sz w:val="20"/>
        </w:rPr>
        <w:t>Property address: ____________________    Date: ____________________    Hosting agent: 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rPr>
          <w:tblHeader w:val="true"/>
        </w:trPr>
        <w:tc>
          <w:tcPr>
            <w:tcW w:type="dxa" w:w="497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#</w:t>
            </w:r>
          </w:p>
        </w:tc>
        <w:tc>
          <w:tcPr>
            <w:tcW w:type="dxa" w:w="1888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Name (print)</w:t>
            </w:r>
          </w:p>
        </w:tc>
        <w:tc>
          <w:tcPr>
            <w:tcW w:type="dxa" w:w="1391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Phone</w:t>
            </w:r>
          </w:p>
        </w:tc>
        <w:tc>
          <w:tcPr>
            <w:tcW w:type="dxa" w:w="2186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Email</w:t>
            </w:r>
          </w:p>
        </w:tc>
        <w:tc>
          <w:tcPr>
            <w:tcW w:type="dxa" w:w="1292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Working with an agent? (Yes or No)</w:t>
            </w:r>
          </w:p>
        </w:tc>
        <w:tc>
          <w:tcPr>
            <w:tcW w:type="dxa" w:w="1490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How did you hear about this home?</w:t>
            </w:r>
          </w:p>
        </w:tc>
        <w:tc>
          <w:tcPr>
            <w:tcW w:type="dxa" w:w="1192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18"/>
              </w:rPr>
              <w:t>OK to follow up? (Yes or No)</w:t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580" w:hRule="atLeast"/>
        </w:trPr>
        <w:tc>
          <w:tcPr>
            <w:tcW w:type="dxa" w:w="497"/>
          </w:tcPr>
          <w:p>
            <w:r/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1888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391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86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2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0"/>
          </w:tcPr>
          <w:p>
            <w:r/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2"/>
          </w:tcPr>
          <w:p>
            <w:r/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Made by HornetForms, https://hornetforms.com/blog/sign-in-sheet-template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house sign-in 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