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12"/>
        <w:gridCol w:w="3312"/>
        <w:gridCol w:w="3312"/>
      </w:tblGrid>
      <w:tr>
        <w:trPr>
          <w:trHeight w:val="1800" w:hRule="atLeast"/>
        </w:trPr>
        <w:tc>
          <w:tcPr>
            <w:tcW w:type="dxa" w:w="7848"/>
          </w:tcPr>
          <w:p>
            <w:r>
              <w:rPr>
                <w:rFonts w:ascii="Arial" w:hAnsi="Arial"/>
                <w:b/>
                <w:color w:val="231A2E"/>
                <w:sz w:val="44"/>
              </w:rPr>
              <w:t>Meeting sign-in sheet</w:t>
            </w:r>
          </w:p>
          <w:p>
            <w:r>
              <w:rPr>
                <w:rFonts w:ascii="Arial" w:hAnsi="Arial"/>
                <w:b w:val="0"/>
                <w:i/>
                <w:color w:val="5E5468"/>
                <w:sz w:val="20"/>
              </w:rPr>
              <w:t>Please print your name and add your details so we can send the notes and follow-ups.</w:t>
            </w:r>
          </w:p>
          <w:p>
            <w:r>
              <w:rPr>
                <w:rFonts w:ascii="Arial" w:hAnsi="Arial"/>
                <w:b/>
                <w:i w:val="0"/>
                <w:color w:val="5E5468"/>
                <w:sz w:val="18"/>
              </w:rPr>
              <w:t>Public meeting? Signing this sheet is voluntary, and you may attend whether or not you sign.</w:t>
            </w:r>
          </w:p>
        </w:tc>
        <w:tc>
          <w:tcPr>
            <w:tcW w:type="dxa" w:w="216"/>
          </w:tcPr>
          <w:p/>
        </w:tc>
        <w:tc>
          <w:tcPr>
            <w:tcW w:type="dxa" w:w="1872"/>
            <w:vAlign w:val="center"/>
            <w:tcBorders>
              <w:top w:val="dashed" w:sz="8" w:color="5E5468"/>
              <w:left w:val="dashed" w:sz="8" w:color="5E5468"/>
              <w:bottom w:val="dashed" w:sz="8" w:color="5E5468"/>
              <w:right w:val="dashed" w:sz="8" w:color="5E5468"/>
            </w:tcBorders>
          </w:tcPr>
          <w:p>
            <w:pPr>
              <w:jc w:val="center"/>
            </w:pPr>
            <w:r>
              <w:rPr>
                <w:rFonts w:ascii="Arial" w:hAnsi="Arial"/>
                <w:color w:val="5E5468"/>
                <w:sz w:val="17"/>
              </w:rPr>
              <w:t>Paste your QR code here</w:t>
            </w:r>
          </w:p>
          <w:p>
            <w:pPr>
              <w:jc w:val="center"/>
            </w:pPr>
            <w:r>
              <w:rPr>
                <w:rFonts w:ascii="Arial" w:hAnsi="Arial"/>
                <w:i/>
                <w:color w:val="5E5468"/>
                <w:sz w:val="16"/>
              </w:rPr>
              <w:t>Scan to sign in on your phone</w:t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231A2E"/>
          <w:sz w:val="21"/>
        </w:rPr>
      </w:r>
    </w:p>
    <w:p>
      <w:pPr>
        <w:spacing w:after="80"/>
      </w:pPr>
      <w:r>
        <w:rPr>
          <w:rFonts w:ascii="Arial" w:hAnsi="Arial"/>
          <w:b w:val="0"/>
          <w:i w:val="0"/>
          <w:color w:val="231A2E"/>
          <w:sz w:val="20"/>
        </w:rPr>
        <w:t>Meeting: ____________________    Date: ____________________    Location: ____________________    Host or chair: 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rPr>
          <w:tblHeader w:val="true"/>
        </w:trPr>
        <w:tc>
          <w:tcPr>
            <w:tcW w:type="dxa" w:w="497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#</w:t>
            </w:r>
          </w:p>
        </w:tc>
        <w:tc>
          <w:tcPr>
            <w:tcW w:type="dxa" w:w="2385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Name (print)</w:t>
            </w:r>
          </w:p>
        </w:tc>
        <w:tc>
          <w:tcPr>
            <w:tcW w:type="dxa" w:w="1987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Organization or role</w:t>
            </w:r>
          </w:p>
        </w:tc>
        <w:tc>
          <w:tcPr>
            <w:tcW w:type="dxa" w:w="2583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Email</w:t>
            </w:r>
          </w:p>
        </w:tc>
        <w:tc>
          <w:tcPr>
            <w:tcW w:type="dxa" w:w="1490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Phone</w:t>
            </w:r>
          </w:p>
        </w:tc>
        <w:tc>
          <w:tcPr>
            <w:tcW w:type="dxa" w:w="994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Initials</w:t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9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11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13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14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15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16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17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18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19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20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5E5468"/>
          <w:sz w:val="16"/>
        </w:rPr>
        <w:t>Made by HornetForms, https://hornetforms.com/blog/sign-in-sheet-template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31A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sign-in sheet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