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12"/>
        <w:gridCol w:w="3312"/>
        <w:gridCol w:w="3312"/>
      </w:tblGrid>
      <w:tr>
        <w:trPr>
          <w:trHeight w:val="1800" w:hRule="atLeast"/>
        </w:trPr>
        <w:tc>
          <w:tcPr>
            <w:tcW w:type="dxa" w:w="7848"/>
          </w:tcPr>
          <w:p>
            <w:r>
              <w:rPr>
                <w:rFonts w:ascii="Arial" w:hAnsi="Arial"/>
                <w:b/>
                <w:color w:val="231A2E"/>
                <w:sz w:val="44"/>
              </w:rPr>
              <w:t>Class sign-in sheet</w:t>
            </w:r>
          </w:p>
          <w:p>
            <w:r>
              <w:rPr>
                <w:rFonts w:ascii="Arial" w:hAnsi="Arial"/>
                <w:b w:val="0"/>
                <w:i/>
                <w:color w:val="5E5468"/>
                <w:sz w:val="20"/>
              </w:rPr>
              <w:t>Please print your name and the time you arrive. Add the time you leave and your initials before you go.</w:t>
            </w:r>
          </w:p>
        </w:tc>
        <w:tc>
          <w:tcPr>
            <w:tcW w:type="dxa" w:w="216"/>
          </w:tcPr>
          <w:p/>
        </w:tc>
        <w:tc>
          <w:tcPr>
            <w:tcW w:type="dxa" w:w="1872"/>
            <w:vAlign w:val="center"/>
            <w:tcBorders>
              <w:top w:val="dashed" w:sz="8" w:color="5E5468"/>
              <w:left w:val="dashed" w:sz="8" w:color="5E5468"/>
              <w:bottom w:val="dashed" w:sz="8" w:color="5E5468"/>
              <w:right w:val="dashed" w:sz="8" w:color="5E5468"/>
            </w:tcBorders>
          </w:tcPr>
          <w:p>
            <w:pPr>
              <w:jc w:val="center"/>
            </w:pPr>
            <w:r>
              <w:rPr>
                <w:rFonts w:ascii="Arial" w:hAnsi="Arial"/>
                <w:color w:val="5E5468"/>
                <w:sz w:val="17"/>
              </w:rPr>
              <w:t>Paste your QR code here</w:t>
            </w:r>
          </w:p>
          <w:p>
            <w:pPr>
              <w:jc w:val="center"/>
            </w:pPr>
            <w:r>
              <w:rPr>
                <w:rFonts w:ascii="Arial" w:hAnsi="Arial"/>
                <w:i/>
                <w:color w:val="5E5468"/>
                <w:sz w:val="16"/>
              </w:rPr>
              <w:t>Scan to sign in on your phone</w:t>
            </w:r>
          </w:p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231A2E"/>
          <w:sz w:val="21"/>
        </w:rPr>
      </w:r>
    </w:p>
    <w:p>
      <w:pPr>
        <w:spacing w:after="80"/>
      </w:pPr>
      <w:r>
        <w:rPr>
          <w:rFonts w:ascii="Arial" w:hAnsi="Arial"/>
          <w:b w:val="0"/>
          <w:i w:val="0"/>
          <w:color w:val="231A2E"/>
          <w:sz w:val="20"/>
        </w:rPr>
        <w:t>Class or session: ____________________    Date: ____________________    Teacher or trainer: ____________________    Room: 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rPr>
          <w:tblHeader w:val="true"/>
        </w:trPr>
        <w:tc>
          <w:tcPr>
            <w:tcW w:type="dxa" w:w="497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18"/>
              </w:rPr>
              <w:t>#</w:t>
            </w:r>
          </w:p>
        </w:tc>
        <w:tc>
          <w:tcPr>
            <w:tcW w:type="dxa" w:w="3180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18"/>
              </w:rPr>
              <w:t>Name (print)</w:t>
            </w:r>
          </w:p>
        </w:tc>
        <w:tc>
          <w:tcPr>
            <w:tcW w:type="dxa" w:w="2683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18"/>
              </w:rPr>
              <w:t>Email or phone</w:t>
            </w:r>
          </w:p>
        </w:tc>
        <w:tc>
          <w:tcPr>
            <w:tcW w:type="dxa" w:w="1192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18"/>
              </w:rPr>
              <w:t>Time in</w:t>
            </w:r>
          </w:p>
        </w:tc>
        <w:tc>
          <w:tcPr>
            <w:tcW w:type="dxa" w:w="1192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18"/>
              </w:rPr>
              <w:t>Time out</w:t>
            </w:r>
          </w:p>
        </w:tc>
        <w:tc>
          <w:tcPr>
            <w:tcW w:type="dxa" w:w="1192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18"/>
              </w:rPr>
              <w:t>Initials</w:t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6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6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6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6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5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6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6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6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7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6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8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6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9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6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10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6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11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6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12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6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13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6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14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6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15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6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16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6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17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6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18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6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19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6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4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20</w:t>
            </w:r>
          </w:p>
        </w:tc>
        <w:tc>
          <w:tcPr>
            <w:tcW w:type="dxa" w:w="318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683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5E5468"/>
          <w:sz w:val="16"/>
        </w:rPr>
        <w:t>Made by HornetForms, https://hornetforms.com/blog/sign-in-sheet-template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31A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sign-in sheet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