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[Scholarship name] application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[Year]. [Number] awards of [$1,000] for [who can apply, for example graduating seniors from (county) high schools]. Applications close on [date] at [time].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Can you apply?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You can apply if all of these are true: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 ] You are [a graduating senior / a current student] at [school or area].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 ] You will enroll in [a two-year college, four-year college or trade program] in [term and year].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 ] [Any other rule, for example a minimum grade point average of 2.5, or a link to our club or company.]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Questions? Contact [name] at [email or phone] before [date].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we choose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At least two volunteer readers score every complete application from 0 to 4 on each part below. Each part carries a weight: Essay (25%), Academic record (20%), Financial need (20%), Activities and service (15%), Recommendation (10%), Goals and fit (10%).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Readers who know an applicant personally step out of that application.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tell every applicant the result by [date]. We pay awards to your school, not to you, once you enroll.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Applying is free. We will never ask you for a fee or for bank details to apply.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Full name, and the name you go by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 you check often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Mailing address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School and plans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Current school and year you finish (or finished)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Grade point average, as it appears on your transcript (unweighted if you have both)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School or program you plan to attend in [term]. Have you been accepted?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you plan to study, or the career you are working toward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 will attend: [ ] Full time   [ ] Part time   [ ] Not sure yet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Activities, work and service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List up to six things you do outside class: clubs, sports, jobs, caring for family, volunteering, faith groups. Caring for a younger brother after school counts.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46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Activity</w:t>
            </w:r>
          </w:p>
        </w:tc>
        <w:tc>
          <w:tcPr>
            <w:tcW w:type="dxa" w:w="278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Your role</w:t>
            </w:r>
          </w:p>
        </w:tc>
        <w:tc>
          <w:tcPr>
            <w:tcW w:type="dxa" w:w="139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Hours a week</w:t>
            </w:r>
          </w:p>
        </w:tc>
        <w:tc>
          <w:tcPr>
            <w:tcW w:type="dxa" w:w="111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Years</w:t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1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Awards and achievements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Up to three things you are proud of, in or out of school. Say what you did, not only the title of the award.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Paying for school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Answer this section only if the box above lists financial need as a part we score.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In a few sentences: how will you pay for school, and what would this award change for you?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Other scholarships or grants you have been offered for [year], with amounts if you know them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Essay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Pick one prompt and write [300 to 500] words. Readers want your own voice and real examples, not a perfect essay.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Tell us about a time you had to figure something out on your own. What did you do, and what would you do differently now?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What is a problem in [your town or school] you would like to help fix? What have you already tried?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[Write your own prompt here, linked to the purpose of the scholarship.]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7. Your recommendation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a teacher, coach, employer or community leader who is not a family member. Give them the recommendation form on the next page at least two weeks before the close date.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Recommender's name and how they know you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Recommender's email or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8. What to send with this application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Your most recent transcript (an unofficial copy is fine) (required)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One letter of recommendation, or the recommendation form, sent by your recommender (required)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Your acceptance letter or proof of enrollment, if you have it (optional)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[Anything else, such as a resume or portfolio link] (optional)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9. Sign your application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By signing, you confirm that your answers are true and that the essay is your own work.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you win, may we share your name, school and photo in our announcement?   [ ] Yes   [ ] Name and school only   [ ] No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signature and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Parent or guardian signature and date (if you are under 18)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[Scholarship name] recommendation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For the person recommending the applicant. Please return it to [email or address] by [date].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Applicant's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name, role and organization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long, and in what setting, have you known the applicant?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35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Rate the applicant on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Below most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Like most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Above most</w:t>
            </w:r>
          </w:p>
        </w:tc>
        <w:tc>
          <w:tcPr>
            <w:tcW w:type="dxa" w:w="159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One of the best I have known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Cannot say</w:t>
            </w:r>
          </w:p>
        </w:tc>
      </w:tr>
      <w:tr>
        <w:trPr>
          <w:trHeight w:val="480"/>
        </w:trPr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Follows through on what they start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Works well with others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Bounces back after a setback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Curiosity and effort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Tell us about one moment that shows who this student is.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Anything else the readers should know?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signature, date and best contact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Reader score 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One sheet per reader per applicant. Score each part from 0 to 4.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Applicant 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Reader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know this applicant or their family personally? [ ] No   [ ] Yes: stop here and tell the chair. Do not score this one.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43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Part</w:t>
            </w:r>
          </w:p>
        </w:tc>
        <w:tc>
          <w:tcPr>
            <w:tcW w:type="dxa" w:w="103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Weight</w:t>
            </w:r>
          </w:p>
        </w:tc>
        <w:tc>
          <w:tcPr>
            <w:tcW w:type="dxa" w:w="1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 (0 to 4)</w:t>
            </w:r>
          </w:p>
        </w:tc>
        <w:tc>
          <w:tcPr>
            <w:tcW w:type="dxa" w:w="140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Weight x score</w:t>
            </w:r>
          </w:p>
        </w:tc>
        <w:tc>
          <w:tcPr>
            <w:tcW w:type="dxa" w:w="374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Essay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25%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Academic record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Financial need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Activities and service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Recommendation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Goals and fit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43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Total</w:t>
            </w:r>
          </w:p>
        </w:tc>
        <w:tc>
          <w:tcPr>
            <w:tcW w:type="dxa" w:w="103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100%</w:t>
            </w:r>
          </w:p>
        </w:tc>
        <w:tc>
          <w:tcPr>
            <w:tcW w:type="dxa" w:w="1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74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Out of 100: add up weight x score for each part (use 25 for 25%, and so on), then divide by 4. Example: Essay 3 x 25 = 75. The scholarship scoring rubric spreadsheet does this for you.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What each score means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89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Part</w:t>
            </w:r>
          </w:p>
        </w:tc>
        <w:tc>
          <w:tcPr>
            <w:tcW w:type="dxa" w:w="223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0</w:t>
            </w:r>
          </w:p>
        </w:tc>
        <w:tc>
          <w:tcPr>
            <w:tcW w:type="dxa" w:w="267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2</w:t>
            </w:r>
          </w:p>
        </w:tc>
        <w:tc>
          <w:tcPr>
            <w:tcW w:type="dxa" w:w="312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4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Essay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essay, or it does not answer the prompt.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Answers the prompt with one example, but the point is hard to follow.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Clear, specific and personal: you learn something the rest of the form does not show.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Academic record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transcript.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Meets your minimum.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strong record, or a clear rise, with challenging courses for that school.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Financial need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Section left empty.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Some need is described, but other aid seems to cover most costs.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Clear, specific need, and the award would decide whether or how the student enrolls.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Activities and service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Nothing listed.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Some roles and hours, with little commitment over time.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commitment and a visible effect on others: leading, teaching, caring or building.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Recommendation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recommendation received.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Positive, with one general example.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Specific, vivid examples, and the recommender clearly knows the student well.</w:t>
            </w:r>
          </w:p>
        </w:tc>
      </w:tr>
      <w:tr>
        <w:trPr>
          <w:trHeight w:val="480"/>
        </w:trPr>
        <w:tc>
          <w:tcPr>
            <w:tcW w:type="dxa" w:w="1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Goals and fit</w:t>
            </w:r>
          </w:p>
        </w:tc>
        <w:tc>
          <w:tcPr>
            <w:tcW w:type="dxa" w:w="223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plans given.</w:t>
            </w:r>
          </w:p>
        </w:tc>
        <w:tc>
          <w:tcPr>
            <w:tcW w:type="dxa" w:w="267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Plans are named, with a loose link to the scholarship.</w:t>
            </w:r>
          </w:p>
        </w:tc>
        <w:tc>
          <w:tcPr>
            <w:tcW w:type="dxa" w:w="31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Clear, realistic plans with first steps taken, and a strong match with the purpose.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1 sits between 0 and 2, and 3 sits between 2 and 4. The spreadsheet's Rubric tab has all five anchors for each part.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For the committee: before you open applications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in every [square bracket]: the scholarship name, amounts, dates, rules and contact.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Agree on the parts, weights and anchors before the first application arrives, and keep them for the whole round.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Cut what you will not score. If financial need does not count, delete section 5.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Keep applying free. Never charge an application fee or ask for bank details.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Give recommenders at least two weeks, and accept their letter straight from them.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readers to say if they know an applicant before they score, and to step out of that one.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Have at least two readers score each applicant on their own, then compare. Talk through any applicant where their totals sit far apart.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Pay awards to the winner's school, with the student's name and ID on the payment, and remind winners to tell their school's financial aid office about the award.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Tell every applicant the result, including the ones who did not win.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Check your own rules, the donor's wishes and any tax questions with your adviser before you set eligibility rules.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Want to take applications online? The post at hornetforms.com/blog/scholarship-application-form shows how to turn these questions into a form with file uploads for transcripts, eligibility questions, a close date and a spreadsheet for your readers.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https://hornetforms.com/blog/scholarship-application-form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template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