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cs="Arial" w:eastAsia="Arial"/>
          <w:b/>
          <w:i w:val="0"/>
          <w:color w:val="231A2E"/>
          <w:sz w:val="44"/>
        </w:rPr>
        <w:t>Feedback questionnaire</w:t>
      </w:r>
    </w:p>
    <w:p>
      <w:pPr>
        <w:spacing w:after="200"/>
      </w:pPr>
      <w:r>
        <w:rPr>
          <w:rFonts w:ascii="Arial" w:hAnsi="Arial" w:cs="Arial" w:eastAsia="Arial"/>
          <w:b w:val="0"/>
          <w:i w:val="0"/>
          <w:color w:val="5E5468"/>
          <w:sz w:val="22"/>
        </w:rPr>
        <w:t>A free questionnaire template you can edit. 12 questions in four sections, about five minutes to answer.</w:t>
      </w:r>
    </w:p>
    <w:tbl>
      <w:tblPr>
        <w:tblW w:type="auto" w:w="0"/>
        <w:tblLook w:firstColumn="1" w:firstRow="1" w:lastColumn="0" w:lastRow="0" w:noHBand="0" w:noVBand="1" w:val="04A0"/>
        <w:tblBorders>
          <w:top w:val="single" w:sz="4" w:color="231A2E"/>
          <w:left w:val="single" w:sz="4" w:color="231A2E"/>
          <w:bottom w:val="single" w:sz="4" w:color="231A2E"/>
          <w:right w:val="single" w:sz="4" w:color="231A2E"/>
          <w:insideH w:val="single" w:sz="4" w:color="231A2E"/>
          <w:insideV w:val="single" w:sz="4" w:color="231A2E"/>
        </w:tblBorders>
      </w:tblPr>
      <w:tblGrid>
        <w:gridCol w:w="9936"/>
      </w:tblGrid>
      <w:tr>
        <w:tc>
          <w:tcPr>
            <w:tcW w:type="dxa" w:w="9936"/>
            <w:shd w:val="clear" w:color="auto" w:fill="E4DEFA"/>
          </w:tcPr>
          <w:p>
            <w:r/>
            <w:r>
              <w:rPr>
                <w:rFonts w:ascii="Arial" w:hAnsi="Arial" w:cs="Arial" w:eastAsia="Arial"/>
                <w:b/>
                <w:i w:val="0"/>
                <w:color w:val="231A2E"/>
                <w:sz w:val="22"/>
              </w:rPr>
              <w:t>How to use this template</w:t>
            </w:r>
          </w:p>
          <w:p>
            <w:r>
              <w:rPr>
                <w:rFonts w:ascii="Arial" w:hAnsi="Arial" w:cs="Arial" w:eastAsia="Arial"/>
                <w:b w:val="0"/>
                <w:i w:val="0"/>
                <w:color w:val="231A2E"/>
                <w:sz w:val="20"/>
              </w:rPr>
              <w:t>1. Keep one of the three introductions below and delete the other two.</w:t>
            </w:r>
          </w:p>
          <w:p>
            <w:r>
              <w:rPr>
                <w:rFonts w:ascii="Arial" w:hAnsi="Arial" w:cs="Arial" w:eastAsia="Arial"/>
                <w:b w:val="0"/>
                <w:i w:val="0"/>
                <w:color w:val="231A2E"/>
                <w:sz w:val="20"/>
              </w:rPr>
              <w:t>2. Replace everything in [square brackets] with your own details.</w:t>
            </w:r>
          </w:p>
          <w:p>
            <w:r>
              <w:rPr>
                <w:rFonts w:ascii="Arial" w:hAnsi="Arial" w:cs="Arial" w:eastAsia="Arial"/>
                <w:b w:val="0"/>
                <w:i w:val="0"/>
                <w:color w:val="231A2E"/>
                <w:sz w:val="20"/>
              </w:rPr>
              <w:t>3. Delete any question you will not act on. A shorter questionnaire is quicker to answer.</w:t>
            </w:r>
          </w:p>
          <w:p>
            <w:r>
              <w:rPr>
                <w:rFonts w:ascii="Arial" w:hAnsi="Arial" w:cs="Arial" w:eastAsia="Arial"/>
                <w:b w:val="0"/>
                <w:i w:val="0"/>
                <w:color w:val="231A2E"/>
                <w:sz w:val="20"/>
              </w:rPr>
              <w:t>4. The table at the end lists the answer type for each question, so you can rebuild it as an online form.</w:t>
            </w:r>
          </w:p>
        </w:tc>
      </w:tr>
    </w:tbl>
    <w:p>
      <w:pPr>
        <w:spacing w:after="40"/>
      </w:pPr>
    </w:p>
    <w:p>
      <w:pPr>
        <w:keepNext/>
        <w:spacing w:before="240" w:after="80"/>
      </w:pPr>
      <w:r>
        <w:rPr>
          <w:rFonts w:ascii="Arial" w:hAnsi="Arial" w:cs="Arial" w:eastAsia="Arial"/>
          <w:b/>
          <w:i w:val="0"/>
          <w:color w:val="231A2E"/>
          <w:sz w:val="28"/>
        </w:rPr>
        <w:t>Introduction (keep one)</w:t>
      </w:r>
    </w:p>
    <w:p>
      <w:pPr>
        <w:keepNext/>
        <w:spacing w:before="160" w:after="40"/>
      </w:pPr>
      <w:r>
        <w:rPr>
          <w:rFonts w:ascii="Arial" w:hAnsi="Arial" w:cs="Arial" w:eastAsia="Arial"/>
          <w:b/>
          <w:i w:val="0"/>
          <w:color w:val="231A2E"/>
          <w:sz w:val="22"/>
        </w:rPr>
        <w:t>Option A: customers</w:t>
      </w:r>
    </w:p>
    <w:p>
      <w:pPr>
        <w:spacing w:after="100"/>
      </w:pPr>
      <w:r>
        <w:rPr>
          <w:rFonts w:ascii="Arial" w:hAnsi="Arial" w:cs="Arial" w:eastAsia="Arial"/>
          <w:b w:val="0"/>
          <w:i w:val="0"/>
          <w:color w:val="231A2E"/>
          <w:sz w:val="20"/>
        </w:rPr>
        <w:t>Thanks for choosing [business name]. We'd love to hear how we're doing. This questionnaire has 12 short questions and takes about five minutes. We read every answer and use them to decide what to fix first and what to keep. Please reply by [date]. Questions about it? Email [contact email].</w:t>
      </w:r>
    </w:p>
    <w:p>
      <w:pPr>
        <w:keepNext/>
        <w:spacing w:before="160" w:after="40"/>
      </w:pPr>
      <w:r>
        <w:rPr>
          <w:rFonts w:ascii="Arial" w:hAnsi="Arial" w:cs="Arial" w:eastAsia="Arial"/>
          <w:b/>
          <w:i w:val="0"/>
          <w:color w:val="231A2E"/>
          <w:sz w:val="22"/>
        </w:rPr>
        <w:t>Option B: members or a community</w:t>
      </w:r>
    </w:p>
    <w:p>
      <w:pPr>
        <w:spacing w:after="100"/>
      </w:pPr>
      <w:r>
        <w:rPr>
          <w:rFonts w:ascii="Arial" w:hAnsi="Arial" w:cs="Arial" w:eastAsia="Arial"/>
          <w:b w:val="0"/>
          <w:i w:val="0"/>
          <w:color w:val="231A2E"/>
          <w:sz w:val="20"/>
        </w:rPr>
        <w:t>Hi [first name]. As a member of [group name], you help decide what we do next. These questions take about five minutes. We will share a summary of what we heard at [next meeting or in the next newsletter] and use your answers to plan [the next season]. Please reply by [date].</w:t>
      </w:r>
    </w:p>
    <w:p>
      <w:pPr>
        <w:keepNext/>
        <w:spacing w:before="160" w:after="40"/>
      </w:pPr>
      <w:r>
        <w:rPr>
          <w:rFonts w:ascii="Arial" w:hAnsi="Arial" w:cs="Arial" w:eastAsia="Arial"/>
          <w:b/>
          <w:i w:val="0"/>
          <w:color w:val="231A2E"/>
          <w:sz w:val="22"/>
        </w:rPr>
        <w:t>Option C: an event or course</w:t>
      </w:r>
    </w:p>
    <w:p>
      <w:pPr>
        <w:spacing w:after="100"/>
      </w:pPr>
      <w:r>
        <w:rPr>
          <w:rFonts w:ascii="Arial" w:hAnsi="Arial" w:cs="Arial" w:eastAsia="Arial"/>
          <w:b w:val="0"/>
          <w:i w:val="0"/>
          <w:color w:val="231A2E"/>
          <w:sz w:val="20"/>
        </w:rPr>
        <w:t>Thanks for joining [event or course name] on [date]. Tell us what worked and what didn't, so the next one is better. It takes about five minutes. We will use your answers to plan [the next event or course]. Please reply by [date]. Questions? Contact [name] at [email].</w:t>
      </w:r>
    </w:p>
    <w:p>
      <w:pPr>
        <w:keepNext/>
        <w:spacing w:before="240" w:after="80"/>
      </w:pPr>
      <w:r>
        <w:rPr>
          <w:rFonts w:ascii="Arial" w:hAnsi="Arial" w:cs="Arial" w:eastAsia="Arial"/>
          <w:b/>
          <w:i w:val="0"/>
          <w:color w:val="231A2E"/>
          <w:sz w:val="28"/>
        </w:rPr>
        <w:t>Section 1: About you</w:t>
      </w:r>
    </w:p>
    <w:p>
      <w:pPr>
        <w:keepNext/>
        <w:spacing w:before="160" w:after="40"/>
      </w:pPr>
      <w:r>
        <w:rPr>
          <w:rFonts w:ascii="Arial" w:hAnsi="Arial" w:cs="Arial" w:eastAsia="Arial"/>
          <w:b/>
          <w:i w:val="0"/>
          <w:color w:val="231A2E"/>
          <w:sz w:val="22"/>
        </w:rPr>
        <w:t>1. How did you first hear about us? (pick one)</w:t>
      </w:r>
    </w:p>
    <w:p>
      <w:pPr>
        <w:spacing w:after="100"/>
      </w:pPr>
      <w:r>
        <w:rPr>
          <w:rFonts w:ascii="Arial" w:hAnsi="Arial" w:cs="Arial" w:eastAsia="Arial"/>
          <w:b w:val="0"/>
          <w:i w:val="0"/>
          <w:color w:val="231A2E"/>
          <w:sz w:val="20"/>
        </w:rPr>
        <w:t>[   ] Friend or colleague      [   ] Search engine      [   ] Social media      [   ] Event</w:t>
      </w:r>
    </w:p>
    <w:p>
      <w:pPr>
        <w:spacing w:after="100"/>
      </w:pPr>
      <w:r>
        <w:rPr>
          <w:rFonts w:ascii="Arial" w:hAnsi="Arial" w:cs="Arial" w:eastAsia="Arial"/>
          <w:b w:val="0"/>
          <w:i w:val="0"/>
          <w:color w:val="231A2E"/>
          <w:sz w:val="20"/>
        </w:rPr>
        <w:t>[   ] Other: ______________________________</w:t>
      </w:r>
    </w:p>
    <w:p>
      <w:pPr>
        <w:keepNext/>
        <w:spacing w:before="160" w:after="40"/>
      </w:pPr>
      <w:r>
        <w:rPr>
          <w:rFonts w:ascii="Arial" w:hAnsi="Arial" w:cs="Arial" w:eastAsia="Arial"/>
          <w:b/>
          <w:i w:val="0"/>
          <w:color w:val="231A2E"/>
          <w:sz w:val="22"/>
        </w:rPr>
        <w:t>2. How long have you been with us? (pick one)</w:t>
      </w:r>
    </w:p>
    <w:p>
      <w:pPr>
        <w:spacing w:after="100"/>
      </w:pPr>
      <w:r>
        <w:rPr>
          <w:rFonts w:ascii="Arial" w:hAnsi="Arial" w:cs="Arial" w:eastAsia="Arial"/>
          <w:b w:val="0"/>
          <w:i w:val="0"/>
          <w:color w:val="231A2E"/>
          <w:sz w:val="20"/>
        </w:rPr>
        <w:t>[   ] Less than a year      [   ] 1 to 3 years      [   ] More than 3 years</w:t>
      </w:r>
    </w:p>
    <w:p>
      <w:pPr>
        <w:keepNext/>
        <w:spacing w:before="240" w:after="80"/>
      </w:pPr>
      <w:r>
        <w:rPr>
          <w:rFonts w:ascii="Arial" w:hAnsi="Arial" w:cs="Arial" w:eastAsia="Arial"/>
          <w:b/>
          <w:i w:val="0"/>
          <w:color w:val="231A2E"/>
          <w:sz w:val="28"/>
        </w:rPr>
        <w:t>Section 2: Your experience</w:t>
      </w:r>
    </w:p>
    <w:p>
      <w:pPr>
        <w:keepNext/>
        <w:spacing w:before="160" w:after="40"/>
      </w:pPr>
      <w:r>
        <w:rPr>
          <w:rFonts w:ascii="Arial" w:hAnsi="Arial" w:cs="Arial" w:eastAsia="Arial"/>
          <w:b/>
          <w:i w:val="0"/>
          <w:color w:val="231A2E"/>
          <w:sz w:val="22"/>
        </w:rPr>
        <w:t>3. Overall, how satisfied are you?</w:t>
      </w:r>
    </w:p>
    <w:tbl>
      <w:tblPr>
        <w:tblW w:type="auto" w:w="0"/>
        <w:tblLayout w:type="fixed"/>
        <w:tblLook w:firstColumn="1" w:firstRow="1" w:lastColumn="0" w:lastRow="0" w:noHBand="0" w:noVBand="1" w:val="04A0"/>
        <w:tblBorders>
          <w:top w:val="single" w:sz="4" w:color="C9C1D3"/>
          <w:left w:val="single" w:sz="4" w:color="C9C1D3"/>
          <w:bottom w:val="single" w:sz="4" w:color="C9C1D3"/>
          <w:right w:val="single" w:sz="4" w:color="C9C1D3"/>
          <w:insideH w:val="single" w:sz="4" w:color="C9C1D3"/>
          <w:insideV w:val="single" w:sz="4" w:color="C9C1D3"/>
        </w:tblBorders>
      </w:tblPr>
      <w:tblGrid>
        <w:gridCol w:w="1987"/>
        <w:gridCol w:w="1987"/>
        <w:gridCol w:w="1987"/>
        <w:gridCol w:w="1987"/>
        <w:gridCol w:w="1987"/>
      </w:tblGrid>
      <w:tr>
        <w:tc>
          <w:tcPr>
            <w:tcW w:type="dxa" w:w="1987"/>
            <w:shd w:val="clear" w:color="auto" w:fill="231A2E"/>
          </w:tcPr>
          <w:p>
            <w:r/>
            <w:r>
              <w:rPr>
                <w:rFonts w:ascii="Arial" w:hAnsi="Arial" w:cs="Arial" w:eastAsia="Arial"/>
                <w:b/>
                <w:i w:val="0"/>
                <w:color w:val="FBF5E9"/>
                <w:sz w:val="18"/>
              </w:rPr>
              <w:t>1</w:t>
            </w:r>
          </w:p>
        </w:tc>
        <w:tc>
          <w:tcPr>
            <w:tcW w:type="dxa" w:w="1987"/>
            <w:shd w:val="clear" w:color="auto" w:fill="231A2E"/>
          </w:tcPr>
          <w:p>
            <w:r/>
            <w:r>
              <w:rPr>
                <w:rFonts w:ascii="Arial" w:hAnsi="Arial" w:cs="Arial" w:eastAsia="Arial"/>
                <w:b/>
                <w:i w:val="0"/>
                <w:color w:val="FBF5E9"/>
                <w:sz w:val="18"/>
              </w:rPr>
              <w:t>2</w:t>
            </w:r>
          </w:p>
        </w:tc>
        <w:tc>
          <w:tcPr>
            <w:tcW w:type="dxa" w:w="1987"/>
            <w:shd w:val="clear" w:color="auto" w:fill="231A2E"/>
          </w:tcPr>
          <w:p>
            <w:r/>
            <w:r>
              <w:rPr>
                <w:rFonts w:ascii="Arial" w:hAnsi="Arial" w:cs="Arial" w:eastAsia="Arial"/>
                <w:b/>
                <w:i w:val="0"/>
                <w:color w:val="FBF5E9"/>
                <w:sz w:val="18"/>
              </w:rPr>
              <w:t>3</w:t>
            </w:r>
          </w:p>
        </w:tc>
        <w:tc>
          <w:tcPr>
            <w:tcW w:type="dxa" w:w="1987"/>
            <w:shd w:val="clear" w:color="auto" w:fill="231A2E"/>
          </w:tcPr>
          <w:p>
            <w:r/>
            <w:r>
              <w:rPr>
                <w:rFonts w:ascii="Arial" w:hAnsi="Arial" w:cs="Arial" w:eastAsia="Arial"/>
                <w:b/>
                <w:i w:val="0"/>
                <w:color w:val="FBF5E9"/>
                <w:sz w:val="18"/>
              </w:rPr>
              <w:t>4</w:t>
            </w:r>
          </w:p>
        </w:tc>
        <w:tc>
          <w:tcPr>
            <w:tcW w:type="dxa" w:w="1987"/>
            <w:shd w:val="clear" w:color="auto" w:fill="231A2E"/>
          </w:tcPr>
          <w:p>
            <w:r/>
            <w:r>
              <w:rPr>
                <w:rFonts w:ascii="Arial" w:hAnsi="Arial" w:cs="Arial" w:eastAsia="Arial"/>
                <w:b/>
                <w:i w:val="0"/>
                <w:color w:val="FBF5E9"/>
                <w:sz w:val="18"/>
              </w:rPr>
              <w:t>5</w:t>
            </w:r>
          </w:p>
        </w:tc>
      </w:tr>
      <w:tr>
        <w:trPr>
          <w:trHeight w:val="480"/>
        </w:trPr>
        <w:tc>
          <w:tcPr>
            <w:tcW w:type="dxa" w:w="1987"/>
          </w:tcPr>
          <w:p>
            <w:r/>
            <w:r>
              <w:rPr>
                <w:rFonts w:ascii="Arial" w:hAnsi="Arial" w:cs="Arial" w:eastAsia="Arial"/>
                <w:b w:val="0"/>
                <w:i w:val="0"/>
                <w:color w:val="231A2E"/>
                <w:sz w:val="18"/>
              </w:rPr>
            </w:r>
          </w:p>
        </w:tc>
        <w:tc>
          <w:tcPr>
            <w:tcW w:type="dxa" w:w="1987"/>
          </w:tcPr>
          <w:p>
            <w:r/>
            <w:r>
              <w:rPr>
                <w:rFonts w:ascii="Arial" w:hAnsi="Arial" w:cs="Arial" w:eastAsia="Arial"/>
                <w:b w:val="0"/>
                <w:i w:val="0"/>
                <w:color w:val="231A2E"/>
                <w:sz w:val="18"/>
              </w:rPr>
            </w:r>
          </w:p>
        </w:tc>
        <w:tc>
          <w:tcPr>
            <w:tcW w:type="dxa" w:w="1987"/>
          </w:tcPr>
          <w:p>
            <w:r/>
            <w:r>
              <w:rPr>
                <w:rFonts w:ascii="Arial" w:hAnsi="Arial" w:cs="Arial" w:eastAsia="Arial"/>
                <w:b w:val="0"/>
                <w:i w:val="0"/>
                <w:color w:val="231A2E"/>
                <w:sz w:val="18"/>
              </w:rPr>
            </w:r>
          </w:p>
        </w:tc>
        <w:tc>
          <w:tcPr>
            <w:tcW w:type="dxa" w:w="1987"/>
          </w:tcPr>
          <w:p>
            <w:r/>
            <w:r>
              <w:rPr>
                <w:rFonts w:ascii="Arial" w:hAnsi="Arial" w:cs="Arial" w:eastAsia="Arial"/>
                <w:b w:val="0"/>
                <w:i w:val="0"/>
                <w:color w:val="231A2E"/>
                <w:sz w:val="18"/>
              </w:rPr>
            </w:r>
          </w:p>
        </w:tc>
        <w:tc>
          <w:tcPr>
            <w:tcW w:type="dxa" w:w="1987"/>
          </w:tcPr>
          <w:p>
            <w:r/>
            <w:r>
              <w:rPr>
                <w:rFonts w:ascii="Arial" w:hAnsi="Arial" w:cs="Arial" w:eastAsia="Arial"/>
                <w:b w:val="0"/>
                <w:i w:val="0"/>
                <w:color w:val="231A2E"/>
                <w:sz w:val="18"/>
              </w:rPr>
            </w:r>
          </w:p>
        </w:tc>
      </w:tr>
    </w:tbl>
    <w:p>
      <w:pPr>
        <w:spacing w:after="40"/>
      </w:pPr>
    </w:p>
    <w:p>
      <w:pPr>
        <w:spacing w:after="100"/>
      </w:pPr>
      <w:r>
        <w:rPr>
          <w:rFonts w:ascii="Arial" w:hAnsi="Arial" w:cs="Arial" w:eastAsia="Arial"/>
          <w:b w:val="0"/>
          <w:i/>
          <w:color w:val="5E5468"/>
          <w:sz w:val="17"/>
        </w:rPr>
        <w:t>1 = Very unsatisfied, 5 = Very satisfied. Tick one box.</w:t>
      </w:r>
    </w:p>
    <w:p>
      <w:pPr>
        <w:keepNext/>
        <w:spacing w:before="160" w:after="40"/>
      </w:pPr>
      <w:r>
        <w:rPr>
          <w:rFonts w:ascii="Arial" w:hAnsi="Arial" w:cs="Arial" w:eastAsia="Arial"/>
          <w:b/>
          <w:i w:val="0"/>
          <w:color w:val="231A2E"/>
          <w:sz w:val="22"/>
        </w:rPr>
        <w:t>4. On a scale of 1 to 5, how easy was it to get what you needed?</w:t>
      </w:r>
    </w:p>
    <w:tbl>
      <w:tblPr>
        <w:tblW w:type="auto" w:w="0"/>
        <w:tblLayout w:type="fixed"/>
        <w:tblLook w:firstColumn="1" w:firstRow="1" w:lastColumn="0" w:lastRow="0" w:noHBand="0" w:noVBand="1" w:val="04A0"/>
        <w:tblBorders>
          <w:top w:val="single" w:sz="4" w:color="C9C1D3"/>
          <w:left w:val="single" w:sz="4" w:color="C9C1D3"/>
          <w:bottom w:val="single" w:sz="4" w:color="C9C1D3"/>
          <w:right w:val="single" w:sz="4" w:color="C9C1D3"/>
          <w:insideH w:val="single" w:sz="4" w:color="C9C1D3"/>
          <w:insideV w:val="single" w:sz="4" w:color="C9C1D3"/>
        </w:tblBorders>
      </w:tblPr>
      <w:tblGrid>
        <w:gridCol w:w="1987"/>
        <w:gridCol w:w="1987"/>
        <w:gridCol w:w="1987"/>
        <w:gridCol w:w="1987"/>
        <w:gridCol w:w="1987"/>
      </w:tblGrid>
      <w:tr>
        <w:tc>
          <w:tcPr>
            <w:tcW w:type="dxa" w:w="1987"/>
            <w:shd w:val="clear" w:color="auto" w:fill="231A2E"/>
          </w:tcPr>
          <w:p>
            <w:r/>
            <w:r>
              <w:rPr>
                <w:rFonts w:ascii="Arial" w:hAnsi="Arial" w:cs="Arial" w:eastAsia="Arial"/>
                <w:b/>
                <w:i w:val="0"/>
                <w:color w:val="FBF5E9"/>
                <w:sz w:val="18"/>
              </w:rPr>
              <w:t>1</w:t>
            </w:r>
          </w:p>
        </w:tc>
        <w:tc>
          <w:tcPr>
            <w:tcW w:type="dxa" w:w="1987"/>
            <w:shd w:val="clear" w:color="auto" w:fill="231A2E"/>
          </w:tcPr>
          <w:p>
            <w:r/>
            <w:r>
              <w:rPr>
                <w:rFonts w:ascii="Arial" w:hAnsi="Arial" w:cs="Arial" w:eastAsia="Arial"/>
                <w:b/>
                <w:i w:val="0"/>
                <w:color w:val="FBF5E9"/>
                <w:sz w:val="18"/>
              </w:rPr>
              <w:t>2</w:t>
            </w:r>
          </w:p>
        </w:tc>
        <w:tc>
          <w:tcPr>
            <w:tcW w:type="dxa" w:w="1987"/>
            <w:shd w:val="clear" w:color="auto" w:fill="231A2E"/>
          </w:tcPr>
          <w:p>
            <w:r/>
            <w:r>
              <w:rPr>
                <w:rFonts w:ascii="Arial" w:hAnsi="Arial" w:cs="Arial" w:eastAsia="Arial"/>
                <w:b/>
                <w:i w:val="0"/>
                <w:color w:val="FBF5E9"/>
                <w:sz w:val="18"/>
              </w:rPr>
              <w:t>3</w:t>
            </w:r>
          </w:p>
        </w:tc>
        <w:tc>
          <w:tcPr>
            <w:tcW w:type="dxa" w:w="1987"/>
            <w:shd w:val="clear" w:color="auto" w:fill="231A2E"/>
          </w:tcPr>
          <w:p>
            <w:r/>
            <w:r>
              <w:rPr>
                <w:rFonts w:ascii="Arial" w:hAnsi="Arial" w:cs="Arial" w:eastAsia="Arial"/>
                <w:b/>
                <w:i w:val="0"/>
                <w:color w:val="FBF5E9"/>
                <w:sz w:val="18"/>
              </w:rPr>
              <w:t>4</w:t>
            </w:r>
          </w:p>
        </w:tc>
        <w:tc>
          <w:tcPr>
            <w:tcW w:type="dxa" w:w="1987"/>
            <w:shd w:val="clear" w:color="auto" w:fill="231A2E"/>
          </w:tcPr>
          <w:p>
            <w:r/>
            <w:r>
              <w:rPr>
                <w:rFonts w:ascii="Arial" w:hAnsi="Arial" w:cs="Arial" w:eastAsia="Arial"/>
                <w:b/>
                <w:i w:val="0"/>
                <w:color w:val="FBF5E9"/>
                <w:sz w:val="18"/>
              </w:rPr>
              <w:t>5</w:t>
            </w:r>
          </w:p>
        </w:tc>
      </w:tr>
      <w:tr>
        <w:trPr>
          <w:trHeight w:val="480"/>
        </w:trPr>
        <w:tc>
          <w:tcPr>
            <w:tcW w:type="dxa" w:w="1987"/>
          </w:tcPr>
          <w:p>
            <w:r/>
            <w:r>
              <w:rPr>
                <w:rFonts w:ascii="Arial" w:hAnsi="Arial" w:cs="Arial" w:eastAsia="Arial"/>
                <w:b w:val="0"/>
                <w:i w:val="0"/>
                <w:color w:val="231A2E"/>
                <w:sz w:val="18"/>
              </w:rPr>
            </w:r>
          </w:p>
        </w:tc>
        <w:tc>
          <w:tcPr>
            <w:tcW w:type="dxa" w:w="1987"/>
          </w:tcPr>
          <w:p>
            <w:r/>
            <w:r>
              <w:rPr>
                <w:rFonts w:ascii="Arial" w:hAnsi="Arial" w:cs="Arial" w:eastAsia="Arial"/>
                <w:b w:val="0"/>
                <w:i w:val="0"/>
                <w:color w:val="231A2E"/>
                <w:sz w:val="18"/>
              </w:rPr>
            </w:r>
          </w:p>
        </w:tc>
        <w:tc>
          <w:tcPr>
            <w:tcW w:type="dxa" w:w="1987"/>
          </w:tcPr>
          <w:p>
            <w:r/>
            <w:r>
              <w:rPr>
                <w:rFonts w:ascii="Arial" w:hAnsi="Arial" w:cs="Arial" w:eastAsia="Arial"/>
                <w:b w:val="0"/>
                <w:i w:val="0"/>
                <w:color w:val="231A2E"/>
                <w:sz w:val="18"/>
              </w:rPr>
            </w:r>
          </w:p>
        </w:tc>
        <w:tc>
          <w:tcPr>
            <w:tcW w:type="dxa" w:w="1987"/>
          </w:tcPr>
          <w:p>
            <w:r/>
            <w:r>
              <w:rPr>
                <w:rFonts w:ascii="Arial" w:hAnsi="Arial" w:cs="Arial" w:eastAsia="Arial"/>
                <w:b w:val="0"/>
                <w:i w:val="0"/>
                <w:color w:val="231A2E"/>
                <w:sz w:val="18"/>
              </w:rPr>
            </w:r>
          </w:p>
        </w:tc>
        <w:tc>
          <w:tcPr>
            <w:tcW w:type="dxa" w:w="1987"/>
          </w:tcPr>
          <w:p>
            <w:r/>
            <w:r>
              <w:rPr>
                <w:rFonts w:ascii="Arial" w:hAnsi="Arial" w:cs="Arial" w:eastAsia="Arial"/>
                <w:b w:val="0"/>
                <w:i w:val="0"/>
                <w:color w:val="231A2E"/>
                <w:sz w:val="18"/>
              </w:rPr>
            </w:r>
          </w:p>
        </w:tc>
      </w:tr>
    </w:tbl>
    <w:p>
      <w:pPr>
        <w:spacing w:after="40"/>
      </w:pPr>
    </w:p>
    <w:p>
      <w:pPr>
        <w:spacing w:after="100"/>
      </w:pPr>
      <w:r>
        <w:rPr>
          <w:rFonts w:ascii="Arial" w:hAnsi="Arial" w:cs="Arial" w:eastAsia="Arial"/>
          <w:b w:val="0"/>
          <w:i/>
          <w:color w:val="5E5468"/>
          <w:sz w:val="17"/>
        </w:rPr>
        <w:t>1 = Very hard, 5 = Very easy. Tick one box.</w:t>
      </w:r>
    </w:p>
    <w:p>
      <w:pPr>
        <w:keepNext/>
        <w:spacing w:after="20"/>
      </w:pPr>
      <w:r>
        <w:rPr>
          <w:rFonts w:ascii="Arial" w:hAnsi="Arial" w:cs="Arial" w:eastAsia="Arial"/>
          <w:b/>
          <w:i w:val="0"/>
          <w:color w:val="231A2E"/>
          <w:sz w:val="20"/>
        </w:rPr>
        <w:t>5. What did we do well?</w:t>
      </w:r>
    </w:p>
    <w:p>
      <w:pPr>
        <w:spacing w:after="20"/>
      </w:pPr>
      <w:r>
        <w:rPr>
          <w:rFonts w:ascii="Arial" w:hAnsi="Arial" w:cs="Arial" w:eastAsia="Arial"/>
          <w:b w:val="0"/>
          <w:i w:val="0"/>
          <w:color w:val="5E5468"/>
          <w:sz w:val="20"/>
        </w:rPr>
        <w:t>______________________________________________________________________________________</w:t>
      </w:r>
    </w:p>
    <w:p>
      <w:pPr>
        <w:spacing w:after="20"/>
      </w:pPr>
      <w:r>
        <w:rPr>
          <w:rFonts w:ascii="Arial" w:hAnsi="Arial" w:cs="Arial" w:eastAsia="Arial"/>
          <w:b w:val="0"/>
          <w:i w:val="0"/>
          <w:color w:val="5E5468"/>
          <w:sz w:val="20"/>
        </w:rPr>
        <w:t>______________________________________________________________________________________</w:t>
      </w:r>
    </w:p>
    <w:p>
      <w:pPr>
        <w:spacing w:after="20"/>
      </w:pPr>
      <w:r>
        <w:rPr>
          <w:rFonts w:ascii="Arial" w:hAnsi="Arial" w:cs="Arial" w:eastAsia="Arial"/>
          <w:b w:val="0"/>
          <w:i w:val="0"/>
          <w:color w:val="5E5468"/>
          <w:sz w:val="20"/>
        </w:rPr>
        <w:t>______________________________________________________________________________________</w:t>
      </w:r>
    </w:p>
    <w:p>
      <w:pPr>
        <w:keepNext/>
        <w:spacing w:after="20"/>
      </w:pPr>
      <w:r>
        <w:rPr>
          <w:rFonts w:ascii="Arial" w:hAnsi="Arial" w:cs="Arial" w:eastAsia="Arial"/>
          <w:b/>
          <w:i w:val="0"/>
          <w:color w:val="231A2E"/>
          <w:sz w:val="20"/>
        </w:rPr>
        <w:t>6. What could we do better?</w:t>
      </w:r>
    </w:p>
    <w:p>
      <w:pPr>
        <w:spacing w:after="20"/>
      </w:pPr>
      <w:r>
        <w:rPr>
          <w:rFonts w:ascii="Arial" w:hAnsi="Arial" w:cs="Arial" w:eastAsia="Arial"/>
          <w:b w:val="0"/>
          <w:i w:val="0"/>
          <w:color w:val="5E5468"/>
          <w:sz w:val="20"/>
        </w:rPr>
        <w:t>______________________________________________________________________________________</w:t>
      </w:r>
    </w:p>
    <w:p>
      <w:pPr>
        <w:spacing w:after="20"/>
      </w:pPr>
      <w:r>
        <w:rPr>
          <w:rFonts w:ascii="Arial" w:hAnsi="Arial" w:cs="Arial" w:eastAsia="Arial"/>
          <w:b w:val="0"/>
          <w:i w:val="0"/>
          <w:color w:val="5E5468"/>
          <w:sz w:val="20"/>
        </w:rPr>
        <w:t>______________________________________________________________________________________</w:t>
      </w:r>
    </w:p>
    <w:p>
      <w:pPr>
        <w:spacing w:after="20"/>
      </w:pPr>
      <w:r>
        <w:rPr>
          <w:rFonts w:ascii="Arial" w:hAnsi="Arial" w:cs="Arial" w:eastAsia="Arial"/>
          <w:b w:val="0"/>
          <w:i w:val="0"/>
          <w:color w:val="5E5468"/>
          <w:sz w:val="20"/>
        </w:rPr>
        <w:t>______________________________________________________________________________________</w:t>
      </w:r>
    </w:p>
    <w:p>
      <w:pPr>
        <w:keepNext/>
        <w:spacing w:before="240" w:after="80"/>
      </w:pPr>
      <w:r>
        <w:rPr>
          <w:rFonts w:ascii="Arial" w:hAnsi="Arial" w:cs="Arial" w:eastAsia="Arial"/>
          <w:b/>
          <w:i w:val="0"/>
          <w:color w:val="231A2E"/>
          <w:sz w:val="28"/>
        </w:rPr>
        <w:t>Section 3: Would you recommend us?</w:t>
      </w:r>
    </w:p>
    <w:p>
      <w:pPr>
        <w:keepNext/>
        <w:spacing w:before="160" w:after="40"/>
      </w:pPr>
      <w:r>
        <w:rPr>
          <w:rFonts w:ascii="Arial" w:hAnsi="Arial" w:cs="Arial" w:eastAsia="Arial"/>
          <w:b/>
          <w:i w:val="0"/>
          <w:color w:val="231A2E"/>
          <w:sz w:val="22"/>
        </w:rPr>
        <w:t>7. How likely are you to recommend us to a friend or colleague?</w:t>
      </w:r>
    </w:p>
    <w:tbl>
      <w:tblPr>
        <w:tblW w:type="auto" w:w="0"/>
        <w:tblLayout w:type="fixed"/>
        <w:tblLook w:firstColumn="1" w:firstRow="1" w:lastColumn="0" w:lastRow="0" w:noHBand="0" w:noVBand="1" w:val="04A0"/>
        <w:tblBorders>
          <w:top w:val="single" w:sz="4" w:color="C9C1D3"/>
          <w:left w:val="single" w:sz="4" w:color="C9C1D3"/>
          <w:bottom w:val="single" w:sz="4" w:color="C9C1D3"/>
          <w:right w:val="single" w:sz="4" w:color="C9C1D3"/>
          <w:insideH w:val="single" w:sz="4" w:color="C9C1D3"/>
          <w:insideV w:val="single" w:sz="4" w:color="C9C1D3"/>
        </w:tblBorders>
      </w:tblPr>
      <w:tblGrid>
        <w:gridCol w:w="903"/>
        <w:gridCol w:w="903"/>
        <w:gridCol w:w="903"/>
        <w:gridCol w:w="903"/>
        <w:gridCol w:w="903"/>
        <w:gridCol w:w="903"/>
        <w:gridCol w:w="903"/>
        <w:gridCol w:w="903"/>
        <w:gridCol w:w="903"/>
        <w:gridCol w:w="903"/>
        <w:gridCol w:w="903"/>
      </w:tblGrid>
      <w:tr>
        <w:tc>
          <w:tcPr>
            <w:tcW w:type="dxa" w:w="903"/>
            <w:shd w:val="clear" w:color="auto" w:fill="231A2E"/>
          </w:tcPr>
          <w:p>
            <w:r/>
            <w:r>
              <w:rPr>
                <w:rFonts w:ascii="Arial" w:hAnsi="Arial" w:cs="Arial" w:eastAsia="Arial"/>
                <w:b/>
                <w:i w:val="0"/>
                <w:color w:val="FBF5E9"/>
                <w:sz w:val="18"/>
              </w:rPr>
              <w:t>0</w:t>
            </w:r>
          </w:p>
        </w:tc>
        <w:tc>
          <w:tcPr>
            <w:tcW w:type="dxa" w:w="903"/>
            <w:shd w:val="clear" w:color="auto" w:fill="231A2E"/>
          </w:tcPr>
          <w:p>
            <w:r/>
            <w:r>
              <w:rPr>
                <w:rFonts w:ascii="Arial" w:hAnsi="Arial" w:cs="Arial" w:eastAsia="Arial"/>
                <w:b/>
                <w:i w:val="0"/>
                <w:color w:val="FBF5E9"/>
                <w:sz w:val="18"/>
              </w:rPr>
              <w:t>1</w:t>
            </w:r>
          </w:p>
        </w:tc>
        <w:tc>
          <w:tcPr>
            <w:tcW w:type="dxa" w:w="903"/>
            <w:shd w:val="clear" w:color="auto" w:fill="231A2E"/>
          </w:tcPr>
          <w:p>
            <w:r/>
            <w:r>
              <w:rPr>
                <w:rFonts w:ascii="Arial" w:hAnsi="Arial" w:cs="Arial" w:eastAsia="Arial"/>
                <w:b/>
                <w:i w:val="0"/>
                <w:color w:val="FBF5E9"/>
                <w:sz w:val="18"/>
              </w:rPr>
              <w:t>2</w:t>
            </w:r>
          </w:p>
        </w:tc>
        <w:tc>
          <w:tcPr>
            <w:tcW w:type="dxa" w:w="903"/>
            <w:shd w:val="clear" w:color="auto" w:fill="231A2E"/>
          </w:tcPr>
          <w:p>
            <w:r/>
            <w:r>
              <w:rPr>
                <w:rFonts w:ascii="Arial" w:hAnsi="Arial" w:cs="Arial" w:eastAsia="Arial"/>
                <w:b/>
                <w:i w:val="0"/>
                <w:color w:val="FBF5E9"/>
                <w:sz w:val="18"/>
              </w:rPr>
              <w:t>3</w:t>
            </w:r>
          </w:p>
        </w:tc>
        <w:tc>
          <w:tcPr>
            <w:tcW w:type="dxa" w:w="903"/>
            <w:shd w:val="clear" w:color="auto" w:fill="231A2E"/>
          </w:tcPr>
          <w:p>
            <w:r/>
            <w:r>
              <w:rPr>
                <w:rFonts w:ascii="Arial" w:hAnsi="Arial" w:cs="Arial" w:eastAsia="Arial"/>
                <w:b/>
                <w:i w:val="0"/>
                <w:color w:val="FBF5E9"/>
                <w:sz w:val="18"/>
              </w:rPr>
              <w:t>4</w:t>
            </w:r>
          </w:p>
        </w:tc>
        <w:tc>
          <w:tcPr>
            <w:tcW w:type="dxa" w:w="903"/>
            <w:shd w:val="clear" w:color="auto" w:fill="231A2E"/>
          </w:tcPr>
          <w:p>
            <w:r/>
            <w:r>
              <w:rPr>
                <w:rFonts w:ascii="Arial" w:hAnsi="Arial" w:cs="Arial" w:eastAsia="Arial"/>
                <w:b/>
                <w:i w:val="0"/>
                <w:color w:val="FBF5E9"/>
                <w:sz w:val="18"/>
              </w:rPr>
              <w:t>5</w:t>
            </w:r>
          </w:p>
        </w:tc>
        <w:tc>
          <w:tcPr>
            <w:tcW w:type="dxa" w:w="903"/>
            <w:shd w:val="clear" w:color="auto" w:fill="231A2E"/>
          </w:tcPr>
          <w:p>
            <w:r/>
            <w:r>
              <w:rPr>
                <w:rFonts w:ascii="Arial" w:hAnsi="Arial" w:cs="Arial" w:eastAsia="Arial"/>
                <w:b/>
                <w:i w:val="0"/>
                <w:color w:val="FBF5E9"/>
                <w:sz w:val="18"/>
              </w:rPr>
              <w:t>6</w:t>
            </w:r>
          </w:p>
        </w:tc>
        <w:tc>
          <w:tcPr>
            <w:tcW w:type="dxa" w:w="903"/>
            <w:shd w:val="clear" w:color="auto" w:fill="231A2E"/>
          </w:tcPr>
          <w:p>
            <w:r/>
            <w:r>
              <w:rPr>
                <w:rFonts w:ascii="Arial" w:hAnsi="Arial" w:cs="Arial" w:eastAsia="Arial"/>
                <w:b/>
                <w:i w:val="0"/>
                <w:color w:val="FBF5E9"/>
                <w:sz w:val="18"/>
              </w:rPr>
              <w:t>7</w:t>
            </w:r>
          </w:p>
        </w:tc>
        <w:tc>
          <w:tcPr>
            <w:tcW w:type="dxa" w:w="903"/>
            <w:shd w:val="clear" w:color="auto" w:fill="231A2E"/>
          </w:tcPr>
          <w:p>
            <w:r/>
            <w:r>
              <w:rPr>
                <w:rFonts w:ascii="Arial" w:hAnsi="Arial" w:cs="Arial" w:eastAsia="Arial"/>
                <w:b/>
                <w:i w:val="0"/>
                <w:color w:val="FBF5E9"/>
                <w:sz w:val="18"/>
              </w:rPr>
              <w:t>8</w:t>
            </w:r>
          </w:p>
        </w:tc>
        <w:tc>
          <w:tcPr>
            <w:tcW w:type="dxa" w:w="903"/>
            <w:shd w:val="clear" w:color="auto" w:fill="231A2E"/>
          </w:tcPr>
          <w:p>
            <w:r/>
            <w:r>
              <w:rPr>
                <w:rFonts w:ascii="Arial" w:hAnsi="Arial" w:cs="Arial" w:eastAsia="Arial"/>
                <w:b/>
                <w:i w:val="0"/>
                <w:color w:val="FBF5E9"/>
                <w:sz w:val="18"/>
              </w:rPr>
              <w:t>9</w:t>
            </w:r>
          </w:p>
        </w:tc>
        <w:tc>
          <w:tcPr>
            <w:tcW w:type="dxa" w:w="903"/>
            <w:shd w:val="clear" w:color="auto" w:fill="231A2E"/>
          </w:tcPr>
          <w:p>
            <w:r/>
            <w:r>
              <w:rPr>
                <w:rFonts w:ascii="Arial" w:hAnsi="Arial" w:cs="Arial" w:eastAsia="Arial"/>
                <w:b/>
                <w:i w:val="0"/>
                <w:color w:val="FBF5E9"/>
                <w:sz w:val="18"/>
              </w:rPr>
              <w:t>10</w:t>
            </w:r>
          </w:p>
        </w:tc>
      </w:tr>
      <w:tr>
        <w:trPr>
          <w:trHeight w:val="480"/>
        </w:trPr>
        <w:tc>
          <w:tcPr>
            <w:tcW w:type="dxa" w:w="903"/>
          </w:tcPr>
          <w:p>
            <w:r/>
            <w:r>
              <w:rPr>
                <w:rFonts w:ascii="Arial" w:hAnsi="Arial" w:cs="Arial" w:eastAsia="Arial"/>
                <w:b w:val="0"/>
                <w:i w:val="0"/>
                <w:color w:val="231A2E"/>
                <w:sz w:val="18"/>
              </w:rPr>
            </w:r>
          </w:p>
        </w:tc>
        <w:tc>
          <w:tcPr>
            <w:tcW w:type="dxa" w:w="903"/>
          </w:tcPr>
          <w:p>
            <w:r/>
            <w:r>
              <w:rPr>
                <w:rFonts w:ascii="Arial" w:hAnsi="Arial" w:cs="Arial" w:eastAsia="Arial"/>
                <w:b w:val="0"/>
                <w:i w:val="0"/>
                <w:color w:val="231A2E"/>
                <w:sz w:val="18"/>
              </w:rPr>
            </w:r>
          </w:p>
        </w:tc>
        <w:tc>
          <w:tcPr>
            <w:tcW w:type="dxa" w:w="903"/>
          </w:tcPr>
          <w:p>
            <w:r/>
            <w:r>
              <w:rPr>
                <w:rFonts w:ascii="Arial" w:hAnsi="Arial" w:cs="Arial" w:eastAsia="Arial"/>
                <w:b w:val="0"/>
                <w:i w:val="0"/>
                <w:color w:val="231A2E"/>
                <w:sz w:val="18"/>
              </w:rPr>
            </w:r>
          </w:p>
        </w:tc>
        <w:tc>
          <w:tcPr>
            <w:tcW w:type="dxa" w:w="903"/>
          </w:tcPr>
          <w:p>
            <w:r/>
            <w:r>
              <w:rPr>
                <w:rFonts w:ascii="Arial" w:hAnsi="Arial" w:cs="Arial" w:eastAsia="Arial"/>
                <w:b w:val="0"/>
                <w:i w:val="0"/>
                <w:color w:val="231A2E"/>
                <w:sz w:val="18"/>
              </w:rPr>
            </w:r>
          </w:p>
        </w:tc>
        <w:tc>
          <w:tcPr>
            <w:tcW w:type="dxa" w:w="903"/>
          </w:tcPr>
          <w:p>
            <w:r/>
            <w:r>
              <w:rPr>
                <w:rFonts w:ascii="Arial" w:hAnsi="Arial" w:cs="Arial" w:eastAsia="Arial"/>
                <w:b w:val="0"/>
                <w:i w:val="0"/>
                <w:color w:val="231A2E"/>
                <w:sz w:val="18"/>
              </w:rPr>
            </w:r>
          </w:p>
        </w:tc>
        <w:tc>
          <w:tcPr>
            <w:tcW w:type="dxa" w:w="903"/>
          </w:tcPr>
          <w:p>
            <w:r/>
            <w:r>
              <w:rPr>
                <w:rFonts w:ascii="Arial" w:hAnsi="Arial" w:cs="Arial" w:eastAsia="Arial"/>
                <w:b w:val="0"/>
                <w:i w:val="0"/>
                <w:color w:val="231A2E"/>
                <w:sz w:val="18"/>
              </w:rPr>
            </w:r>
          </w:p>
        </w:tc>
        <w:tc>
          <w:tcPr>
            <w:tcW w:type="dxa" w:w="903"/>
          </w:tcPr>
          <w:p>
            <w:r/>
            <w:r>
              <w:rPr>
                <w:rFonts w:ascii="Arial" w:hAnsi="Arial" w:cs="Arial" w:eastAsia="Arial"/>
                <w:b w:val="0"/>
                <w:i w:val="0"/>
                <w:color w:val="231A2E"/>
                <w:sz w:val="18"/>
              </w:rPr>
            </w:r>
          </w:p>
        </w:tc>
        <w:tc>
          <w:tcPr>
            <w:tcW w:type="dxa" w:w="903"/>
          </w:tcPr>
          <w:p>
            <w:r/>
            <w:r>
              <w:rPr>
                <w:rFonts w:ascii="Arial" w:hAnsi="Arial" w:cs="Arial" w:eastAsia="Arial"/>
                <w:b w:val="0"/>
                <w:i w:val="0"/>
                <w:color w:val="231A2E"/>
                <w:sz w:val="18"/>
              </w:rPr>
            </w:r>
          </w:p>
        </w:tc>
        <w:tc>
          <w:tcPr>
            <w:tcW w:type="dxa" w:w="903"/>
          </w:tcPr>
          <w:p>
            <w:r/>
            <w:r>
              <w:rPr>
                <w:rFonts w:ascii="Arial" w:hAnsi="Arial" w:cs="Arial" w:eastAsia="Arial"/>
                <w:b w:val="0"/>
                <w:i w:val="0"/>
                <w:color w:val="231A2E"/>
                <w:sz w:val="18"/>
              </w:rPr>
            </w:r>
          </w:p>
        </w:tc>
        <w:tc>
          <w:tcPr>
            <w:tcW w:type="dxa" w:w="903"/>
          </w:tcPr>
          <w:p>
            <w:r/>
            <w:r>
              <w:rPr>
                <w:rFonts w:ascii="Arial" w:hAnsi="Arial" w:cs="Arial" w:eastAsia="Arial"/>
                <w:b w:val="0"/>
                <w:i w:val="0"/>
                <w:color w:val="231A2E"/>
                <w:sz w:val="18"/>
              </w:rPr>
            </w:r>
          </w:p>
        </w:tc>
        <w:tc>
          <w:tcPr>
            <w:tcW w:type="dxa" w:w="903"/>
          </w:tcPr>
          <w:p>
            <w:r/>
            <w:r>
              <w:rPr>
                <w:rFonts w:ascii="Arial" w:hAnsi="Arial" w:cs="Arial" w:eastAsia="Arial"/>
                <w:b w:val="0"/>
                <w:i w:val="0"/>
                <w:color w:val="231A2E"/>
                <w:sz w:val="18"/>
              </w:rPr>
            </w:r>
          </w:p>
        </w:tc>
      </w:tr>
    </w:tbl>
    <w:p>
      <w:pPr>
        <w:spacing w:after="40"/>
      </w:pPr>
    </w:p>
    <w:p>
      <w:pPr>
        <w:spacing w:after="100"/>
      </w:pPr>
      <w:r>
        <w:rPr>
          <w:rFonts w:ascii="Arial" w:hAnsi="Arial" w:cs="Arial" w:eastAsia="Arial"/>
          <w:b w:val="0"/>
          <w:i/>
          <w:color w:val="5E5468"/>
          <w:sz w:val="17"/>
        </w:rPr>
        <w:t>0 = Not at all likely, 10 = Extremely likely. Tick one box.</w:t>
      </w:r>
    </w:p>
    <w:p>
      <w:pPr>
        <w:keepNext/>
        <w:spacing w:after="20"/>
      </w:pPr>
      <w:r>
        <w:rPr>
          <w:rFonts w:ascii="Arial" w:hAnsi="Arial" w:cs="Arial" w:eastAsia="Arial"/>
          <w:b/>
          <w:i w:val="0"/>
          <w:color w:val="231A2E"/>
          <w:sz w:val="20"/>
        </w:rPr>
        <w:t>8. Why did you give that score?</w:t>
      </w:r>
    </w:p>
    <w:p>
      <w:pPr>
        <w:spacing w:after="20"/>
      </w:pPr>
      <w:r>
        <w:rPr>
          <w:rFonts w:ascii="Arial" w:hAnsi="Arial" w:cs="Arial" w:eastAsia="Arial"/>
          <w:b w:val="0"/>
          <w:i w:val="0"/>
          <w:color w:val="5E5468"/>
          <w:sz w:val="20"/>
        </w:rPr>
        <w:t>______________________________________________________________________________________</w:t>
      </w:r>
    </w:p>
    <w:p>
      <w:pPr>
        <w:spacing w:after="20"/>
      </w:pPr>
      <w:r>
        <w:rPr>
          <w:rFonts w:ascii="Arial" w:hAnsi="Arial" w:cs="Arial" w:eastAsia="Arial"/>
          <w:b w:val="0"/>
          <w:i w:val="0"/>
          <w:color w:val="5E5468"/>
          <w:sz w:val="20"/>
        </w:rPr>
        <w:t>______________________________________________________________________________________</w:t>
      </w:r>
    </w:p>
    <w:p>
      <w:pPr>
        <w:spacing w:after="20"/>
      </w:pPr>
      <w:r>
        <w:rPr>
          <w:rFonts w:ascii="Arial" w:hAnsi="Arial" w:cs="Arial" w:eastAsia="Arial"/>
          <w:b w:val="0"/>
          <w:i w:val="0"/>
          <w:color w:val="5E5468"/>
          <w:sz w:val="20"/>
        </w:rPr>
        <w:t>______________________________________________________________________________________</w:t>
      </w:r>
    </w:p>
    <w:p>
      <w:pPr>
        <w:keepNext/>
        <w:spacing w:before="240" w:after="80"/>
      </w:pPr>
      <w:r>
        <w:rPr>
          <w:rFonts w:ascii="Arial" w:hAnsi="Arial" w:cs="Arial" w:eastAsia="Arial"/>
          <w:b/>
          <w:i w:val="0"/>
          <w:color w:val="231A2E"/>
          <w:sz w:val="28"/>
        </w:rPr>
        <w:t>Section 4: What comes next</w:t>
      </w:r>
    </w:p>
    <w:p>
      <w:pPr>
        <w:keepNext/>
        <w:spacing w:before="160" w:after="40"/>
      </w:pPr>
      <w:r>
        <w:rPr>
          <w:rFonts w:ascii="Arial" w:hAnsi="Arial" w:cs="Arial" w:eastAsia="Arial"/>
          <w:b/>
          <w:i w:val="0"/>
          <w:color w:val="231A2E"/>
          <w:sz w:val="22"/>
        </w:rPr>
        <w:t>9. Which of these would you like more of? (tick all that apply)</w:t>
      </w:r>
    </w:p>
    <w:p>
      <w:pPr>
        <w:spacing w:after="100"/>
      </w:pPr>
      <w:r>
        <w:rPr>
          <w:rFonts w:ascii="Arial" w:hAnsi="Arial" w:cs="Arial" w:eastAsia="Arial"/>
          <w:b w:val="0"/>
          <w:i w:val="0"/>
          <w:color w:val="231A2E"/>
          <w:sz w:val="20"/>
        </w:rPr>
        <w:t>[   ] Guides and tips      [   ] Events      [   ] Product updates      [   ] Member offers</w:t>
      </w:r>
    </w:p>
    <w:p>
      <w:pPr>
        <w:keepNext/>
        <w:spacing w:before="160" w:after="40"/>
      </w:pPr>
      <w:r>
        <w:rPr>
          <w:rFonts w:ascii="Arial" w:hAnsi="Arial" w:cs="Arial" w:eastAsia="Arial"/>
          <w:b/>
          <w:i w:val="0"/>
          <w:color w:val="231A2E"/>
          <w:sz w:val="22"/>
        </w:rPr>
        <w:t>10. May we contact you about your answers? (pick one)</w:t>
      </w:r>
    </w:p>
    <w:p>
      <w:pPr>
        <w:spacing w:after="100"/>
      </w:pPr>
      <w:r>
        <w:rPr>
          <w:rFonts w:ascii="Arial" w:hAnsi="Arial" w:cs="Arial" w:eastAsia="Arial"/>
          <w:b w:val="0"/>
          <w:i w:val="0"/>
          <w:color w:val="231A2E"/>
          <w:sz w:val="20"/>
        </w:rPr>
        <w:t>[   ] Yes      [   ] No</w:t>
      </w:r>
    </w:p>
    <w:p>
      <w:pPr>
        <w:keepNext/>
        <w:spacing w:after="20"/>
      </w:pPr>
      <w:r>
        <w:rPr>
          <w:rFonts w:ascii="Arial" w:hAnsi="Arial" w:cs="Arial" w:eastAsia="Arial"/>
          <w:b/>
          <w:i w:val="0"/>
          <w:color w:val="231A2E"/>
          <w:sz w:val="20"/>
        </w:rPr>
        <w:t>11. Email address (only if you said yes)</w:t>
      </w:r>
    </w:p>
    <w:p>
      <w:pPr>
        <w:spacing w:after="20"/>
      </w:pPr>
      <w:r>
        <w:rPr>
          <w:rFonts w:ascii="Arial" w:hAnsi="Arial" w:cs="Arial" w:eastAsia="Arial"/>
          <w:b w:val="0"/>
          <w:i w:val="0"/>
          <w:color w:val="5E5468"/>
          <w:sz w:val="20"/>
        </w:rPr>
        <w:t>______________________________________________________________________________________</w:t>
      </w:r>
    </w:p>
    <w:p>
      <w:pPr>
        <w:keepNext/>
        <w:spacing w:after="20"/>
      </w:pPr>
      <w:r>
        <w:rPr>
          <w:rFonts w:ascii="Arial" w:hAnsi="Arial" w:cs="Arial" w:eastAsia="Arial"/>
          <w:b/>
          <w:i w:val="0"/>
          <w:color w:val="231A2E"/>
          <w:sz w:val="20"/>
        </w:rPr>
        <w:t>12. Any other comments or ideas?</w:t>
      </w:r>
    </w:p>
    <w:p>
      <w:pPr>
        <w:spacing w:after="20"/>
      </w:pPr>
      <w:r>
        <w:rPr>
          <w:rFonts w:ascii="Arial" w:hAnsi="Arial" w:cs="Arial" w:eastAsia="Arial"/>
          <w:b w:val="0"/>
          <w:i w:val="0"/>
          <w:color w:val="5E5468"/>
          <w:sz w:val="20"/>
        </w:rPr>
        <w:t>______________________________________________________________________________________</w:t>
      </w:r>
    </w:p>
    <w:p>
      <w:pPr>
        <w:spacing w:after="20"/>
      </w:pPr>
      <w:r>
        <w:rPr>
          <w:rFonts w:ascii="Arial" w:hAnsi="Arial" w:cs="Arial" w:eastAsia="Arial"/>
          <w:b w:val="0"/>
          <w:i w:val="0"/>
          <w:color w:val="5E5468"/>
          <w:sz w:val="20"/>
        </w:rPr>
        <w:t>______________________________________________________________________________________</w:t>
      </w:r>
    </w:p>
    <w:p>
      <w:pPr>
        <w:spacing w:after="20"/>
      </w:pPr>
      <w:r>
        <w:rPr>
          <w:rFonts w:ascii="Arial" w:hAnsi="Arial" w:cs="Arial" w:eastAsia="Arial"/>
          <w:b w:val="0"/>
          <w:i w:val="0"/>
          <w:color w:val="5E5468"/>
          <w:sz w:val="20"/>
        </w:rPr>
        <w:t>______________________________________________________________________________________</w:t>
      </w:r>
    </w:p>
    <w:tbl>
      <w:tblPr>
        <w:tblW w:type="auto" w:w="0"/>
        <w:tblLook w:firstColumn="1" w:firstRow="1" w:lastColumn="0" w:lastRow="0" w:noHBand="0" w:noVBand="1" w:val="04A0"/>
        <w:tblBorders>
          <w:top w:val="single" w:sz="4" w:color="231A2E"/>
          <w:left w:val="single" w:sz="4" w:color="231A2E"/>
          <w:bottom w:val="single" w:sz="4" w:color="231A2E"/>
          <w:right w:val="single" w:sz="4" w:color="231A2E"/>
          <w:insideH w:val="single" w:sz="4" w:color="231A2E"/>
          <w:insideV w:val="single" w:sz="4" w:color="231A2E"/>
        </w:tblBorders>
      </w:tblPr>
      <w:tblGrid>
        <w:gridCol w:w="9936"/>
      </w:tblGrid>
      <w:tr>
        <w:tc>
          <w:tcPr>
            <w:tcW w:type="dxa" w:w="9936"/>
            <w:shd w:val="clear" w:color="auto" w:fill="E4DEFA"/>
          </w:tcPr>
          <w:p>
            <w:r/>
            <w:r>
              <w:rPr>
                <w:rFonts w:ascii="Arial" w:hAnsi="Arial" w:cs="Arial" w:eastAsia="Arial"/>
                <w:b/>
                <w:i w:val="0"/>
                <w:color w:val="231A2E"/>
                <w:sz w:val="22"/>
              </w:rPr>
              <w:t>Thank you</w:t>
            </w:r>
          </w:p>
          <w:p>
            <w:r>
              <w:rPr>
                <w:rFonts w:ascii="Arial" w:hAnsi="Arial" w:cs="Arial" w:eastAsia="Arial"/>
                <w:b w:val="0"/>
                <w:i w:val="0"/>
                <w:color w:val="231A2E"/>
                <w:sz w:val="20"/>
              </w:rPr>
              <w:t>Thanks for your time. [Add one line on what happens next, for example: We will share what we change in our [month] update.]</w:t>
            </w:r>
          </w:p>
        </w:tc>
      </w:tr>
    </w:tbl>
    <w:p>
      <w:pPr>
        <w:spacing w:after="40"/>
      </w:pPr>
    </w:p>
    <w:p>
      <w:pPr>
        <w:keepNext/>
        <w:spacing w:before="240" w:after="80"/>
      </w:pPr>
      <w:r>
        <w:rPr>
          <w:rFonts w:ascii="Arial" w:hAnsi="Arial" w:cs="Arial" w:eastAsia="Arial"/>
          <w:b/>
          <w:i w:val="0"/>
          <w:color w:val="231A2E"/>
          <w:sz w:val="28"/>
        </w:rPr>
        <w:t>Answer types for an online version</w:t>
      </w:r>
    </w:p>
    <w:p>
      <w:pPr>
        <w:spacing w:after="100"/>
      </w:pPr>
      <w:r>
        <w:rPr>
          <w:rFonts w:ascii="Arial" w:hAnsi="Arial" w:cs="Arial" w:eastAsia="Arial"/>
          <w:b w:val="0"/>
          <w:i w:val="0"/>
          <w:color w:val="231A2E"/>
          <w:sz w:val="20"/>
        </w:rPr>
        <w:t>Use this table when you rebuild the questionnaire as an online form. Delete this table before you print copies for people to fill in.</w:t>
      </w:r>
    </w:p>
    <w:tbl>
      <w:tblPr>
        <w:tblW w:type="auto" w:w="0"/>
        <w:tblLayout w:type="fixed"/>
        <w:tblLook w:firstColumn="1" w:firstRow="1" w:lastColumn="0" w:lastRow="0" w:noHBand="0" w:noVBand="1" w:val="04A0"/>
        <w:tblBorders>
          <w:top w:val="single" w:sz="4" w:color="C9C1D3"/>
          <w:left w:val="single" w:sz="4" w:color="C9C1D3"/>
          <w:bottom w:val="single" w:sz="4" w:color="C9C1D3"/>
          <w:right w:val="single" w:sz="4" w:color="C9C1D3"/>
          <w:insideH w:val="single" w:sz="4" w:color="C9C1D3"/>
          <w:insideV w:val="single" w:sz="4" w:color="C9C1D3"/>
        </w:tblBorders>
      </w:tblPr>
      <w:tblGrid>
        <w:gridCol w:w="3312"/>
        <w:gridCol w:w="3312"/>
        <w:gridCol w:w="3312"/>
      </w:tblGrid>
      <w:tr>
        <w:tc>
          <w:tcPr>
            <w:tcW w:type="dxa" w:w="497"/>
            <w:shd w:val="clear" w:color="auto" w:fill="231A2E"/>
          </w:tcPr>
          <w:p>
            <w:r/>
            <w:r>
              <w:rPr>
                <w:rFonts w:ascii="Arial" w:hAnsi="Arial" w:cs="Arial" w:eastAsia="Arial"/>
                <w:b/>
                <w:i w:val="0"/>
                <w:color w:val="FBF5E9"/>
                <w:sz w:val="18"/>
              </w:rPr>
              <w:t>#</w:t>
            </w:r>
          </w:p>
        </w:tc>
        <w:tc>
          <w:tcPr>
            <w:tcW w:type="dxa" w:w="5465"/>
            <w:shd w:val="clear" w:color="auto" w:fill="231A2E"/>
          </w:tcPr>
          <w:p>
            <w:r/>
            <w:r>
              <w:rPr>
                <w:rFonts w:ascii="Arial" w:hAnsi="Arial" w:cs="Arial" w:eastAsia="Arial"/>
                <w:b/>
                <w:i w:val="0"/>
                <w:color w:val="FBF5E9"/>
                <w:sz w:val="18"/>
              </w:rPr>
              <w:t>Question</w:t>
            </w:r>
          </w:p>
        </w:tc>
        <w:tc>
          <w:tcPr>
            <w:tcW w:type="dxa" w:w="3974"/>
            <w:shd w:val="clear" w:color="auto" w:fill="231A2E"/>
          </w:tcPr>
          <w:p>
            <w:r/>
            <w:r>
              <w:rPr>
                <w:rFonts w:ascii="Arial" w:hAnsi="Arial" w:cs="Arial" w:eastAsia="Arial"/>
                <w:b/>
                <w:i w:val="0"/>
                <w:color w:val="FBF5E9"/>
                <w:sz w:val="18"/>
              </w:rPr>
              <w:t>Answer type online</w:t>
            </w:r>
          </w:p>
        </w:tc>
      </w:tr>
      <w:tr>
        <w:trPr>
          <w:trHeight w:val="480"/>
        </w:trPr>
        <w:tc>
          <w:tcPr>
            <w:tcW w:type="dxa" w:w="497"/>
          </w:tcPr>
          <w:p>
            <w:r/>
            <w:r>
              <w:rPr>
                <w:rFonts w:ascii="Arial" w:hAnsi="Arial" w:cs="Arial" w:eastAsia="Arial"/>
                <w:b w:val="0"/>
                <w:i w:val="0"/>
                <w:color w:val="231A2E"/>
                <w:sz w:val="18"/>
              </w:rPr>
              <w:t>1</w:t>
            </w:r>
          </w:p>
        </w:tc>
        <w:tc>
          <w:tcPr>
            <w:tcW w:type="dxa" w:w="5465"/>
          </w:tcPr>
          <w:p>
            <w:r/>
            <w:r>
              <w:rPr>
                <w:rFonts w:ascii="Arial" w:hAnsi="Arial" w:cs="Arial" w:eastAsia="Arial"/>
                <w:b w:val="0"/>
                <w:i w:val="0"/>
                <w:color w:val="231A2E"/>
                <w:sz w:val="18"/>
              </w:rPr>
              <w:t>How did you first hear about us?</w:t>
            </w:r>
          </w:p>
        </w:tc>
        <w:tc>
          <w:tcPr>
            <w:tcW w:type="dxa" w:w="3974"/>
          </w:tcPr>
          <w:p>
            <w:r/>
            <w:r>
              <w:rPr>
                <w:rFonts w:ascii="Arial" w:hAnsi="Arial" w:cs="Arial" w:eastAsia="Arial"/>
                <w:b w:val="0"/>
                <w:i w:val="0"/>
                <w:color w:val="231A2E"/>
                <w:sz w:val="18"/>
              </w:rPr>
              <w:t>Multiple choice, with an Other option</w:t>
            </w:r>
          </w:p>
        </w:tc>
      </w:tr>
      <w:tr>
        <w:trPr>
          <w:trHeight w:val="480"/>
        </w:trPr>
        <w:tc>
          <w:tcPr>
            <w:tcW w:type="dxa" w:w="497"/>
          </w:tcPr>
          <w:p>
            <w:r/>
            <w:r>
              <w:rPr>
                <w:rFonts w:ascii="Arial" w:hAnsi="Arial" w:cs="Arial" w:eastAsia="Arial"/>
                <w:b w:val="0"/>
                <w:i w:val="0"/>
                <w:color w:val="231A2E"/>
                <w:sz w:val="18"/>
              </w:rPr>
              <w:t>2</w:t>
            </w:r>
          </w:p>
        </w:tc>
        <w:tc>
          <w:tcPr>
            <w:tcW w:type="dxa" w:w="5465"/>
          </w:tcPr>
          <w:p>
            <w:r/>
            <w:r>
              <w:rPr>
                <w:rFonts w:ascii="Arial" w:hAnsi="Arial" w:cs="Arial" w:eastAsia="Arial"/>
                <w:b w:val="0"/>
                <w:i w:val="0"/>
                <w:color w:val="231A2E"/>
                <w:sz w:val="18"/>
              </w:rPr>
              <w:t>How long have you been with us?</w:t>
            </w:r>
          </w:p>
        </w:tc>
        <w:tc>
          <w:tcPr>
            <w:tcW w:type="dxa" w:w="3974"/>
          </w:tcPr>
          <w:p>
            <w:r/>
            <w:r>
              <w:rPr>
                <w:rFonts w:ascii="Arial" w:hAnsi="Arial" w:cs="Arial" w:eastAsia="Arial"/>
                <w:b w:val="0"/>
                <w:i w:val="0"/>
                <w:color w:val="231A2E"/>
                <w:sz w:val="18"/>
              </w:rPr>
              <w:t>Multiple choice</w:t>
            </w:r>
          </w:p>
        </w:tc>
      </w:tr>
      <w:tr>
        <w:trPr>
          <w:trHeight w:val="480"/>
        </w:trPr>
        <w:tc>
          <w:tcPr>
            <w:tcW w:type="dxa" w:w="497"/>
          </w:tcPr>
          <w:p>
            <w:r/>
            <w:r>
              <w:rPr>
                <w:rFonts w:ascii="Arial" w:hAnsi="Arial" w:cs="Arial" w:eastAsia="Arial"/>
                <w:b w:val="0"/>
                <w:i w:val="0"/>
                <w:color w:val="231A2E"/>
                <w:sz w:val="18"/>
              </w:rPr>
              <w:t>3</w:t>
            </w:r>
          </w:p>
        </w:tc>
        <w:tc>
          <w:tcPr>
            <w:tcW w:type="dxa" w:w="5465"/>
          </w:tcPr>
          <w:p>
            <w:r/>
            <w:r>
              <w:rPr>
                <w:rFonts w:ascii="Arial" w:hAnsi="Arial" w:cs="Arial" w:eastAsia="Arial"/>
                <w:b w:val="0"/>
                <w:i w:val="0"/>
                <w:color w:val="231A2E"/>
                <w:sz w:val="18"/>
              </w:rPr>
              <w:t>Overall, how satisfied are you?</w:t>
            </w:r>
          </w:p>
        </w:tc>
        <w:tc>
          <w:tcPr>
            <w:tcW w:type="dxa" w:w="3974"/>
          </w:tcPr>
          <w:p>
            <w:r/>
            <w:r>
              <w:rPr>
                <w:rFonts w:ascii="Arial" w:hAnsi="Arial" w:cs="Arial" w:eastAsia="Arial"/>
                <w:b w:val="0"/>
                <w:i w:val="0"/>
                <w:color w:val="231A2E"/>
                <w:sz w:val="18"/>
              </w:rPr>
              <w:t>Rating, 1 to 5 (or the CSAT faces)</w:t>
            </w:r>
          </w:p>
        </w:tc>
      </w:tr>
      <w:tr>
        <w:trPr>
          <w:trHeight w:val="480"/>
        </w:trPr>
        <w:tc>
          <w:tcPr>
            <w:tcW w:type="dxa" w:w="497"/>
          </w:tcPr>
          <w:p>
            <w:r/>
            <w:r>
              <w:rPr>
                <w:rFonts w:ascii="Arial" w:hAnsi="Arial" w:cs="Arial" w:eastAsia="Arial"/>
                <w:b w:val="0"/>
                <w:i w:val="0"/>
                <w:color w:val="231A2E"/>
                <w:sz w:val="18"/>
              </w:rPr>
              <w:t>4</w:t>
            </w:r>
          </w:p>
        </w:tc>
        <w:tc>
          <w:tcPr>
            <w:tcW w:type="dxa" w:w="5465"/>
          </w:tcPr>
          <w:p>
            <w:r/>
            <w:r>
              <w:rPr>
                <w:rFonts w:ascii="Arial" w:hAnsi="Arial" w:cs="Arial" w:eastAsia="Arial"/>
                <w:b w:val="0"/>
                <w:i w:val="0"/>
                <w:color w:val="231A2E"/>
                <w:sz w:val="18"/>
              </w:rPr>
              <w:t>On a scale of 1 to 5, how easy was it to get what you needed?</w:t>
            </w:r>
          </w:p>
        </w:tc>
        <w:tc>
          <w:tcPr>
            <w:tcW w:type="dxa" w:w="3974"/>
          </w:tcPr>
          <w:p>
            <w:r/>
            <w:r>
              <w:rPr>
                <w:rFonts w:ascii="Arial" w:hAnsi="Arial" w:cs="Arial" w:eastAsia="Arial"/>
                <w:b w:val="0"/>
                <w:i w:val="0"/>
                <w:color w:val="231A2E"/>
                <w:sz w:val="18"/>
              </w:rPr>
              <w:t>Rating or linear scale, 1 to 5, with end labels</w:t>
            </w:r>
          </w:p>
        </w:tc>
      </w:tr>
      <w:tr>
        <w:trPr>
          <w:trHeight w:val="480"/>
        </w:trPr>
        <w:tc>
          <w:tcPr>
            <w:tcW w:type="dxa" w:w="497"/>
          </w:tcPr>
          <w:p>
            <w:r/>
            <w:r>
              <w:rPr>
                <w:rFonts w:ascii="Arial" w:hAnsi="Arial" w:cs="Arial" w:eastAsia="Arial"/>
                <w:b w:val="0"/>
                <w:i w:val="0"/>
                <w:color w:val="231A2E"/>
                <w:sz w:val="18"/>
              </w:rPr>
              <w:t>5</w:t>
            </w:r>
          </w:p>
        </w:tc>
        <w:tc>
          <w:tcPr>
            <w:tcW w:type="dxa" w:w="5465"/>
          </w:tcPr>
          <w:p>
            <w:r/>
            <w:r>
              <w:rPr>
                <w:rFonts w:ascii="Arial" w:hAnsi="Arial" w:cs="Arial" w:eastAsia="Arial"/>
                <w:b w:val="0"/>
                <w:i w:val="0"/>
                <w:color w:val="231A2E"/>
                <w:sz w:val="18"/>
              </w:rPr>
              <w:t>What did we do well?</w:t>
            </w:r>
          </w:p>
        </w:tc>
        <w:tc>
          <w:tcPr>
            <w:tcW w:type="dxa" w:w="3974"/>
          </w:tcPr>
          <w:p>
            <w:r/>
            <w:r>
              <w:rPr>
                <w:rFonts w:ascii="Arial" w:hAnsi="Arial" w:cs="Arial" w:eastAsia="Arial"/>
                <w:b w:val="0"/>
                <w:i w:val="0"/>
                <w:color w:val="231A2E"/>
                <w:sz w:val="18"/>
              </w:rPr>
              <w:t>Long text</w:t>
            </w:r>
          </w:p>
        </w:tc>
      </w:tr>
      <w:tr>
        <w:trPr>
          <w:trHeight w:val="480"/>
        </w:trPr>
        <w:tc>
          <w:tcPr>
            <w:tcW w:type="dxa" w:w="497"/>
          </w:tcPr>
          <w:p>
            <w:r/>
            <w:r>
              <w:rPr>
                <w:rFonts w:ascii="Arial" w:hAnsi="Arial" w:cs="Arial" w:eastAsia="Arial"/>
                <w:b w:val="0"/>
                <w:i w:val="0"/>
                <w:color w:val="231A2E"/>
                <w:sz w:val="18"/>
              </w:rPr>
              <w:t>6</w:t>
            </w:r>
          </w:p>
        </w:tc>
        <w:tc>
          <w:tcPr>
            <w:tcW w:type="dxa" w:w="5465"/>
          </w:tcPr>
          <w:p>
            <w:r/>
            <w:r>
              <w:rPr>
                <w:rFonts w:ascii="Arial" w:hAnsi="Arial" w:cs="Arial" w:eastAsia="Arial"/>
                <w:b w:val="0"/>
                <w:i w:val="0"/>
                <w:color w:val="231A2E"/>
                <w:sz w:val="18"/>
              </w:rPr>
              <w:t>What could we do better?</w:t>
            </w:r>
          </w:p>
        </w:tc>
        <w:tc>
          <w:tcPr>
            <w:tcW w:type="dxa" w:w="3974"/>
          </w:tcPr>
          <w:p>
            <w:r/>
            <w:r>
              <w:rPr>
                <w:rFonts w:ascii="Arial" w:hAnsi="Arial" w:cs="Arial" w:eastAsia="Arial"/>
                <w:b w:val="0"/>
                <w:i w:val="0"/>
                <w:color w:val="231A2E"/>
                <w:sz w:val="18"/>
              </w:rPr>
              <w:t>Long text</w:t>
            </w:r>
          </w:p>
        </w:tc>
      </w:tr>
      <w:tr>
        <w:trPr>
          <w:trHeight w:val="480"/>
        </w:trPr>
        <w:tc>
          <w:tcPr>
            <w:tcW w:type="dxa" w:w="497"/>
          </w:tcPr>
          <w:p>
            <w:r/>
            <w:r>
              <w:rPr>
                <w:rFonts w:ascii="Arial" w:hAnsi="Arial" w:cs="Arial" w:eastAsia="Arial"/>
                <w:b w:val="0"/>
                <w:i w:val="0"/>
                <w:color w:val="231A2E"/>
                <w:sz w:val="18"/>
              </w:rPr>
              <w:t>7</w:t>
            </w:r>
          </w:p>
        </w:tc>
        <w:tc>
          <w:tcPr>
            <w:tcW w:type="dxa" w:w="5465"/>
          </w:tcPr>
          <w:p>
            <w:r/>
            <w:r>
              <w:rPr>
                <w:rFonts w:ascii="Arial" w:hAnsi="Arial" w:cs="Arial" w:eastAsia="Arial"/>
                <w:b w:val="0"/>
                <w:i w:val="0"/>
                <w:color w:val="231A2E"/>
                <w:sz w:val="18"/>
              </w:rPr>
              <w:t>How likely are you to recommend us to a friend or colleague?</w:t>
            </w:r>
          </w:p>
        </w:tc>
        <w:tc>
          <w:tcPr>
            <w:tcW w:type="dxa" w:w="3974"/>
          </w:tcPr>
          <w:p>
            <w:r/>
            <w:r>
              <w:rPr>
                <w:rFonts w:ascii="Arial" w:hAnsi="Arial" w:cs="Arial" w:eastAsia="Arial"/>
                <w:b w:val="0"/>
                <w:i w:val="0"/>
                <w:color w:val="231A2E"/>
                <w:sz w:val="18"/>
              </w:rPr>
              <w:t>Linear scale, 0 to 10 (the NPS question)</w:t>
            </w:r>
          </w:p>
        </w:tc>
      </w:tr>
      <w:tr>
        <w:trPr>
          <w:trHeight w:val="480"/>
        </w:trPr>
        <w:tc>
          <w:tcPr>
            <w:tcW w:type="dxa" w:w="497"/>
          </w:tcPr>
          <w:p>
            <w:r/>
            <w:r>
              <w:rPr>
                <w:rFonts w:ascii="Arial" w:hAnsi="Arial" w:cs="Arial" w:eastAsia="Arial"/>
                <w:b w:val="0"/>
                <w:i w:val="0"/>
                <w:color w:val="231A2E"/>
                <w:sz w:val="18"/>
              </w:rPr>
              <w:t>8</w:t>
            </w:r>
          </w:p>
        </w:tc>
        <w:tc>
          <w:tcPr>
            <w:tcW w:type="dxa" w:w="5465"/>
          </w:tcPr>
          <w:p>
            <w:r/>
            <w:r>
              <w:rPr>
                <w:rFonts w:ascii="Arial" w:hAnsi="Arial" w:cs="Arial" w:eastAsia="Arial"/>
                <w:b w:val="0"/>
                <w:i w:val="0"/>
                <w:color w:val="231A2E"/>
                <w:sz w:val="18"/>
              </w:rPr>
              <w:t>Why did you give that score?</w:t>
            </w:r>
          </w:p>
        </w:tc>
        <w:tc>
          <w:tcPr>
            <w:tcW w:type="dxa" w:w="3974"/>
          </w:tcPr>
          <w:p>
            <w:r/>
            <w:r>
              <w:rPr>
                <w:rFonts w:ascii="Arial" w:hAnsi="Arial" w:cs="Arial" w:eastAsia="Arial"/>
                <w:b w:val="0"/>
                <w:i w:val="0"/>
                <w:color w:val="231A2E"/>
                <w:sz w:val="18"/>
              </w:rPr>
              <w:t>Long text</w:t>
            </w:r>
          </w:p>
        </w:tc>
      </w:tr>
      <w:tr>
        <w:trPr>
          <w:trHeight w:val="480"/>
        </w:trPr>
        <w:tc>
          <w:tcPr>
            <w:tcW w:type="dxa" w:w="497"/>
          </w:tcPr>
          <w:p>
            <w:r/>
            <w:r>
              <w:rPr>
                <w:rFonts w:ascii="Arial" w:hAnsi="Arial" w:cs="Arial" w:eastAsia="Arial"/>
                <w:b w:val="0"/>
                <w:i w:val="0"/>
                <w:color w:val="231A2E"/>
                <w:sz w:val="18"/>
              </w:rPr>
              <w:t>9</w:t>
            </w:r>
          </w:p>
        </w:tc>
        <w:tc>
          <w:tcPr>
            <w:tcW w:type="dxa" w:w="5465"/>
          </w:tcPr>
          <w:p>
            <w:r/>
            <w:r>
              <w:rPr>
                <w:rFonts w:ascii="Arial" w:hAnsi="Arial" w:cs="Arial" w:eastAsia="Arial"/>
                <w:b w:val="0"/>
                <w:i w:val="0"/>
                <w:color w:val="231A2E"/>
                <w:sz w:val="18"/>
              </w:rPr>
              <w:t>Which of these would you like more of?</w:t>
            </w:r>
          </w:p>
        </w:tc>
        <w:tc>
          <w:tcPr>
            <w:tcW w:type="dxa" w:w="3974"/>
          </w:tcPr>
          <w:p>
            <w:r/>
            <w:r>
              <w:rPr>
                <w:rFonts w:ascii="Arial" w:hAnsi="Arial" w:cs="Arial" w:eastAsia="Arial"/>
                <w:b w:val="0"/>
                <w:i w:val="0"/>
                <w:color w:val="231A2E"/>
                <w:sz w:val="18"/>
              </w:rPr>
              <w:t>Checkboxes</w:t>
            </w:r>
          </w:p>
        </w:tc>
      </w:tr>
      <w:tr>
        <w:trPr>
          <w:trHeight w:val="480"/>
        </w:trPr>
        <w:tc>
          <w:tcPr>
            <w:tcW w:type="dxa" w:w="497"/>
          </w:tcPr>
          <w:p>
            <w:r/>
            <w:r>
              <w:rPr>
                <w:rFonts w:ascii="Arial" w:hAnsi="Arial" w:cs="Arial" w:eastAsia="Arial"/>
                <w:b w:val="0"/>
                <w:i w:val="0"/>
                <w:color w:val="231A2E"/>
                <w:sz w:val="18"/>
              </w:rPr>
              <w:t>10</w:t>
            </w:r>
          </w:p>
        </w:tc>
        <w:tc>
          <w:tcPr>
            <w:tcW w:type="dxa" w:w="5465"/>
          </w:tcPr>
          <w:p>
            <w:r/>
            <w:r>
              <w:rPr>
                <w:rFonts w:ascii="Arial" w:hAnsi="Arial" w:cs="Arial" w:eastAsia="Arial"/>
                <w:b w:val="0"/>
                <w:i w:val="0"/>
                <w:color w:val="231A2E"/>
                <w:sz w:val="18"/>
              </w:rPr>
              <w:t>May we contact you about your answers?</w:t>
            </w:r>
          </w:p>
        </w:tc>
        <w:tc>
          <w:tcPr>
            <w:tcW w:type="dxa" w:w="3974"/>
          </w:tcPr>
          <w:p>
            <w:r/>
            <w:r>
              <w:rPr>
                <w:rFonts w:ascii="Arial" w:hAnsi="Arial" w:cs="Arial" w:eastAsia="Arial"/>
                <w:b w:val="0"/>
                <w:i w:val="0"/>
                <w:color w:val="231A2E"/>
                <w:sz w:val="18"/>
              </w:rPr>
              <w:t>Multiple choice: Yes or No</w:t>
            </w:r>
          </w:p>
        </w:tc>
      </w:tr>
      <w:tr>
        <w:trPr>
          <w:trHeight w:val="480"/>
        </w:trPr>
        <w:tc>
          <w:tcPr>
            <w:tcW w:type="dxa" w:w="497"/>
          </w:tcPr>
          <w:p>
            <w:r/>
            <w:r>
              <w:rPr>
                <w:rFonts w:ascii="Arial" w:hAnsi="Arial" w:cs="Arial" w:eastAsia="Arial"/>
                <w:b w:val="0"/>
                <w:i w:val="0"/>
                <w:color w:val="231A2E"/>
                <w:sz w:val="18"/>
              </w:rPr>
              <w:t>11</w:t>
            </w:r>
          </w:p>
        </w:tc>
        <w:tc>
          <w:tcPr>
            <w:tcW w:type="dxa" w:w="5465"/>
          </w:tcPr>
          <w:p>
            <w:r/>
            <w:r>
              <w:rPr>
                <w:rFonts w:ascii="Arial" w:hAnsi="Arial" w:cs="Arial" w:eastAsia="Arial"/>
                <w:b w:val="0"/>
                <w:i w:val="0"/>
                <w:color w:val="231A2E"/>
                <w:sz w:val="18"/>
              </w:rPr>
              <w:t>Email address</w:t>
            </w:r>
          </w:p>
        </w:tc>
        <w:tc>
          <w:tcPr>
            <w:tcW w:type="dxa" w:w="3974"/>
          </w:tcPr>
          <w:p>
            <w:r/>
            <w:r>
              <w:rPr>
                <w:rFonts w:ascii="Arial" w:hAnsi="Arial" w:cs="Arial" w:eastAsia="Arial"/>
                <w:b w:val="0"/>
                <w:i w:val="0"/>
                <w:color w:val="231A2E"/>
                <w:sz w:val="18"/>
              </w:rPr>
              <w:t>Email, shown only if question 10 is Yes</w:t>
            </w:r>
          </w:p>
        </w:tc>
      </w:tr>
      <w:tr>
        <w:trPr>
          <w:trHeight w:val="480"/>
        </w:trPr>
        <w:tc>
          <w:tcPr>
            <w:tcW w:type="dxa" w:w="497"/>
          </w:tcPr>
          <w:p>
            <w:r/>
            <w:r>
              <w:rPr>
                <w:rFonts w:ascii="Arial" w:hAnsi="Arial" w:cs="Arial" w:eastAsia="Arial"/>
                <w:b w:val="0"/>
                <w:i w:val="0"/>
                <w:color w:val="231A2E"/>
                <w:sz w:val="18"/>
              </w:rPr>
              <w:t>12</w:t>
            </w:r>
          </w:p>
        </w:tc>
        <w:tc>
          <w:tcPr>
            <w:tcW w:type="dxa" w:w="5465"/>
          </w:tcPr>
          <w:p>
            <w:r/>
            <w:r>
              <w:rPr>
                <w:rFonts w:ascii="Arial" w:hAnsi="Arial" w:cs="Arial" w:eastAsia="Arial"/>
                <w:b w:val="0"/>
                <w:i w:val="0"/>
                <w:color w:val="231A2E"/>
                <w:sz w:val="18"/>
              </w:rPr>
              <w:t>Any other comments or ideas?</w:t>
            </w:r>
          </w:p>
        </w:tc>
        <w:tc>
          <w:tcPr>
            <w:tcW w:type="dxa" w:w="3974"/>
          </w:tcPr>
          <w:p>
            <w:r/>
            <w:r>
              <w:rPr>
                <w:rFonts w:ascii="Arial" w:hAnsi="Arial" w:cs="Arial" w:eastAsia="Arial"/>
                <w:b w:val="0"/>
                <w:i w:val="0"/>
                <w:color w:val="231A2E"/>
                <w:sz w:val="18"/>
              </w:rPr>
              <w:t>Long text</w:t>
            </w:r>
          </w:p>
        </w:tc>
      </w:tr>
    </w:tbl>
    <w:p>
      <w:pPr>
        <w:spacing w:after="40"/>
      </w:pPr>
    </w:p>
    <w:sectPr w:rsidR="00FC693F" w:rsidRPr="0006063C" w:rsidSect="00034616">
      <w:footerReference w:type="default" r:id="rId9"/>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Arial" w:hAnsi="Arial" w:cs="Arial" w:eastAsia="Arial"/>
        <w:b w:val="0"/>
        <w:i/>
        <w:color w:val="5E5468"/>
        <w:sz w:val="16"/>
      </w:rPr>
      <w:t>Made by HornetForms, https://hornetforms.com/blog/questionnaire-template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Feedback questionnaire</dc:title>
  <dc:subject/>
  <dc:creator>HornetForms</dc:creator>
  <cp:keywords/>
  <dc:description>generated by python-docx</dc:description>
  <cp:lastModifiedBy/>
  <cp:revision>1</cp:revision>
  <dcterms:created xsi:type="dcterms:W3CDTF">2013-12-23T23:15:00Z</dcterms:created>
  <dcterms:modified xsi:type="dcterms:W3CDTF">2013-12-23T23:15:00Z</dcterms:modified>
  <cp:category/>
</cp:coreProperties>
</file>