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Questionnaire format template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A blank layout for any paper or Word questionnaire. Replace every [bracket], then delete this first page.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format (delete this page before you print)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1. Fill in the title block and the introduction. Say who is asking, why, how long it takes and by when.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2. Keep the order: an easy question everyone can answer first, broad questions before narrow ones, the agree or disagree grid in the middle, and questions about the person last.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3. Circles mean pick one. Squares mean tick all that apply. Keep that rule on every page.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4. Number the questions 1, 2, 3 all the way through, even across sections.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5. Start each section with a heading and a short line such as "The next few questions ask about...".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6. Line up the answer boxes, leave white space and never split a question across two pages.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7. Delete any question you will not act on, then test it on five people before you print the rest.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Answer formats at a glance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Use the same answer format for the same kind of question every time. If you move the questionnaire online, these are the matching question types.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8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You want</w:t>
            </w:r>
          </w:p>
        </w:tc>
        <w:tc>
          <w:tcPr>
            <w:tcW w:type="dxa" w:w="383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Paper format</w:t>
            </w:r>
          </w:p>
        </w:tc>
        <w:tc>
          <w:tcPr>
            <w:tcW w:type="dxa" w:w="271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Online question type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One answer from a short list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 circles in a row or a column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Every answer that applies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□ squares, plus "None of these"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score to compare over time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Numbers 1 to 5 with both ends labelled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Linear scale or rating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Agreement with several statements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grid: statements in rows, labels in columns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Matrix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reason or an idea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Two or three writing lines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text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short fact (a name, a number)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One writing line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text, number or email</w:t>
            </w:r>
          </w:p>
        </w:tc>
      </w:tr>
      <w:tr>
        <w:trPr>
          <w:trHeight w:val="480"/>
        </w:trPr>
        <w:tc>
          <w:tcPr>
            <w:tcW w:type="dxa" w:w="33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 order of preference</w:t>
            </w:r>
          </w:p>
        </w:tc>
        <w:tc>
          <w:tcPr>
            <w:tcW w:type="dxa" w:w="383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"Write 1 next to your top choice, 2 next to..."</w:t>
            </w:r>
          </w:p>
        </w:tc>
        <w:tc>
          <w:tcPr>
            <w:tcW w:type="dxa" w:w="271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Ranking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[Questionnaire title]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[Organisation or group name]  |  [Month and year]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Survey reference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Date handed out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Return by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[Code or leave blank]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[Date]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[Date]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Introduction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[Who is asking.] We are asking [who you are asking] about [topic] because [what you will decide with the answers]. It takes about [number] minutes. Please return it by [date] to [place or person]. Questions about this questionnaire? Contact [name] at [email or phone].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How to fill it in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○  A circle means pick one answer. Fill in or tick one circle.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□  A square means tick all that apply.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your answer on the lines where a question asks for words.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a question does not apply to you, leave it blank and go to the next one.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[Add any extra instruction here, for example: use a blue or black pen.]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Section A: [First topic]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next few questions ask about [first topic].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1. [An easy question everyone can answer]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○ [Option]      ○ [Option]      ○ [Option]      ○ [Option]      ○ Other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2. [A broad question about the topic]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○ Very poor      ○ Poor      ○ Fair      ○ Good      ○ Very good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3. [A question where several answers can be true] (tick all that apply)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□ [Option]      □ [Option]      □ [Option]      □ [Option]      □ None of these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4. [A more specific question]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○ Yes      ○ No      ○ Not sure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If you answered No, go to question 6.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5. [A follow-up for people who answered Yes]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Section B: [Second topic]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next questions ask how much you agree or disagree. Fill in one circle in each row.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6. How much do you agree or disagree with each statement?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Statement</w:t>
            </w:r>
          </w:p>
        </w:tc>
        <w:tc>
          <w:tcPr>
            <w:tcW w:type="dxa" w:w="126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Strongly disagree</w:t>
            </w:r>
          </w:p>
        </w:tc>
        <w:tc>
          <w:tcPr>
            <w:tcW w:type="dxa" w:w="126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Disagree</w:t>
            </w:r>
          </w:p>
        </w:tc>
        <w:tc>
          <w:tcPr>
            <w:tcW w:type="dxa" w:w="15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Neither agree nor disagree</w:t>
            </w:r>
          </w:p>
        </w:tc>
        <w:tc>
          <w:tcPr>
            <w:tcW w:type="dxa" w:w="126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Agree</w:t>
            </w:r>
          </w:p>
        </w:tc>
        <w:tc>
          <w:tcPr>
            <w:tcW w:type="dxa" w:w="126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Strongly agree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[Statement 1]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5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[Statement 2]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5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[Statement 3]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5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[Statement 4]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5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26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7. Overall, how [satisfied, useful, easy] was [topic]?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95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1</w:t>
            </w:r>
          </w:p>
        </w:tc>
        <w:tc>
          <w:tcPr>
            <w:tcW w:type="dxa" w:w="13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2</w:t>
            </w:r>
          </w:p>
        </w:tc>
        <w:tc>
          <w:tcPr>
            <w:tcW w:type="dxa" w:w="13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3</w:t>
            </w:r>
          </w:p>
        </w:tc>
        <w:tc>
          <w:tcPr>
            <w:tcW w:type="dxa" w:w="13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4</w:t>
            </w:r>
          </w:p>
        </w:tc>
        <w:tc>
          <w:tcPr>
            <w:tcW w:type="dxa" w:w="295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5</w:t>
            </w:r>
          </w:p>
        </w:tc>
      </w:tr>
      <w:tr>
        <w:trPr>
          <w:trHeight w:val="480"/>
        </w:trPr>
        <w:tc>
          <w:tcPr>
            <w:tcW w:type="dxa" w:w="29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 Not at all [word]</w:t>
            </w:r>
          </w:p>
        </w:tc>
        <w:tc>
          <w:tcPr>
            <w:tcW w:type="dxa" w:w="13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3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13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</w:t>
            </w:r>
          </w:p>
        </w:tc>
        <w:tc>
          <w:tcPr>
            <w:tcW w:type="dxa" w:w="29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○ Extremely [word]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Section C: [Your views in your own words]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8. What is the main reason for your answer to question 7?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9. What one thing should we [change, keep or add]?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Section D: About you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10. [Age, role or group question] (optional)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○ [Range or group]      ○ [Range or group]      ○ [Range or group]      ○ Prefer not to say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11. May we contact you about your answers?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○ Yes      ○ No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If yes, your name and email or 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Thank you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 you for your time. We will [what you will do with the answers]. Please return this questionnaire to [place or person] by [date]. Questions? Contact [name] at [email or phone].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https://hornetforms.com/blog/questionnaire-format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format template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