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cs="Arial" w:eastAsia="Arial"/>
          <w:b/>
          <w:i w:val="0"/>
          <w:color w:val="231A2E"/>
          <w:sz w:val="44"/>
        </w:rPr>
        <w:t>Questionnaire examples pack</w:t>
      </w:r>
    </w:p>
    <w:p>
      <w:pPr>
        <w:spacing w:after="200"/>
      </w:pPr>
      <w:r>
        <w:rPr>
          <w:rFonts w:ascii="Arial" w:hAnsi="Arial" w:cs="Arial" w:eastAsia="Arial"/>
          <w:b w:val="0"/>
          <w:i w:val="0"/>
          <w:color w:val="5E5468"/>
          <w:sz w:val="22"/>
        </w:rPr>
        <w:t>10 sample questionnaires you can copy, edit and print, or turn into an online form.</w:t>
      </w:r>
    </w:p>
    <w:p>
      <w:pPr>
        <w:keepNext/>
        <w:spacing w:before="240" w:after="80"/>
      </w:pPr>
      <w:r>
        <w:rPr>
          <w:rFonts w:ascii="Arial" w:hAnsi="Arial" w:cs="Arial" w:eastAsia="Arial"/>
          <w:b/>
          <w:i w:val="0"/>
          <w:color w:val="231A2E"/>
          <w:sz w:val="28"/>
        </w:rPr>
        <w:t>How to use this pack</w:t>
      </w:r>
    </w:p>
    <w:p>
      <w:pPr>
        <w:pStyle w:val="ListBullet"/>
        <w:spacing w:after="40"/>
      </w:pPr>
      <w:r>
        <w:rPr>
          <w:rFonts w:ascii="Arial" w:hAnsi="Arial" w:cs="Arial" w:eastAsia="Arial"/>
          <w:b w:val="0"/>
          <w:i w:val="0"/>
          <w:color w:val="231A2E"/>
          <w:sz w:val="20"/>
        </w:rPr>
        <w:t>Pick the example closest to your job and delete every question you won't act on.</w:t>
      </w:r>
    </w:p>
    <w:p>
      <w:pPr>
        <w:pStyle w:val="ListBullet"/>
        <w:spacing w:after="40"/>
      </w:pPr>
      <w:r>
        <w:rPr>
          <w:rFonts w:ascii="Arial" w:hAnsi="Arial" w:cs="Arial" w:eastAsia="Arial"/>
          <w:b w:val="0"/>
          <w:i w:val="0"/>
          <w:color w:val="231A2E"/>
          <w:sz w:val="20"/>
        </w:rPr>
        <w:t>Replace everything in [square brackets] with your own words.</w:t>
      </w:r>
    </w:p>
    <w:p>
      <w:pPr>
        <w:pStyle w:val="ListBullet"/>
        <w:spacing w:after="40"/>
      </w:pPr>
      <w:r>
        <w:rPr>
          <w:rFonts w:ascii="Arial" w:hAnsi="Arial" w:cs="Arial" w:eastAsia="Arial"/>
          <w:b w:val="0"/>
          <w:i w:val="0"/>
          <w:color w:val="231A2E"/>
          <w:sz w:val="20"/>
        </w:rPr>
        <w:t>Keep the introduction: who is asking, why, how long it takes, and what happens next.</w:t>
      </w:r>
    </w:p>
    <w:p>
      <w:pPr>
        <w:pStyle w:val="ListBullet"/>
        <w:spacing w:after="40"/>
      </w:pPr>
      <w:r>
        <w:rPr>
          <w:rFonts w:ascii="Arial" w:hAnsi="Arial" w:cs="Arial" w:eastAsia="Arial"/>
          <w:b w:val="0"/>
          <w:i w:val="0"/>
          <w:color w:val="231A2E"/>
          <w:sz w:val="20"/>
        </w:rPr>
        <w:t>Test it on five people before you send it to everyone, and fix any question they stumble on.</w:t>
      </w:r>
    </w:p>
    <w:p>
      <w:pPr>
        <w:pStyle w:val="ListBullet"/>
        <w:spacing w:after="40"/>
      </w:pPr>
      <w:r>
        <w:rPr>
          <w:rFonts w:ascii="Arial" w:hAnsi="Arial" w:cs="Arial" w:eastAsia="Arial"/>
          <w:b w:val="0"/>
          <w:i w:val="0"/>
          <w:color w:val="231A2E"/>
          <w:sz w:val="20"/>
        </w:rPr>
        <w:t>○ means pick one answer. □ means tick all that apply.</w:t>
      </w:r>
    </w:p>
    <w:p>
      <w:pPr>
        <w:keepNext/>
        <w:spacing w:before="240" w:after="80"/>
      </w:pPr>
      <w:r>
        <w:rPr>
          <w:rFonts w:ascii="Arial" w:hAnsi="Arial" w:cs="Arial" w:eastAsia="Arial"/>
          <w:b/>
          <w:i w:val="0"/>
          <w:color w:val="231A2E"/>
          <w:sz w:val="28"/>
        </w:rPr>
        <w:t>What's inside</w:t>
      </w:r>
    </w:p>
    <w:tbl>
      <w:tblPr>
        <w:tblW w:type="auto" w:w="0"/>
        <w:tblLayout w:type="fixed"/>
        <w:tblLook w:firstColumn="1" w:firstRow="1" w:lastColumn="0" w:lastRow="0" w:noHBand="0" w:noVBand="1" w:val="04A0"/>
        <w:tblBorders>
          <w:top w:val="single" w:sz="4" w:color="C9C1D3"/>
          <w:left w:val="single" w:sz="4" w:color="C9C1D3"/>
          <w:bottom w:val="single" w:sz="4" w:color="C9C1D3"/>
          <w:right w:val="single" w:sz="4" w:color="C9C1D3"/>
          <w:insideH w:val="single" w:sz="4" w:color="C9C1D3"/>
          <w:insideV w:val="single" w:sz="4" w:color="C9C1D3"/>
        </w:tblBorders>
      </w:tblPr>
      <w:tblGrid>
        <w:gridCol w:w="2484"/>
        <w:gridCol w:w="2484"/>
        <w:gridCol w:w="2484"/>
        <w:gridCol w:w="2484"/>
      </w:tblGrid>
      <w:tr>
        <w:tc>
          <w:tcPr>
            <w:tcW w:type="dxa" w:w="645"/>
            <w:shd w:val="clear" w:color="auto" w:fill="231A2E"/>
          </w:tcPr>
          <w:p>
            <w:r/>
            <w:r>
              <w:rPr>
                <w:rFonts w:ascii="Arial" w:hAnsi="Arial" w:cs="Arial" w:eastAsia="Arial"/>
                <w:b/>
                <w:i w:val="0"/>
                <w:color w:val="FBF5E9"/>
                <w:sz w:val="18"/>
              </w:rPr>
              <w:t>#</w:t>
            </w:r>
          </w:p>
        </w:tc>
        <w:tc>
          <w:tcPr>
            <w:tcW w:type="dxa" w:w="6452"/>
            <w:shd w:val="clear" w:color="auto" w:fill="231A2E"/>
          </w:tcPr>
          <w:p>
            <w:r/>
            <w:r>
              <w:rPr>
                <w:rFonts w:ascii="Arial" w:hAnsi="Arial" w:cs="Arial" w:eastAsia="Arial"/>
                <w:b/>
                <w:i w:val="0"/>
                <w:color w:val="FBF5E9"/>
                <w:sz w:val="18"/>
              </w:rPr>
              <w:t>Questionnaire</w:t>
            </w:r>
          </w:p>
        </w:tc>
        <w:tc>
          <w:tcPr>
            <w:tcW w:type="dxa" w:w="1548"/>
            <w:shd w:val="clear" w:color="auto" w:fill="231A2E"/>
          </w:tcPr>
          <w:p>
            <w:r/>
            <w:r>
              <w:rPr>
                <w:rFonts w:ascii="Arial" w:hAnsi="Arial" w:cs="Arial" w:eastAsia="Arial"/>
                <w:b/>
                <w:i w:val="0"/>
                <w:color w:val="FBF5E9"/>
                <w:sz w:val="18"/>
              </w:rPr>
              <w:t>Questions</w:t>
            </w:r>
          </w:p>
        </w:tc>
        <w:tc>
          <w:tcPr>
            <w:tcW w:type="dxa" w:w="1290"/>
            <w:shd w:val="clear" w:color="auto" w:fill="231A2E"/>
          </w:tcPr>
          <w:p>
            <w:r/>
            <w:r>
              <w:rPr>
                <w:rFonts w:ascii="Arial" w:hAnsi="Arial" w:cs="Arial" w:eastAsia="Arial"/>
                <w:b/>
                <w:i w:val="0"/>
                <w:color w:val="FBF5E9"/>
                <w:sz w:val="18"/>
              </w:rPr>
              <w:t>Time</w:t>
            </w:r>
          </w:p>
        </w:tc>
      </w:tr>
      <w:tr>
        <w:trPr>
          <w:trHeight w:val="480"/>
        </w:trPr>
        <w:tc>
          <w:tcPr>
            <w:tcW w:type="dxa" w:w="645"/>
          </w:tcPr>
          <w:p>
            <w:r/>
            <w:r>
              <w:rPr>
                <w:rFonts w:ascii="Arial" w:hAnsi="Arial" w:cs="Arial" w:eastAsia="Arial"/>
                <w:b w:val="0"/>
                <w:i w:val="0"/>
                <w:color w:val="231A2E"/>
                <w:sz w:val="18"/>
              </w:rPr>
              <w:t>1</w:t>
            </w:r>
          </w:p>
        </w:tc>
        <w:tc>
          <w:tcPr>
            <w:tcW w:type="dxa" w:w="6452"/>
          </w:tcPr>
          <w:p>
            <w:r/>
            <w:r>
              <w:rPr>
                <w:rFonts w:ascii="Arial" w:hAnsi="Arial" w:cs="Arial" w:eastAsia="Arial"/>
                <w:b w:val="0"/>
                <w:i w:val="0"/>
                <w:color w:val="231A2E"/>
                <w:sz w:val="18"/>
              </w:rPr>
              <w:t>Customer satisfaction questionnaire</w:t>
            </w:r>
          </w:p>
        </w:tc>
        <w:tc>
          <w:tcPr>
            <w:tcW w:type="dxa" w:w="1548"/>
          </w:tcPr>
          <w:p>
            <w:r/>
            <w:r>
              <w:rPr>
                <w:rFonts w:ascii="Arial" w:hAnsi="Arial" w:cs="Arial" w:eastAsia="Arial"/>
                <w:b w:val="0"/>
                <w:i w:val="0"/>
                <w:color w:val="231A2E"/>
                <w:sz w:val="18"/>
              </w:rPr>
              <w:t>10</w:t>
            </w:r>
          </w:p>
        </w:tc>
        <w:tc>
          <w:tcPr>
            <w:tcW w:type="dxa" w:w="1290"/>
          </w:tcPr>
          <w:p>
            <w:r/>
            <w:r>
              <w:rPr>
                <w:rFonts w:ascii="Arial" w:hAnsi="Arial" w:cs="Arial" w:eastAsia="Arial"/>
                <w:b w:val="0"/>
                <w:i w:val="0"/>
                <w:color w:val="231A2E"/>
                <w:sz w:val="18"/>
              </w:rPr>
              <w:t>3 min</w:t>
            </w:r>
          </w:p>
        </w:tc>
      </w:tr>
      <w:tr>
        <w:trPr>
          <w:trHeight w:val="480"/>
        </w:trPr>
        <w:tc>
          <w:tcPr>
            <w:tcW w:type="dxa" w:w="645"/>
          </w:tcPr>
          <w:p>
            <w:r/>
            <w:r>
              <w:rPr>
                <w:rFonts w:ascii="Arial" w:hAnsi="Arial" w:cs="Arial" w:eastAsia="Arial"/>
                <w:b w:val="0"/>
                <w:i w:val="0"/>
                <w:color w:val="231A2E"/>
                <w:sz w:val="18"/>
              </w:rPr>
              <w:t>2</w:t>
            </w:r>
          </w:p>
        </w:tc>
        <w:tc>
          <w:tcPr>
            <w:tcW w:type="dxa" w:w="6452"/>
          </w:tcPr>
          <w:p>
            <w:r/>
            <w:r>
              <w:rPr>
                <w:rFonts w:ascii="Arial" w:hAnsi="Arial" w:cs="Arial" w:eastAsia="Arial"/>
                <w:b w:val="0"/>
                <w:i w:val="0"/>
                <w:color w:val="231A2E"/>
                <w:sz w:val="18"/>
              </w:rPr>
              <w:t>Event feedback questionnaire</w:t>
            </w:r>
          </w:p>
        </w:tc>
        <w:tc>
          <w:tcPr>
            <w:tcW w:type="dxa" w:w="1548"/>
          </w:tcPr>
          <w:p>
            <w:r/>
            <w:r>
              <w:rPr>
                <w:rFonts w:ascii="Arial" w:hAnsi="Arial" w:cs="Arial" w:eastAsia="Arial"/>
                <w:b w:val="0"/>
                <w:i w:val="0"/>
                <w:color w:val="231A2E"/>
                <w:sz w:val="18"/>
              </w:rPr>
              <w:t>8</w:t>
            </w:r>
          </w:p>
        </w:tc>
        <w:tc>
          <w:tcPr>
            <w:tcW w:type="dxa" w:w="1290"/>
          </w:tcPr>
          <w:p>
            <w:r/>
            <w:r>
              <w:rPr>
                <w:rFonts w:ascii="Arial" w:hAnsi="Arial" w:cs="Arial" w:eastAsia="Arial"/>
                <w:b w:val="0"/>
                <w:i w:val="0"/>
                <w:color w:val="231A2E"/>
                <w:sz w:val="18"/>
              </w:rPr>
              <w:t>3 min</w:t>
            </w:r>
          </w:p>
        </w:tc>
      </w:tr>
      <w:tr>
        <w:trPr>
          <w:trHeight w:val="480"/>
        </w:trPr>
        <w:tc>
          <w:tcPr>
            <w:tcW w:type="dxa" w:w="645"/>
          </w:tcPr>
          <w:p>
            <w:r/>
            <w:r>
              <w:rPr>
                <w:rFonts w:ascii="Arial" w:hAnsi="Arial" w:cs="Arial" w:eastAsia="Arial"/>
                <w:b w:val="0"/>
                <w:i w:val="0"/>
                <w:color w:val="231A2E"/>
                <w:sz w:val="18"/>
              </w:rPr>
              <w:t>3</w:t>
            </w:r>
          </w:p>
        </w:tc>
        <w:tc>
          <w:tcPr>
            <w:tcW w:type="dxa" w:w="6452"/>
          </w:tcPr>
          <w:p>
            <w:r/>
            <w:r>
              <w:rPr>
                <w:rFonts w:ascii="Arial" w:hAnsi="Arial" w:cs="Arial" w:eastAsia="Arial"/>
                <w:b w:val="0"/>
                <w:i w:val="0"/>
                <w:color w:val="231A2E"/>
                <w:sz w:val="18"/>
              </w:rPr>
              <w:t>Course evaluation questionnaire</w:t>
            </w:r>
          </w:p>
        </w:tc>
        <w:tc>
          <w:tcPr>
            <w:tcW w:type="dxa" w:w="1548"/>
          </w:tcPr>
          <w:p>
            <w:r/>
            <w:r>
              <w:rPr>
                <w:rFonts w:ascii="Arial" w:hAnsi="Arial" w:cs="Arial" w:eastAsia="Arial"/>
                <w:b w:val="0"/>
                <w:i w:val="0"/>
                <w:color w:val="231A2E"/>
                <w:sz w:val="18"/>
              </w:rPr>
              <w:t>8</w:t>
            </w:r>
          </w:p>
        </w:tc>
        <w:tc>
          <w:tcPr>
            <w:tcW w:type="dxa" w:w="1290"/>
          </w:tcPr>
          <w:p>
            <w:r/>
            <w:r>
              <w:rPr>
                <w:rFonts w:ascii="Arial" w:hAnsi="Arial" w:cs="Arial" w:eastAsia="Arial"/>
                <w:b w:val="0"/>
                <w:i w:val="0"/>
                <w:color w:val="231A2E"/>
                <w:sz w:val="18"/>
              </w:rPr>
              <w:t>4 min</w:t>
            </w:r>
          </w:p>
        </w:tc>
      </w:tr>
      <w:tr>
        <w:trPr>
          <w:trHeight w:val="480"/>
        </w:trPr>
        <w:tc>
          <w:tcPr>
            <w:tcW w:type="dxa" w:w="645"/>
          </w:tcPr>
          <w:p>
            <w:r/>
            <w:r>
              <w:rPr>
                <w:rFonts w:ascii="Arial" w:hAnsi="Arial" w:cs="Arial" w:eastAsia="Arial"/>
                <w:b w:val="0"/>
                <w:i w:val="0"/>
                <w:color w:val="231A2E"/>
                <w:sz w:val="18"/>
              </w:rPr>
              <w:t>4</w:t>
            </w:r>
          </w:p>
        </w:tc>
        <w:tc>
          <w:tcPr>
            <w:tcW w:type="dxa" w:w="6452"/>
          </w:tcPr>
          <w:p>
            <w:r/>
            <w:r>
              <w:rPr>
                <w:rFonts w:ascii="Arial" w:hAnsi="Arial" w:cs="Arial" w:eastAsia="Arial"/>
                <w:b w:val="0"/>
                <w:i w:val="0"/>
                <w:color w:val="231A2E"/>
                <w:sz w:val="18"/>
              </w:rPr>
              <w:t>Market research questionnaire</w:t>
            </w:r>
          </w:p>
        </w:tc>
        <w:tc>
          <w:tcPr>
            <w:tcW w:type="dxa" w:w="1548"/>
          </w:tcPr>
          <w:p>
            <w:r/>
            <w:r>
              <w:rPr>
                <w:rFonts w:ascii="Arial" w:hAnsi="Arial" w:cs="Arial" w:eastAsia="Arial"/>
                <w:b w:val="0"/>
                <w:i w:val="0"/>
                <w:color w:val="231A2E"/>
                <w:sz w:val="18"/>
              </w:rPr>
              <w:t>9</w:t>
            </w:r>
          </w:p>
        </w:tc>
        <w:tc>
          <w:tcPr>
            <w:tcW w:type="dxa" w:w="1290"/>
          </w:tcPr>
          <w:p>
            <w:r/>
            <w:r>
              <w:rPr>
                <w:rFonts w:ascii="Arial" w:hAnsi="Arial" w:cs="Arial" w:eastAsia="Arial"/>
                <w:b w:val="0"/>
                <w:i w:val="0"/>
                <w:color w:val="231A2E"/>
                <w:sz w:val="18"/>
              </w:rPr>
              <w:t>4 min</w:t>
            </w:r>
          </w:p>
        </w:tc>
      </w:tr>
      <w:tr>
        <w:trPr>
          <w:trHeight w:val="480"/>
        </w:trPr>
        <w:tc>
          <w:tcPr>
            <w:tcW w:type="dxa" w:w="645"/>
          </w:tcPr>
          <w:p>
            <w:r/>
            <w:r>
              <w:rPr>
                <w:rFonts w:ascii="Arial" w:hAnsi="Arial" w:cs="Arial" w:eastAsia="Arial"/>
                <w:b w:val="0"/>
                <w:i w:val="0"/>
                <w:color w:val="231A2E"/>
                <w:sz w:val="18"/>
              </w:rPr>
              <w:t>5</w:t>
            </w:r>
          </w:p>
        </w:tc>
        <w:tc>
          <w:tcPr>
            <w:tcW w:type="dxa" w:w="6452"/>
          </w:tcPr>
          <w:p>
            <w:r/>
            <w:r>
              <w:rPr>
                <w:rFonts w:ascii="Arial" w:hAnsi="Arial" w:cs="Arial" w:eastAsia="Arial"/>
                <w:b w:val="0"/>
                <w:i w:val="0"/>
                <w:color w:val="231A2E"/>
                <w:sz w:val="18"/>
              </w:rPr>
              <w:t>Community needs questionnaire</w:t>
            </w:r>
          </w:p>
        </w:tc>
        <w:tc>
          <w:tcPr>
            <w:tcW w:type="dxa" w:w="1548"/>
          </w:tcPr>
          <w:p>
            <w:r/>
            <w:r>
              <w:rPr>
                <w:rFonts w:ascii="Arial" w:hAnsi="Arial" w:cs="Arial" w:eastAsia="Arial"/>
                <w:b w:val="0"/>
                <w:i w:val="0"/>
                <w:color w:val="231A2E"/>
                <w:sz w:val="18"/>
              </w:rPr>
              <w:t>8</w:t>
            </w:r>
          </w:p>
        </w:tc>
        <w:tc>
          <w:tcPr>
            <w:tcW w:type="dxa" w:w="1290"/>
          </w:tcPr>
          <w:p>
            <w:r/>
            <w:r>
              <w:rPr>
                <w:rFonts w:ascii="Arial" w:hAnsi="Arial" w:cs="Arial" w:eastAsia="Arial"/>
                <w:b w:val="0"/>
                <w:i w:val="0"/>
                <w:color w:val="231A2E"/>
                <w:sz w:val="18"/>
              </w:rPr>
              <w:t>5 min</w:t>
            </w:r>
          </w:p>
        </w:tc>
      </w:tr>
      <w:tr>
        <w:trPr>
          <w:trHeight w:val="480"/>
        </w:trPr>
        <w:tc>
          <w:tcPr>
            <w:tcW w:type="dxa" w:w="645"/>
          </w:tcPr>
          <w:p>
            <w:r/>
            <w:r>
              <w:rPr>
                <w:rFonts w:ascii="Arial" w:hAnsi="Arial" w:cs="Arial" w:eastAsia="Arial"/>
                <w:b w:val="0"/>
                <w:i w:val="0"/>
                <w:color w:val="231A2E"/>
                <w:sz w:val="18"/>
              </w:rPr>
              <w:t>6</w:t>
            </w:r>
          </w:p>
        </w:tc>
        <w:tc>
          <w:tcPr>
            <w:tcW w:type="dxa" w:w="6452"/>
          </w:tcPr>
          <w:p>
            <w:r/>
            <w:r>
              <w:rPr>
                <w:rFonts w:ascii="Arial" w:hAnsi="Arial" w:cs="Arial" w:eastAsia="Arial"/>
                <w:b w:val="0"/>
                <w:i w:val="0"/>
                <w:color w:val="231A2E"/>
                <w:sz w:val="18"/>
              </w:rPr>
              <w:t>Employee pulse questionnaire</w:t>
            </w:r>
          </w:p>
        </w:tc>
        <w:tc>
          <w:tcPr>
            <w:tcW w:type="dxa" w:w="1548"/>
          </w:tcPr>
          <w:p>
            <w:r/>
            <w:r>
              <w:rPr>
                <w:rFonts w:ascii="Arial" w:hAnsi="Arial" w:cs="Arial" w:eastAsia="Arial"/>
                <w:b w:val="0"/>
                <w:i w:val="0"/>
                <w:color w:val="231A2E"/>
                <w:sz w:val="18"/>
              </w:rPr>
              <w:t>6</w:t>
            </w:r>
          </w:p>
        </w:tc>
        <w:tc>
          <w:tcPr>
            <w:tcW w:type="dxa" w:w="1290"/>
          </w:tcPr>
          <w:p>
            <w:r/>
            <w:r>
              <w:rPr>
                <w:rFonts w:ascii="Arial" w:hAnsi="Arial" w:cs="Arial" w:eastAsia="Arial"/>
                <w:b w:val="0"/>
                <w:i w:val="0"/>
                <w:color w:val="231A2E"/>
                <w:sz w:val="18"/>
              </w:rPr>
              <w:t>2 min</w:t>
            </w:r>
          </w:p>
        </w:tc>
      </w:tr>
      <w:tr>
        <w:trPr>
          <w:trHeight w:val="480"/>
        </w:trPr>
        <w:tc>
          <w:tcPr>
            <w:tcW w:type="dxa" w:w="645"/>
          </w:tcPr>
          <w:p>
            <w:r/>
            <w:r>
              <w:rPr>
                <w:rFonts w:ascii="Arial" w:hAnsi="Arial" w:cs="Arial" w:eastAsia="Arial"/>
                <w:b w:val="0"/>
                <w:i w:val="0"/>
                <w:color w:val="231A2E"/>
                <w:sz w:val="18"/>
              </w:rPr>
              <w:t>7</w:t>
            </w:r>
          </w:p>
        </w:tc>
        <w:tc>
          <w:tcPr>
            <w:tcW w:type="dxa" w:w="6452"/>
          </w:tcPr>
          <w:p>
            <w:r/>
            <w:r>
              <w:rPr>
                <w:rFonts w:ascii="Arial" w:hAnsi="Arial" w:cs="Arial" w:eastAsia="Arial"/>
                <w:b w:val="0"/>
                <w:i w:val="0"/>
                <w:color w:val="231A2E"/>
                <w:sz w:val="18"/>
              </w:rPr>
              <w:t>Student questionnaire: study habits</w:t>
            </w:r>
          </w:p>
        </w:tc>
        <w:tc>
          <w:tcPr>
            <w:tcW w:type="dxa" w:w="1548"/>
          </w:tcPr>
          <w:p>
            <w:r/>
            <w:r>
              <w:rPr>
                <w:rFonts w:ascii="Arial" w:hAnsi="Arial" w:cs="Arial" w:eastAsia="Arial"/>
                <w:b w:val="0"/>
                <w:i w:val="0"/>
                <w:color w:val="231A2E"/>
                <w:sz w:val="18"/>
              </w:rPr>
              <w:t>6</w:t>
            </w:r>
          </w:p>
        </w:tc>
        <w:tc>
          <w:tcPr>
            <w:tcW w:type="dxa" w:w="1290"/>
          </w:tcPr>
          <w:p>
            <w:r/>
            <w:r>
              <w:rPr>
                <w:rFonts w:ascii="Arial" w:hAnsi="Arial" w:cs="Arial" w:eastAsia="Arial"/>
                <w:b w:val="0"/>
                <w:i w:val="0"/>
                <w:color w:val="231A2E"/>
                <w:sz w:val="18"/>
              </w:rPr>
              <w:t>3 min</w:t>
            </w:r>
          </w:p>
        </w:tc>
      </w:tr>
      <w:tr>
        <w:trPr>
          <w:trHeight w:val="480"/>
        </w:trPr>
        <w:tc>
          <w:tcPr>
            <w:tcW w:type="dxa" w:w="645"/>
          </w:tcPr>
          <w:p>
            <w:r/>
            <w:r>
              <w:rPr>
                <w:rFonts w:ascii="Arial" w:hAnsi="Arial" w:cs="Arial" w:eastAsia="Arial"/>
                <w:b w:val="0"/>
                <w:i w:val="0"/>
                <w:color w:val="231A2E"/>
                <w:sz w:val="18"/>
              </w:rPr>
              <w:t>8</w:t>
            </w:r>
          </w:p>
        </w:tc>
        <w:tc>
          <w:tcPr>
            <w:tcW w:type="dxa" w:w="6452"/>
          </w:tcPr>
          <w:p>
            <w:r/>
            <w:r>
              <w:rPr>
                <w:rFonts w:ascii="Arial" w:hAnsi="Arial" w:cs="Arial" w:eastAsia="Arial"/>
                <w:b w:val="0"/>
                <w:i w:val="0"/>
                <w:color w:val="231A2E"/>
                <w:sz w:val="18"/>
              </w:rPr>
              <w:t>Website feedback questionnaire</w:t>
            </w:r>
          </w:p>
        </w:tc>
        <w:tc>
          <w:tcPr>
            <w:tcW w:type="dxa" w:w="1548"/>
          </w:tcPr>
          <w:p>
            <w:r/>
            <w:r>
              <w:rPr>
                <w:rFonts w:ascii="Arial" w:hAnsi="Arial" w:cs="Arial" w:eastAsia="Arial"/>
                <w:b w:val="0"/>
                <w:i w:val="0"/>
                <w:color w:val="231A2E"/>
                <w:sz w:val="18"/>
              </w:rPr>
              <w:t>6</w:t>
            </w:r>
          </w:p>
        </w:tc>
        <w:tc>
          <w:tcPr>
            <w:tcW w:type="dxa" w:w="1290"/>
          </w:tcPr>
          <w:p>
            <w:r/>
            <w:r>
              <w:rPr>
                <w:rFonts w:ascii="Arial" w:hAnsi="Arial" w:cs="Arial" w:eastAsia="Arial"/>
                <w:b w:val="0"/>
                <w:i w:val="0"/>
                <w:color w:val="231A2E"/>
                <w:sz w:val="18"/>
              </w:rPr>
              <w:t>2 min</w:t>
            </w:r>
          </w:p>
        </w:tc>
      </w:tr>
      <w:tr>
        <w:trPr>
          <w:trHeight w:val="480"/>
        </w:trPr>
        <w:tc>
          <w:tcPr>
            <w:tcW w:type="dxa" w:w="645"/>
          </w:tcPr>
          <w:p>
            <w:r/>
            <w:r>
              <w:rPr>
                <w:rFonts w:ascii="Arial" w:hAnsi="Arial" w:cs="Arial" w:eastAsia="Arial"/>
                <w:b w:val="0"/>
                <w:i w:val="0"/>
                <w:color w:val="231A2E"/>
                <w:sz w:val="18"/>
              </w:rPr>
              <w:t>9</w:t>
            </w:r>
          </w:p>
        </w:tc>
        <w:tc>
          <w:tcPr>
            <w:tcW w:type="dxa" w:w="6452"/>
          </w:tcPr>
          <w:p>
            <w:r/>
            <w:r>
              <w:rPr>
                <w:rFonts w:ascii="Arial" w:hAnsi="Arial" w:cs="Arial" w:eastAsia="Arial"/>
                <w:b w:val="0"/>
                <w:i w:val="0"/>
                <w:color w:val="231A2E"/>
                <w:sz w:val="18"/>
              </w:rPr>
              <w:t>Product feedback questionnaire</w:t>
            </w:r>
          </w:p>
        </w:tc>
        <w:tc>
          <w:tcPr>
            <w:tcW w:type="dxa" w:w="1548"/>
          </w:tcPr>
          <w:p>
            <w:r/>
            <w:r>
              <w:rPr>
                <w:rFonts w:ascii="Arial" w:hAnsi="Arial" w:cs="Arial" w:eastAsia="Arial"/>
                <w:b w:val="0"/>
                <w:i w:val="0"/>
                <w:color w:val="231A2E"/>
                <w:sz w:val="18"/>
              </w:rPr>
              <w:t>7</w:t>
            </w:r>
          </w:p>
        </w:tc>
        <w:tc>
          <w:tcPr>
            <w:tcW w:type="dxa" w:w="1290"/>
          </w:tcPr>
          <w:p>
            <w:r/>
            <w:r>
              <w:rPr>
                <w:rFonts w:ascii="Arial" w:hAnsi="Arial" w:cs="Arial" w:eastAsia="Arial"/>
                <w:b w:val="0"/>
                <w:i w:val="0"/>
                <w:color w:val="231A2E"/>
                <w:sz w:val="18"/>
              </w:rPr>
              <w:t>3 min</w:t>
            </w:r>
          </w:p>
        </w:tc>
      </w:tr>
      <w:tr>
        <w:trPr>
          <w:trHeight w:val="480"/>
        </w:trPr>
        <w:tc>
          <w:tcPr>
            <w:tcW w:type="dxa" w:w="645"/>
          </w:tcPr>
          <w:p>
            <w:r/>
            <w:r>
              <w:rPr>
                <w:rFonts w:ascii="Arial" w:hAnsi="Arial" w:cs="Arial" w:eastAsia="Arial"/>
                <w:b w:val="0"/>
                <w:i w:val="0"/>
                <w:color w:val="231A2E"/>
                <w:sz w:val="18"/>
              </w:rPr>
              <w:t>10</w:t>
            </w:r>
          </w:p>
        </w:tc>
        <w:tc>
          <w:tcPr>
            <w:tcW w:type="dxa" w:w="6452"/>
          </w:tcPr>
          <w:p>
            <w:r/>
            <w:r>
              <w:rPr>
                <w:rFonts w:ascii="Arial" w:hAnsi="Arial" w:cs="Arial" w:eastAsia="Arial"/>
                <w:b w:val="0"/>
                <w:i w:val="0"/>
                <w:color w:val="231A2E"/>
                <w:sz w:val="18"/>
              </w:rPr>
              <w:t>Health and lifestyle questionnaire (CDC BRFSS items)</w:t>
            </w:r>
          </w:p>
        </w:tc>
        <w:tc>
          <w:tcPr>
            <w:tcW w:type="dxa" w:w="1548"/>
          </w:tcPr>
          <w:p>
            <w:r/>
            <w:r>
              <w:rPr>
                <w:rFonts w:ascii="Arial" w:hAnsi="Arial" w:cs="Arial" w:eastAsia="Arial"/>
                <w:b w:val="0"/>
                <w:i w:val="0"/>
                <w:color w:val="231A2E"/>
                <w:sz w:val="18"/>
              </w:rPr>
              <w:t>5</w:t>
            </w:r>
          </w:p>
        </w:tc>
        <w:tc>
          <w:tcPr>
            <w:tcW w:type="dxa" w:w="1290"/>
          </w:tcPr>
          <w:p>
            <w:r/>
            <w:r>
              <w:rPr>
                <w:rFonts w:ascii="Arial" w:hAnsi="Arial" w:cs="Arial" w:eastAsia="Arial"/>
                <w:b w:val="0"/>
                <w:i w:val="0"/>
                <w:color w:val="231A2E"/>
                <w:sz w:val="18"/>
              </w:rPr>
              <w:t>2 min</w:t>
            </w:r>
          </w:p>
        </w:tc>
      </w:tr>
    </w:tbl>
    <w:p>
      <w:pPr>
        <w:spacing w:after="40"/>
      </w:pPr>
    </w:p>
    <w:p>
      <w:pPr>
        <w:keepNext/>
        <w:spacing w:before="240" w:after="80"/>
      </w:pPr>
      <w:r>
        <w:rPr>
          <w:rFonts w:ascii="Arial" w:hAnsi="Arial" w:cs="Arial" w:eastAsia="Arial"/>
          <w:b/>
          <w:i w:val="0"/>
          <w:color w:val="231A2E"/>
          <w:sz w:val="28"/>
        </w:rPr>
        <w:t>Basic questions almost every questionnaire needs</w:t>
      </w:r>
    </w:p>
    <w:tbl>
      <w:tblPr>
        <w:tblW w:type="auto" w:w="0"/>
        <w:tblLayout w:type="fixed"/>
        <w:tblLook w:firstColumn="1" w:firstRow="1" w:lastColumn="0" w:lastRow="0" w:noHBand="0" w:noVBand="1" w:val="04A0"/>
        <w:tblBorders>
          <w:top w:val="single" w:sz="4" w:color="C9C1D3"/>
          <w:left w:val="single" w:sz="4" w:color="C9C1D3"/>
          <w:bottom w:val="single" w:sz="4" w:color="C9C1D3"/>
          <w:right w:val="single" w:sz="4" w:color="C9C1D3"/>
          <w:insideH w:val="single" w:sz="4" w:color="C9C1D3"/>
          <w:insideV w:val="single" w:sz="4" w:color="C9C1D3"/>
        </w:tblBorders>
      </w:tblPr>
      <w:tblGrid>
        <w:gridCol w:w="3312"/>
        <w:gridCol w:w="3312"/>
        <w:gridCol w:w="3312"/>
      </w:tblGrid>
      <w:tr>
        <w:tc>
          <w:tcPr>
            <w:tcW w:type="dxa" w:w="1830"/>
            <w:shd w:val="clear" w:color="auto" w:fill="231A2E"/>
          </w:tcPr>
          <w:p>
            <w:r/>
            <w:r>
              <w:rPr>
                <w:rFonts w:ascii="Arial" w:hAnsi="Arial" w:cs="Arial" w:eastAsia="Arial"/>
                <w:b/>
                <w:i w:val="0"/>
                <w:color w:val="FBF5E9"/>
                <w:sz w:val="18"/>
              </w:rPr>
              <w:t>Job</w:t>
            </w:r>
          </w:p>
        </w:tc>
        <w:tc>
          <w:tcPr>
            <w:tcW w:type="dxa" w:w="4184"/>
            <w:shd w:val="clear" w:color="auto" w:fill="231A2E"/>
          </w:tcPr>
          <w:p>
            <w:r/>
            <w:r>
              <w:rPr>
                <w:rFonts w:ascii="Arial" w:hAnsi="Arial" w:cs="Arial" w:eastAsia="Arial"/>
                <w:b/>
                <w:i w:val="0"/>
                <w:color w:val="FBF5E9"/>
                <w:sz w:val="18"/>
              </w:rPr>
              <w:t>Question</w:t>
            </w:r>
          </w:p>
        </w:tc>
        <w:tc>
          <w:tcPr>
            <w:tcW w:type="dxa" w:w="3922"/>
            <w:shd w:val="clear" w:color="auto" w:fill="231A2E"/>
          </w:tcPr>
          <w:p>
            <w:r/>
            <w:r>
              <w:rPr>
                <w:rFonts w:ascii="Arial" w:hAnsi="Arial" w:cs="Arial" w:eastAsia="Arial"/>
                <w:b/>
                <w:i w:val="0"/>
                <w:color w:val="FBF5E9"/>
                <w:sz w:val="18"/>
              </w:rPr>
              <w:t>Tip</w:t>
            </w:r>
          </w:p>
        </w:tc>
      </w:tr>
      <w:tr>
        <w:trPr>
          <w:trHeight w:val="480"/>
        </w:trPr>
        <w:tc>
          <w:tcPr>
            <w:tcW w:type="dxa" w:w="1830"/>
          </w:tcPr>
          <w:p>
            <w:r/>
            <w:r>
              <w:rPr>
                <w:rFonts w:ascii="Arial" w:hAnsi="Arial" w:cs="Arial" w:eastAsia="Arial"/>
                <w:b w:val="0"/>
                <w:i w:val="0"/>
                <w:color w:val="231A2E"/>
                <w:sz w:val="18"/>
              </w:rPr>
              <w:t>Who is answering?</w:t>
            </w:r>
          </w:p>
        </w:tc>
        <w:tc>
          <w:tcPr>
            <w:tcW w:type="dxa" w:w="4184"/>
          </w:tcPr>
          <w:p>
            <w:r/>
            <w:r>
              <w:rPr>
                <w:rFonts w:ascii="Arial" w:hAnsi="Arial" w:cs="Arial" w:eastAsia="Arial"/>
                <w:b w:val="0"/>
                <w:i w:val="0"/>
                <w:color w:val="231A2E"/>
                <w:sz w:val="18"/>
              </w:rPr>
              <w:t>A screening or "which best describes you" question</w:t>
            </w:r>
          </w:p>
        </w:tc>
        <w:tc>
          <w:tcPr>
            <w:tcW w:type="dxa" w:w="3922"/>
          </w:tcPr>
          <w:p>
            <w:r/>
            <w:r>
              <w:rPr>
                <w:rFonts w:ascii="Arial" w:hAnsi="Arial" w:cs="Arial" w:eastAsia="Arial"/>
                <w:b w:val="0"/>
                <w:i w:val="0"/>
                <w:color w:val="231A2E"/>
                <w:sz w:val="18"/>
              </w:rPr>
              <w:t>Only when you need to split results</w:t>
            </w:r>
          </w:p>
        </w:tc>
      </w:tr>
      <w:tr>
        <w:trPr>
          <w:trHeight w:val="480"/>
        </w:trPr>
        <w:tc>
          <w:tcPr>
            <w:tcW w:type="dxa" w:w="1830"/>
          </w:tcPr>
          <w:p>
            <w:r/>
            <w:r>
              <w:rPr>
                <w:rFonts w:ascii="Arial" w:hAnsi="Arial" w:cs="Arial" w:eastAsia="Arial"/>
                <w:b w:val="0"/>
                <w:i w:val="0"/>
                <w:color w:val="231A2E"/>
                <w:sz w:val="18"/>
              </w:rPr>
              <w:t>The big picture</w:t>
            </w:r>
          </w:p>
        </w:tc>
        <w:tc>
          <w:tcPr>
            <w:tcW w:type="dxa" w:w="4184"/>
          </w:tcPr>
          <w:p>
            <w:r/>
            <w:r>
              <w:rPr>
                <w:rFonts w:ascii="Arial" w:hAnsi="Arial" w:cs="Arial" w:eastAsia="Arial"/>
                <w:b w:val="0"/>
                <w:i w:val="0"/>
                <w:color w:val="231A2E"/>
                <w:sz w:val="18"/>
              </w:rPr>
              <w:t>An overall rating</w:t>
            </w:r>
          </w:p>
        </w:tc>
        <w:tc>
          <w:tcPr>
            <w:tcW w:type="dxa" w:w="3922"/>
          </w:tcPr>
          <w:p>
            <w:r/>
            <w:r>
              <w:rPr>
                <w:rFonts w:ascii="Arial" w:hAnsi="Arial" w:cs="Arial" w:eastAsia="Arial"/>
                <w:b w:val="0"/>
                <w:i w:val="0"/>
                <w:color w:val="231A2E"/>
                <w:sz w:val="18"/>
              </w:rPr>
              <w:t>Ask it before the detail questions</w:t>
            </w:r>
          </w:p>
        </w:tc>
      </w:tr>
      <w:tr>
        <w:trPr>
          <w:trHeight w:val="480"/>
        </w:trPr>
        <w:tc>
          <w:tcPr>
            <w:tcW w:type="dxa" w:w="1830"/>
          </w:tcPr>
          <w:p>
            <w:r/>
            <w:r>
              <w:rPr>
                <w:rFonts w:ascii="Arial" w:hAnsi="Arial" w:cs="Arial" w:eastAsia="Arial"/>
                <w:b w:val="0"/>
                <w:i w:val="0"/>
                <w:color w:val="231A2E"/>
                <w:sz w:val="18"/>
              </w:rPr>
              <w:t>The reason</w:t>
            </w:r>
          </w:p>
        </w:tc>
        <w:tc>
          <w:tcPr>
            <w:tcW w:type="dxa" w:w="4184"/>
          </w:tcPr>
          <w:p>
            <w:r/>
            <w:r>
              <w:rPr>
                <w:rFonts w:ascii="Arial" w:hAnsi="Arial" w:cs="Arial" w:eastAsia="Arial"/>
                <w:b w:val="0"/>
                <w:i w:val="0"/>
                <w:color w:val="231A2E"/>
                <w:sz w:val="18"/>
              </w:rPr>
              <w:t>"Why did you give that score?"</w:t>
            </w:r>
          </w:p>
        </w:tc>
        <w:tc>
          <w:tcPr>
            <w:tcW w:type="dxa" w:w="3922"/>
          </w:tcPr>
          <w:p>
            <w:r/>
            <w:r>
              <w:rPr>
                <w:rFonts w:ascii="Arial" w:hAnsi="Arial" w:cs="Arial" w:eastAsia="Arial"/>
                <w:b w:val="0"/>
                <w:i w:val="0"/>
                <w:color w:val="231A2E"/>
                <w:sz w:val="18"/>
              </w:rPr>
              <w:t>Straight after any score that matters</w:t>
            </w:r>
          </w:p>
        </w:tc>
      </w:tr>
      <w:tr>
        <w:trPr>
          <w:trHeight w:val="480"/>
        </w:trPr>
        <w:tc>
          <w:tcPr>
            <w:tcW w:type="dxa" w:w="1830"/>
          </w:tcPr>
          <w:p>
            <w:r/>
            <w:r>
              <w:rPr>
                <w:rFonts w:ascii="Arial" w:hAnsi="Arial" w:cs="Arial" w:eastAsia="Arial"/>
                <w:b w:val="0"/>
                <w:i w:val="0"/>
                <w:color w:val="231A2E"/>
                <w:sz w:val="18"/>
              </w:rPr>
              <w:t>The fix</w:t>
            </w:r>
          </w:p>
        </w:tc>
        <w:tc>
          <w:tcPr>
            <w:tcW w:type="dxa" w:w="4184"/>
          </w:tcPr>
          <w:p>
            <w:r/>
            <w:r>
              <w:rPr>
                <w:rFonts w:ascii="Arial" w:hAnsi="Arial" w:cs="Arial" w:eastAsia="Arial"/>
                <w:b w:val="0"/>
                <w:i w:val="0"/>
                <w:color w:val="231A2E"/>
                <w:sz w:val="18"/>
              </w:rPr>
              <w:t>"What one thing should we change?"</w:t>
            </w:r>
          </w:p>
        </w:tc>
        <w:tc>
          <w:tcPr>
            <w:tcW w:type="dxa" w:w="3922"/>
          </w:tcPr>
          <w:p>
            <w:r/>
            <w:r>
              <w:rPr>
                <w:rFonts w:ascii="Arial" w:hAnsi="Arial" w:cs="Arial" w:eastAsia="Arial"/>
                <w:b w:val="0"/>
                <w:i w:val="0"/>
                <w:color w:val="231A2E"/>
                <w:sz w:val="18"/>
              </w:rPr>
              <w:t>One open box beats five</w:t>
            </w:r>
          </w:p>
        </w:tc>
      </w:tr>
      <w:tr>
        <w:trPr>
          <w:trHeight w:val="480"/>
        </w:trPr>
        <w:tc>
          <w:tcPr>
            <w:tcW w:type="dxa" w:w="1830"/>
          </w:tcPr>
          <w:p>
            <w:r/>
            <w:r>
              <w:rPr>
                <w:rFonts w:ascii="Arial" w:hAnsi="Arial" w:cs="Arial" w:eastAsia="Arial"/>
                <w:b w:val="0"/>
                <w:i w:val="0"/>
                <w:color w:val="231A2E"/>
                <w:sz w:val="18"/>
              </w:rPr>
              <w:t>Who they are</w:t>
            </w:r>
          </w:p>
        </w:tc>
        <w:tc>
          <w:tcPr>
            <w:tcW w:type="dxa" w:w="4184"/>
          </w:tcPr>
          <w:p>
            <w:r/>
            <w:r>
              <w:rPr>
                <w:rFonts w:ascii="Arial" w:hAnsi="Arial" w:cs="Arial" w:eastAsia="Arial"/>
                <w:b w:val="0"/>
                <w:i w:val="0"/>
                <w:color w:val="231A2E"/>
                <w:sz w:val="18"/>
              </w:rPr>
              <w:t>Age band, role or area, with "Prefer not to say"</w:t>
            </w:r>
          </w:p>
        </w:tc>
        <w:tc>
          <w:tcPr>
            <w:tcW w:type="dxa" w:w="3922"/>
          </w:tcPr>
          <w:p>
            <w:r/>
            <w:r>
              <w:rPr>
                <w:rFonts w:ascii="Arial" w:hAnsi="Arial" w:cs="Arial" w:eastAsia="Arial"/>
                <w:b w:val="0"/>
                <w:i w:val="0"/>
                <w:color w:val="231A2E"/>
                <w:sz w:val="18"/>
              </w:rPr>
              <w:t>Only what you will use, near the end</w:t>
            </w:r>
          </w:p>
        </w:tc>
      </w:tr>
      <w:tr>
        <w:trPr>
          <w:trHeight w:val="480"/>
        </w:trPr>
        <w:tc>
          <w:tcPr>
            <w:tcW w:type="dxa" w:w="1830"/>
          </w:tcPr>
          <w:p>
            <w:r/>
            <w:r>
              <w:rPr>
                <w:rFonts w:ascii="Arial" w:hAnsi="Arial" w:cs="Arial" w:eastAsia="Arial"/>
                <w:b w:val="0"/>
                <w:i w:val="0"/>
                <w:color w:val="231A2E"/>
                <w:sz w:val="18"/>
              </w:rPr>
              <w:t>Follow-up</w:t>
            </w:r>
          </w:p>
        </w:tc>
        <w:tc>
          <w:tcPr>
            <w:tcW w:type="dxa" w:w="4184"/>
          </w:tcPr>
          <w:p>
            <w:r/>
            <w:r>
              <w:rPr>
                <w:rFonts w:ascii="Arial" w:hAnsi="Arial" w:cs="Arial" w:eastAsia="Arial"/>
                <w:b w:val="0"/>
                <w:i w:val="0"/>
                <w:color w:val="231A2E"/>
                <w:sz w:val="18"/>
              </w:rPr>
              <w:t>"May we contact you?" then an email line</w:t>
            </w:r>
          </w:p>
        </w:tc>
        <w:tc>
          <w:tcPr>
            <w:tcW w:type="dxa" w:w="3922"/>
          </w:tcPr>
          <w:p>
            <w:r/>
            <w:r>
              <w:rPr>
                <w:rFonts w:ascii="Arial" w:hAnsi="Arial" w:cs="Arial" w:eastAsia="Arial"/>
                <w:b w:val="0"/>
                <w:i w:val="0"/>
                <w:color w:val="231A2E"/>
                <w:sz w:val="18"/>
              </w:rPr>
              <w:t>Only ask for contact details with a yes</w:t>
            </w:r>
          </w:p>
        </w:tc>
      </w:tr>
      <w:tr>
        <w:trPr>
          <w:trHeight w:val="480"/>
        </w:trPr>
        <w:tc>
          <w:tcPr>
            <w:tcW w:type="dxa" w:w="1830"/>
          </w:tcPr>
          <w:p>
            <w:r/>
            <w:r>
              <w:rPr>
                <w:rFonts w:ascii="Arial" w:hAnsi="Arial" w:cs="Arial" w:eastAsia="Arial"/>
                <w:b w:val="0"/>
                <w:i w:val="0"/>
                <w:color w:val="231A2E"/>
                <w:sz w:val="18"/>
              </w:rPr>
              <w:t>The catch-all</w:t>
            </w:r>
          </w:p>
        </w:tc>
        <w:tc>
          <w:tcPr>
            <w:tcW w:type="dxa" w:w="4184"/>
          </w:tcPr>
          <w:p>
            <w:r/>
            <w:r>
              <w:rPr>
                <w:rFonts w:ascii="Arial" w:hAnsi="Arial" w:cs="Arial" w:eastAsia="Arial"/>
                <w:b w:val="0"/>
                <w:i w:val="0"/>
                <w:color w:val="231A2E"/>
                <w:sz w:val="18"/>
              </w:rPr>
              <w:t>"Anything else you'd like to tell us?"</w:t>
            </w:r>
          </w:p>
        </w:tc>
        <w:tc>
          <w:tcPr>
            <w:tcW w:type="dxa" w:w="3922"/>
          </w:tcPr>
          <w:p>
            <w:r/>
            <w:r>
              <w:rPr>
                <w:rFonts w:ascii="Arial" w:hAnsi="Arial" w:cs="Arial" w:eastAsia="Arial"/>
                <w:b w:val="0"/>
                <w:i w:val="0"/>
                <w:color w:val="231A2E"/>
                <w:sz w:val="18"/>
              </w:rPr>
              <w:t>Last question, always optional</w:t>
            </w:r>
          </w:p>
        </w:tc>
      </w:tr>
    </w:tbl>
    <w:p>
      <w:pPr>
        <w:spacing w:after="40"/>
      </w:pPr>
    </w:p>
    <w:p>
      <w:r>
        <w:br w:type="page"/>
      </w:r>
    </w:p>
    <w:p>
      <w:pPr>
        <w:keepNext/>
        <w:spacing w:before="240" w:after="80"/>
      </w:pPr>
      <w:r>
        <w:rPr>
          <w:rFonts w:ascii="Arial" w:hAnsi="Arial" w:cs="Arial" w:eastAsia="Arial"/>
          <w:b/>
          <w:i w:val="0"/>
          <w:color w:val="231A2E"/>
          <w:sz w:val="28"/>
        </w:rPr>
        <w:t>1. Customer satisfaction questionnaire</w:t>
      </w:r>
    </w:p>
    <w:p>
      <w:pPr>
        <w:spacing w:after="100"/>
      </w:pPr>
      <w:r>
        <w:rPr>
          <w:rFonts w:ascii="Arial" w:hAnsi="Arial" w:cs="Arial" w:eastAsia="Arial"/>
          <w:b w:val="0"/>
          <w:i/>
          <w:color w:val="5E5468"/>
          <w:sz w:val="17"/>
        </w:rPr>
        <w:t>Use it: A day or two after a purchase, a visit or a finished job. About 3 minutes, 10 questions.</w:t>
      </w:r>
    </w:p>
    <w:tbl>
      <w:tblPr>
        <w:tblW w:type="auto" w:w="0"/>
        <w:tblLook w:firstColumn="1" w:firstRow="1" w:lastColumn="0" w:lastRow="0" w:noHBand="0" w:noVBand="1" w:val="04A0"/>
        <w:tblBorders>
          <w:top w:val="single" w:sz="4" w:color="231A2E"/>
          <w:left w:val="single" w:sz="4" w:color="231A2E"/>
          <w:bottom w:val="single" w:sz="4" w:color="231A2E"/>
          <w:right w:val="single" w:sz="4" w:color="231A2E"/>
          <w:insideH w:val="single" w:sz="4" w:color="231A2E"/>
          <w:insideV w:val="single" w:sz="4" w:color="231A2E"/>
        </w:tblBorders>
      </w:tblPr>
      <w:tblGrid>
        <w:gridCol w:w="9936"/>
      </w:tblGrid>
      <w:tr>
        <w:tc>
          <w:tcPr>
            <w:tcW w:type="dxa" w:w="9936"/>
            <w:shd w:val="clear" w:color="auto" w:fill="E4DEFA"/>
          </w:tcPr>
          <w:p>
            <w:r/>
            <w:r>
              <w:rPr>
                <w:rFonts w:ascii="Arial" w:hAnsi="Arial" w:cs="Arial" w:eastAsia="Arial"/>
                <w:b/>
                <w:i w:val="0"/>
                <w:color w:val="231A2E"/>
                <w:sz w:val="22"/>
              </w:rPr>
              <w:t>Introduction</w:t>
            </w:r>
          </w:p>
          <w:p>
            <w:r>
              <w:rPr>
                <w:rFonts w:ascii="Arial" w:hAnsi="Arial" w:cs="Arial" w:eastAsia="Arial"/>
                <w:b w:val="0"/>
                <w:i w:val="0"/>
                <w:color w:val="231A2E"/>
                <w:sz w:val="20"/>
              </w:rPr>
              <w:t>Thanks for choosing [business name]. These 10 short questions take about three minutes. We read every answer and use them to decide what to fix first. Please reply by [date].</w:t>
            </w:r>
          </w:p>
        </w:tc>
      </w:tr>
    </w:tbl>
    <w:p>
      <w:pPr>
        <w:spacing w:after="40"/>
      </w:pPr>
    </w:p>
    <w:p>
      <w:pPr>
        <w:keepNext/>
        <w:spacing w:before="160" w:after="40"/>
      </w:pPr>
      <w:r>
        <w:rPr>
          <w:rFonts w:ascii="Arial" w:hAnsi="Arial" w:cs="Arial" w:eastAsia="Arial"/>
          <w:b/>
          <w:i w:val="0"/>
          <w:color w:val="231A2E"/>
          <w:sz w:val="22"/>
        </w:rPr>
        <w:t>1. Overall, how satisfied are you with us?</w:t>
      </w:r>
    </w:p>
    <w:p>
      <w:pPr>
        <w:spacing w:after="100"/>
      </w:pPr>
      <w:r>
        <w:rPr>
          <w:rFonts w:ascii="Arial" w:hAnsi="Arial" w:cs="Arial" w:eastAsia="Arial"/>
          <w:b w:val="0"/>
          <w:i w:val="0"/>
          <w:color w:val="231A2E"/>
          <w:sz w:val="20"/>
        </w:rPr>
        <w:t>Very dissatisfied   ○ 1   ○ 2   ○ 3   ○ 4   ○ 5   Very satisfied</w:t>
      </w:r>
    </w:p>
    <w:p>
      <w:pPr>
        <w:keepNext/>
        <w:spacing w:before="160" w:after="40"/>
      </w:pPr>
      <w:r>
        <w:rPr>
          <w:rFonts w:ascii="Arial" w:hAnsi="Arial" w:cs="Arial" w:eastAsia="Arial"/>
          <w:b/>
          <w:i w:val="0"/>
          <w:color w:val="231A2E"/>
          <w:sz w:val="22"/>
        </w:rPr>
        <w:t>2. How satisfied are you with the help you got from our team?</w:t>
      </w:r>
    </w:p>
    <w:p>
      <w:pPr>
        <w:spacing w:after="100"/>
      </w:pPr>
      <w:r>
        <w:rPr>
          <w:rFonts w:ascii="Arial" w:hAnsi="Arial" w:cs="Arial" w:eastAsia="Arial"/>
          <w:b w:val="0"/>
          <w:i w:val="0"/>
          <w:color w:val="231A2E"/>
          <w:sz w:val="20"/>
        </w:rPr>
        <w:t>Very dissatisfied   ○ 1   ○ 2   ○ 3   ○ 4   ○ 5   Very satisfied</w:t>
      </w:r>
    </w:p>
    <w:p>
      <w:pPr>
        <w:keepNext/>
        <w:spacing w:before="160" w:after="40"/>
      </w:pPr>
      <w:r>
        <w:rPr>
          <w:rFonts w:ascii="Arial" w:hAnsi="Arial" w:cs="Arial" w:eastAsia="Arial"/>
          <w:b/>
          <w:i w:val="0"/>
          <w:color w:val="231A2E"/>
          <w:sz w:val="22"/>
        </w:rPr>
        <w:t>3. How likely are you to recommend us to a friend or colleague?</w:t>
      </w:r>
    </w:p>
    <w:p>
      <w:pPr>
        <w:spacing w:after="100"/>
      </w:pPr>
      <w:r>
        <w:rPr>
          <w:rFonts w:ascii="Arial" w:hAnsi="Arial" w:cs="Arial" w:eastAsia="Arial"/>
          <w:b w:val="0"/>
          <w:i w:val="0"/>
          <w:color w:val="231A2E"/>
          <w:sz w:val="20"/>
        </w:rPr>
        <w:t>Not at all likely   ○ 0   ○ 1   ○ 2   ○ 3   ○ 4   ○ 5   ○ 6   ○ 7   ○ 8   ○ 9   ○ 10   Extremely likely</w:t>
      </w:r>
    </w:p>
    <w:p>
      <w:pPr>
        <w:keepNext/>
        <w:spacing w:before="160" w:after="40"/>
      </w:pPr>
      <w:r>
        <w:rPr>
          <w:rFonts w:ascii="Arial" w:hAnsi="Arial" w:cs="Arial" w:eastAsia="Arial"/>
          <w:b/>
          <w:i w:val="0"/>
          <w:color w:val="231A2E"/>
          <w:sz w:val="22"/>
        </w:rPr>
        <w:t>4. Why did you give that score?</w:t>
      </w:r>
    </w:p>
    <w:p>
      <w:r>
        <w:rPr>
          <w:rFonts w:ascii="Arial" w:hAnsi="Arial" w:cs="Arial" w:eastAsia="Arial"/>
          <w:b w:val="0"/>
          <w:i w:val="0"/>
          <w:color w:val="5E5468"/>
          <w:sz w:val="20"/>
        </w:rPr>
        <w:t>______________________________________________________________________________________</w:t>
      </w:r>
    </w:p>
    <w:p>
      <w:r>
        <w:rPr>
          <w:rFonts w:ascii="Arial" w:hAnsi="Arial" w:cs="Arial" w:eastAsia="Arial"/>
          <w:b w:val="0"/>
          <w:i w:val="0"/>
          <w:color w:val="5E5468"/>
          <w:sz w:val="20"/>
        </w:rPr>
        <w:t>______________________________________________________________________________________</w:t>
      </w:r>
    </w:p>
    <w:p>
      <w:r>
        <w:rPr>
          <w:rFonts w:ascii="Arial" w:hAnsi="Arial" w:cs="Arial" w:eastAsia="Arial"/>
          <w:b w:val="0"/>
          <w:i w:val="0"/>
          <w:color w:val="5E5468"/>
          <w:sz w:val="20"/>
        </w:rPr>
        <w:t>______________________________________________________________________________________</w:t>
      </w:r>
    </w:p>
    <w:p>
      <w:pPr>
        <w:keepNext/>
        <w:spacing w:before="160" w:after="40"/>
      </w:pPr>
      <w:r>
        <w:rPr>
          <w:rFonts w:ascii="Arial" w:hAnsi="Arial" w:cs="Arial" w:eastAsia="Arial"/>
          <w:b/>
          <w:i w:val="0"/>
          <w:color w:val="231A2E"/>
          <w:sz w:val="22"/>
        </w:rPr>
        <w:t>5. Which of these did you use? (Tick all that apply.)</w:t>
      </w:r>
    </w:p>
    <w:p>
      <w:pPr>
        <w:spacing w:after="100"/>
      </w:pPr>
      <w:r>
        <w:rPr>
          <w:rFonts w:ascii="Arial" w:hAnsi="Arial" w:cs="Arial" w:eastAsia="Arial"/>
          <w:b w:val="0"/>
          <w:i w:val="0"/>
          <w:color w:val="231A2E"/>
          <w:sz w:val="20"/>
        </w:rPr>
        <w:t>□ Website     □ Phone     □ Email     □ In person</w:t>
      </w:r>
    </w:p>
    <w:p>
      <w:pPr>
        <w:keepNext/>
        <w:spacing w:before="160" w:after="40"/>
      </w:pPr>
      <w:r>
        <w:rPr>
          <w:rFonts w:ascii="Arial" w:hAnsi="Arial" w:cs="Arial" w:eastAsia="Arial"/>
          <w:b/>
          <w:i w:val="0"/>
          <w:color w:val="231A2E"/>
          <w:sz w:val="22"/>
        </w:rPr>
        <w:t>6. How did you first hear about us?</w:t>
      </w:r>
    </w:p>
    <w:p>
      <w:pPr>
        <w:spacing w:after="100"/>
      </w:pPr>
      <w:r>
        <w:rPr>
          <w:rFonts w:ascii="Arial" w:hAnsi="Arial" w:cs="Arial" w:eastAsia="Arial"/>
          <w:b w:val="0"/>
          <w:i w:val="0"/>
          <w:color w:val="231A2E"/>
          <w:sz w:val="20"/>
        </w:rPr>
        <w:t>○ Friend or family     ○ Search engine     ○ Social media     ○ Walked past     ○ Other</w:t>
      </w:r>
    </w:p>
    <w:p>
      <w:pPr>
        <w:keepNext/>
        <w:spacing w:before="160" w:after="40"/>
      </w:pPr>
      <w:r>
        <w:rPr>
          <w:rFonts w:ascii="Arial" w:hAnsi="Arial" w:cs="Arial" w:eastAsia="Arial"/>
          <w:b/>
          <w:i w:val="0"/>
          <w:color w:val="231A2E"/>
          <w:sz w:val="22"/>
        </w:rPr>
        <w:t>7. Would you use us again?</w:t>
      </w:r>
    </w:p>
    <w:p>
      <w:pPr>
        <w:spacing w:after="100"/>
      </w:pPr>
      <w:r>
        <w:rPr>
          <w:rFonts w:ascii="Arial" w:hAnsi="Arial" w:cs="Arial" w:eastAsia="Arial"/>
          <w:b w:val="0"/>
          <w:i w:val="0"/>
          <w:color w:val="231A2E"/>
          <w:sz w:val="20"/>
        </w:rPr>
        <w:t>○ Yes     ○ No     ○ Not sure</w:t>
      </w:r>
    </w:p>
    <w:p>
      <w:pPr>
        <w:keepNext/>
        <w:spacing w:before="160" w:after="40"/>
      </w:pPr>
      <w:r>
        <w:rPr>
          <w:rFonts w:ascii="Arial" w:hAnsi="Arial" w:cs="Arial" w:eastAsia="Arial"/>
          <w:b/>
          <w:i w:val="0"/>
          <w:color w:val="231A2E"/>
          <w:sz w:val="22"/>
        </w:rPr>
        <w:t>8. Any other comments?</w:t>
      </w:r>
    </w:p>
    <w:p>
      <w:r>
        <w:rPr>
          <w:rFonts w:ascii="Arial" w:hAnsi="Arial" w:cs="Arial" w:eastAsia="Arial"/>
          <w:b w:val="0"/>
          <w:i w:val="0"/>
          <w:color w:val="5E5468"/>
          <w:sz w:val="20"/>
        </w:rPr>
        <w:t>______________________________________________________________________________________</w:t>
      </w:r>
    </w:p>
    <w:p>
      <w:r>
        <w:rPr>
          <w:rFonts w:ascii="Arial" w:hAnsi="Arial" w:cs="Arial" w:eastAsia="Arial"/>
          <w:b w:val="0"/>
          <w:i w:val="0"/>
          <w:color w:val="5E5468"/>
          <w:sz w:val="20"/>
        </w:rPr>
        <w:t>______________________________________________________________________________________</w:t>
      </w:r>
    </w:p>
    <w:p>
      <w:r>
        <w:rPr>
          <w:rFonts w:ascii="Arial" w:hAnsi="Arial" w:cs="Arial" w:eastAsia="Arial"/>
          <w:b w:val="0"/>
          <w:i w:val="0"/>
          <w:color w:val="5E5468"/>
          <w:sz w:val="20"/>
        </w:rPr>
        <w:t>______________________________________________________________________________________</w:t>
      </w:r>
    </w:p>
    <w:p>
      <w:pPr>
        <w:keepNext/>
        <w:spacing w:before="160" w:after="40"/>
      </w:pPr>
      <w:r>
        <w:rPr>
          <w:rFonts w:ascii="Arial" w:hAnsi="Arial" w:cs="Arial" w:eastAsia="Arial"/>
          <w:b/>
          <w:i w:val="0"/>
          <w:color w:val="231A2E"/>
          <w:sz w:val="22"/>
        </w:rPr>
        <w:t>9. May we contact you about your answers?</w:t>
      </w:r>
    </w:p>
    <w:p>
      <w:pPr>
        <w:spacing w:after="100"/>
      </w:pPr>
      <w:r>
        <w:rPr>
          <w:rFonts w:ascii="Arial" w:hAnsi="Arial" w:cs="Arial" w:eastAsia="Arial"/>
          <w:b w:val="0"/>
          <w:i w:val="0"/>
          <w:color w:val="231A2E"/>
          <w:sz w:val="20"/>
        </w:rPr>
        <w:t>○ Yes     ○ No</w:t>
      </w:r>
    </w:p>
    <w:p>
      <w:pPr>
        <w:keepNext/>
        <w:spacing w:before="160" w:after="40"/>
      </w:pPr>
      <w:r>
        <w:rPr>
          <w:rFonts w:ascii="Arial" w:hAnsi="Arial" w:cs="Arial" w:eastAsia="Arial"/>
          <w:b/>
          <w:i w:val="0"/>
          <w:color w:val="231A2E"/>
          <w:sz w:val="22"/>
        </w:rPr>
        <w:t>10. Email address (only if you said yes)</w:t>
      </w:r>
    </w:p>
    <w:p>
      <w:r>
        <w:rPr>
          <w:rFonts w:ascii="Arial" w:hAnsi="Arial" w:cs="Arial" w:eastAsia="Arial"/>
          <w:b w:val="0"/>
          <w:i w:val="0"/>
          <w:color w:val="5E5468"/>
          <w:sz w:val="20"/>
        </w:rPr>
        <w:t>______________________________________________________________________________________</w:t>
      </w:r>
    </w:p>
    <w:p>
      <w:pPr>
        <w:spacing w:after="100"/>
      </w:pPr>
      <w:r>
        <w:rPr>
          <w:rFonts w:ascii="Arial" w:hAnsi="Arial" w:cs="Arial" w:eastAsia="Arial"/>
          <w:b w:val="0"/>
          <w:i w:val="0"/>
          <w:color w:val="231A2E"/>
          <w:sz w:val="20"/>
        </w:rPr>
        <w:t>Thank you. We read every answer, and we will share what we change on [where].</w:t>
      </w:r>
    </w:p>
    <w:p>
      <w:r>
        <w:br w:type="page"/>
      </w:r>
    </w:p>
    <w:p>
      <w:pPr>
        <w:keepNext/>
        <w:spacing w:before="240" w:after="80"/>
      </w:pPr>
      <w:r>
        <w:rPr>
          <w:rFonts w:ascii="Arial" w:hAnsi="Arial" w:cs="Arial" w:eastAsia="Arial"/>
          <w:b/>
          <w:i w:val="0"/>
          <w:color w:val="231A2E"/>
          <w:sz w:val="28"/>
        </w:rPr>
        <w:t>2. Event feedback questionnaire</w:t>
      </w:r>
    </w:p>
    <w:p>
      <w:pPr>
        <w:spacing w:after="100"/>
      </w:pPr>
      <w:r>
        <w:rPr>
          <w:rFonts w:ascii="Arial" w:hAnsi="Arial" w:cs="Arial" w:eastAsia="Arial"/>
          <w:b w:val="0"/>
          <w:i/>
          <w:color w:val="5E5468"/>
          <w:sz w:val="17"/>
        </w:rPr>
        <w:t>Use it: At the end of an event, or in the thank-you email the next morning. About 3 minutes, 8 questions.</w:t>
      </w:r>
    </w:p>
    <w:tbl>
      <w:tblPr>
        <w:tblW w:type="auto" w:w="0"/>
        <w:tblLook w:firstColumn="1" w:firstRow="1" w:lastColumn="0" w:lastRow="0" w:noHBand="0" w:noVBand="1" w:val="04A0"/>
        <w:tblBorders>
          <w:top w:val="single" w:sz="4" w:color="231A2E"/>
          <w:left w:val="single" w:sz="4" w:color="231A2E"/>
          <w:bottom w:val="single" w:sz="4" w:color="231A2E"/>
          <w:right w:val="single" w:sz="4" w:color="231A2E"/>
          <w:insideH w:val="single" w:sz="4" w:color="231A2E"/>
          <w:insideV w:val="single" w:sz="4" w:color="231A2E"/>
        </w:tblBorders>
      </w:tblPr>
      <w:tblGrid>
        <w:gridCol w:w="9936"/>
      </w:tblGrid>
      <w:tr>
        <w:tc>
          <w:tcPr>
            <w:tcW w:type="dxa" w:w="9936"/>
            <w:shd w:val="clear" w:color="auto" w:fill="E4DEFA"/>
          </w:tcPr>
          <w:p>
            <w:r/>
            <w:r>
              <w:rPr>
                <w:rFonts w:ascii="Arial" w:hAnsi="Arial" w:cs="Arial" w:eastAsia="Arial"/>
                <w:b/>
                <w:i w:val="0"/>
                <w:color w:val="231A2E"/>
                <w:sz w:val="22"/>
              </w:rPr>
              <w:t>Introduction</w:t>
            </w:r>
          </w:p>
          <w:p>
            <w:r>
              <w:rPr>
                <w:rFonts w:ascii="Arial" w:hAnsi="Arial" w:cs="Arial" w:eastAsia="Arial"/>
                <w:b w:val="0"/>
                <w:i w:val="0"/>
                <w:color w:val="231A2E"/>
                <w:sz w:val="20"/>
              </w:rPr>
              <w:t>Thanks for coming to [event name] on [date]. Tell us what worked and what didn't, so the next one is better. Eight questions, about three minutes.</w:t>
            </w:r>
          </w:p>
        </w:tc>
      </w:tr>
    </w:tbl>
    <w:p>
      <w:pPr>
        <w:spacing w:after="40"/>
      </w:pPr>
    </w:p>
    <w:p>
      <w:pPr>
        <w:keepNext/>
        <w:spacing w:before="160" w:after="40"/>
      </w:pPr>
      <w:r>
        <w:rPr>
          <w:rFonts w:ascii="Arial" w:hAnsi="Arial" w:cs="Arial" w:eastAsia="Arial"/>
          <w:b/>
          <w:i w:val="0"/>
          <w:color w:val="231A2E"/>
          <w:sz w:val="22"/>
        </w:rPr>
        <w:t>1. Overall, how would you rate the event?</w:t>
      </w:r>
    </w:p>
    <w:p>
      <w:pPr>
        <w:spacing w:after="100"/>
      </w:pPr>
      <w:r>
        <w:rPr>
          <w:rFonts w:ascii="Arial" w:hAnsi="Arial" w:cs="Arial" w:eastAsia="Arial"/>
          <w:b w:val="0"/>
          <w:i w:val="0"/>
          <w:color w:val="231A2E"/>
          <w:sz w:val="20"/>
        </w:rPr>
        <w:t>Poor   ○ 1   ○ 2   ○ 3   ○ 4   ○ 5   Excellent</w:t>
      </w:r>
    </w:p>
    <w:p>
      <w:pPr>
        <w:keepNext/>
        <w:spacing w:before="160" w:after="40"/>
      </w:pPr>
      <w:r>
        <w:rPr>
          <w:rFonts w:ascii="Arial" w:hAnsi="Arial" w:cs="Arial" w:eastAsia="Arial"/>
          <w:b/>
          <w:i w:val="0"/>
          <w:color w:val="231A2E"/>
          <w:sz w:val="22"/>
        </w:rPr>
        <w:t>2. Which sessions did you attend? (Tick all that apply.)</w:t>
      </w:r>
    </w:p>
    <w:p>
      <w:pPr>
        <w:spacing w:after="100"/>
      </w:pPr>
      <w:r>
        <w:rPr>
          <w:rFonts w:ascii="Arial" w:hAnsi="Arial" w:cs="Arial" w:eastAsia="Arial"/>
          <w:b w:val="0"/>
          <w:i w:val="0"/>
          <w:color w:val="231A2E"/>
          <w:sz w:val="20"/>
        </w:rPr>
        <w:t>□ [Session 1]     □ [Session 2]     □ [Session 3]     □ [Session 4]</w:t>
      </w:r>
    </w:p>
    <w:p>
      <w:pPr>
        <w:keepNext/>
        <w:spacing w:before="160" w:after="40"/>
      </w:pPr>
      <w:r>
        <w:rPr>
          <w:rFonts w:ascii="Arial" w:hAnsi="Arial" w:cs="Arial" w:eastAsia="Arial"/>
          <w:b/>
          <w:i w:val="0"/>
          <w:color w:val="231A2E"/>
          <w:sz w:val="22"/>
        </w:rPr>
        <w:t>3. Which part was most useful to you, and why?</w:t>
      </w:r>
    </w:p>
    <w:p>
      <w:r>
        <w:rPr>
          <w:rFonts w:ascii="Arial" w:hAnsi="Arial" w:cs="Arial" w:eastAsia="Arial"/>
          <w:b w:val="0"/>
          <w:i w:val="0"/>
          <w:color w:val="5E5468"/>
          <w:sz w:val="20"/>
        </w:rPr>
        <w:t>______________________________________________________________________________________</w:t>
      </w:r>
    </w:p>
    <w:p>
      <w:r>
        <w:rPr>
          <w:rFonts w:ascii="Arial" w:hAnsi="Arial" w:cs="Arial" w:eastAsia="Arial"/>
          <w:b w:val="0"/>
          <w:i w:val="0"/>
          <w:color w:val="5E5468"/>
          <w:sz w:val="20"/>
        </w:rPr>
        <w:t>______________________________________________________________________________________</w:t>
      </w:r>
    </w:p>
    <w:p>
      <w:r>
        <w:rPr>
          <w:rFonts w:ascii="Arial" w:hAnsi="Arial" w:cs="Arial" w:eastAsia="Arial"/>
          <w:b w:val="0"/>
          <w:i w:val="0"/>
          <w:color w:val="5E5468"/>
          <w:sz w:val="20"/>
        </w:rPr>
        <w:t>______________________________________________________________________________________</w:t>
      </w:r>
    </w:p>
    <w:p>
      <w:pPr>
        <w:keepNext/>
        <w:spacing w:before="160" w:after="40"/>
      </w:pPr>
      <w:r>
        <w:rPr>
          <w:rFonts w:ascii="Arial" w:hAnsi="Arial" w:cs="Arial" w:eastAsia="Arial"/>
          <w:b/>
          <w:i w:val="0"/>
          <w:color w:val="231A2E"/>
          <w:sz w:val="22"/>
        </w:rPr>
        <w:t>4. How would you rate the venue and the timing?</w:t>
      </w:r>
    </w:p>
    <w:p>
      <w:pPr>
        <w:spacing w:after="100"/>
      </w:pPr>
      <w:r>
        <w:rPr>
          <w:rFonts w:ascii="Arial" w:hAnsi="Arial" w:cs="Arial" w:eastAsia="Arial"/>
          <w:b w:val="0"/>
          <w:i w:val="0"/>
          <w:color w:val="231A2E"/>
          <w:sz w:val="20"/>
        </w:rPr>
        <w:t>Poor   ○ 1   ○ 2   ○ 3   ○ 4   ○ 5   Excellent</w:t>
      </w:r>
    </w:p>
    <w:p>
      <w:pPr>
        <w:keepNext/>
        <w:spacing w:before="160" w:after="40"/>
      </w:pPr>
      <w:r>
        <w:rPr>
          <w:rFonts w:ascii="Arial" w:hAnsi="Arial" w:cs="Arial" w:eastAsia="Arial"/>
          <w:b/>
          <w:i w:val="0"/>
          <w:color w:val="231A2E"/>
          <w:sz w:val="22"/>
        </w:rPr>
        <w:t>5. Was the event the right length?</w:t>
      </w:r>
    </w:p>
    <w:p>
      <w:pPr>
        <w:spacing w:after="100"/>
      </w:pPr>
      <w:r>
        <w:rPr>
          <w:rFonts w:ascii="Arial" w:hAnsi="Arial" w:cs="Arial" w:eastAsia="Arial"/>
          <w:b w:val="0"/>
          <w:i w:val="0"/>
          <w:color w:val="231A2E"/>
          <w:sz w:val="20"/>
        </w:rPr>
        <w:t>○ Too short     ○ About right     ○ Too long</w:t>
      </w:r>
    </w:p>
    <w:p>
      <w:pPr>
        <w:keepNext/>
        <w:spacing w:before="160" w:after="40"/>
      </w:pPr>
      <w:r>
        <w:rPr>
          <w:rFonts w:ascii="Arial" w:hAnsi="Arial" w:cs="Arial" w:eastAsia="Arial"/>
          <w:b/>
          <w:i w:val="0"/>
          <w:color w:val="231A2E"/>
          <w:sz w:val="22"/>
        </w:rPr>
        <w:t>6. How likely are you to come to the next one?</w:t>
      </w:r>
    </w:p>
    <w:p>
      <w:pPr>
        <w:spacing w:after="100"/>
      </w:pPr>
      <w:r>
        <w:rPr>
          <w:rFonts w:ascii="Arial" w:hAnsi="Arial" w:cs="Arial" w:eastAsia="Arial"/>
          <w:b w:val="0"/>
          <w:i w:val="0"/>
          <w:color w:val="231A2E"/>
          <w:sz w:val="20"/>
        </w:rPr>
        <w:t>Not at all likely   ○ 1   ○ 2   ○ 3   ○ 4   ○ 5   Very likely</w:t>
      </w:r>
    </w:p>
    <w:p>
      <w:pPr>
        <w:keepNext/>
        <w:spacing w:before="160" w:after="40"/>
      </w:pPr>
      <w:r>
        <w:rPr>
          <w:rFonts w:ascii="Arial" w:hAnsi="Arial" w:cs="Arial" w:eastAsia="Arial"/>
          <w:b/>
          <w:i w:val="0"/>
          <w:color w:val="231A2E"/>
          <w:sz w:val="22"/>
        </w:rPr>
        <w:t>7. What one thing should we change next time?</w:t>
      </w:r>
    </w:p>
    <w:p>
      <w:r>
        <w:rPr>
          <w:rFonts w:ascii="Arial" w:hAnsi="Arial" w:cs="Arial" w:eastAsia="Arial"/>
          <w:b w:val="0"/>
          <w:i w:val="0"/>
          <w:color w:val="5E5468"/>
          <w:sz w:val="20"/>
        </w:rPr>
        <w:t>______________________________________________________________________________________</w:t>
      </w:r>
    </w:p>
    <w:p>
      <w:r>
        <w:rPr>
          <w:rFonts w:ascii="Arial" w:hAnsi="Arial" w:cs="Arial" w:eastAsia="Arial"/>
          <w:b w:val="0"/>
          <w:i w:val="0"/>
          <w:color w:val="5E5468"/>
          <w:sz w:val="20"/>
        </w:rPr>
        <w:t>______________________________________________________________________________________</w:t>
      </w:r>
    </w:p>
    <w:p>
      <w:r>
        <w:rPr>
          <w:rFonts w:ascii="Arial" w:hAnsi="Arial" w:cs="Arial" w:eastAsia="Arial"/>
          <w:b w:val="0"/>
          <w:i w:val="0"/>
          <w:color w:val="5E5468"/>
          <w:sz w:val="20"/>
        </w:rPr>
        <w:t>______________________________________________________________________________________</w:t>
      </w:r>
    </w:p>
    <w:p>
      <w:pPr>
        <w:keepNext/>
        <w:spacing w:before="160" w:after="40"/>
      </w:pPr>
      <w:r>
        <w:rPr>
          <w:rFonts w:ascii="Arial" w:hAnsi="Arial" w:cs="Arial" w:eastAsia="Arial"/>
          <w:b/>
          <w:i w:val="0"/>
          <w:color w:val="231A2E"/>
          <w:sz w:val="22"/>
        </w:rPr>
        <w:t>8. May we email you about future events?</w:t>
      </w:r>
    </w:p>
    <w:p>
      <w:pPr>
        <w:spacing w:after="100"/>
      </w:pPr>
      <w:r>
        <w:rPr>
          <w:rFonts w:ascii="Arial" w:hAnsi="Arial" w:cs="Arial" w:eastAsia="Arial"/>
          <w:b w:val="0"/>
          <w:i w:val="0"/>
          <w:color w:val="231A2E"/>
          <w:sz w:val="20"/>
        </w:rPr>
        <w:t>○ Yes     ○ No</w:t>
      </w:r>
    </w:p>
    <w:p>
      <w:pPr>
        <w:spacing w:after="100"/>
      </w:pPr>
      <w:r>
        <w:rPr>
          <w:rFonts w:ascii="Arial" w:hAnsi="Arial" w:cs="Arial" w:eastAsia="Arial"/>
          <w:b w:val="0"/>
          <w:i w:val="0"/>
          <w:color w:val="231A2E"/>
          <w:sz w:val="20"/>
        </w:rPr>
        <w:t>Thanks for your time. See you at the next one.</w:t>
      </w:r>
    </w:p>
    <w:p>
      <w:r>
        <w:br w:type="page"/>
      </w:r>
    </w:p>
    <w:p>
      <w:pPr>
        <w:keepNext/>
        <w:spacing w:before="240" w:after="80"/>
      </w:pPr>
      <w:r>
        <w:rPr>
          <w:rFonts w:ascii="Arial" w:hAnsi="Arial" w:cs="Arial" w:eastAsia="Arial"/>
          <w:b/>
          <w:i w:val="0"/>
          <w:color w:val="231A2E"/>
          <w:sz w:val="28"/>
        </w:rPr>
        <w:t>3. Course evaluation questionnaire</w:t>
      </w:r>
    </w:p>
    <w:p>
      <w:pPr>
        <w:spacing w:after="100"/>
      </w:pPr>
      <w:r>
        <w:rPr>
          <w:rFonts w:ascii="Arial" w:hAnsi="Arial" w:cs="Arial" w:eastAsia="Arial"/>
          <w:b w:val="0"/>
          <w:i/>
          <w:color w:val="5E5468"/>
          <w:sz w:val="17"/>
        </w:rPr>
        <w:t>Use it: In the last session of a course, or halfway through while there is still time to adjust. About 4 minutes, 8 questions.</w:t>
      </w:r>
    </w:p>
    <w:tbl>
      <w:tblPr>
        <w:tblW w:type="auto" w:w="0"/>
        <w:tblLook w:firstColumn="1" w:firstRow="1" w:lastColumn="0" w:lastRow="0" w:noHBand="0" w:noVBand="1" w:val="04A0"/>
        <w:tblBorders>
          <w:top w:val="single" w:sz="4" w:color="231A2E"/>
          <w:left w:val="single" w:sz="4" w:color="231A2E"/>
          <w:bottom w:val="single" w:sz="4" w:color="231A2E"/>
          <w:right w:val="single" w:sz="4" w:color="231A2E"/>
          <w:insideH w:val="single" w:sz="4" w:color="231A2E"/>
          <w:insideV w:val="single" w:sz="4" w:color="231A2E"/>
        </w:tblBorders>
      </w:tblPr>
      <w:tblGrid>
        <w:gridCol w:w="9936"/>
      </w:tblGrid>
      <w:tr>
        <w:tc>
          <w:tcPr>
            <w:tcW w:type="dxa" w:w="9936"/>
            <w:shd w:val="clear" w:color="auto" w:fill="E4DEFA"/>
          </w:tcPr>
          <w:p>
            <w:r/>
            <w:r>
              <w:rPr>
                <w:rFonts w:ascii="Arial" w:hAnsi="Arial" w:cs="Arial" w:eastAsia="Arial"/>
                <w:b/>
                <w:i w:val="0"/>
                <w:color w:val="231A2E"/>
                <w:sz w:val="22"/>
              </w:rPr>
              <w:t>Introduction</w:t>
            </w:r>
          </w:p>
          <w:p>
            <w:r>
              <w:rPr>
                <w:rFonts w:ascii="Arial" w:hAnsi="Arial" w:cs="Arial" w:eastAsia="Arial"/>
                <w:b w:val="0"/>
                <w:i w:val="0"/>
                <w:color w:val="231A2E"/>
                <w:sz w:val="20"/>
              </w:rPr>
              <w:t>This questionnaire asks about [course name] this term. It takes about four minutes. [Instructor name] reads every answer and uses them to plan the next run of the course.</w:t>
            </w:r>
          </w:p>
        </w:tc>
      </w:tr>
    </w:tbl>
    <w:p>
      <w:pPr>
        <w:spacing w:after="40"/>
      </w:pPr>
    </w:p>
    <w:p>
      <w:pPr>
        <w:keepNext/>
        <w:spacing w:before="160" w:after="40"/>
      </w:pPr>
      <w:r>
        <w:rPr>
          <w:rFonts w:ascii="Arial" w:hAnsi="Arial" w:cs="Arial" w:eastAsia="Arial"/>
          <w:b/>
          <w:i w:val="0"/>
          <w:color w:val="231A2E"/>
          <w:sz w:val="22"/>
        </w:rPr>
        <w:t>1. How clear were the goals of this course?</w:t>
      </w:r>
    </w:p>
    <w:p>
      <w:pPr>
        <w:spacing w:after="100"/>
      </w:pPr>
      <w:r>
        <w:rPr>
          <w:rFonts w:ascii="Arial" w:hAnsi="Arial" w:cs="Arial" w:eastAsia="Arial"/>
          <w:b w:val="0"/>
          <w:i w:val="0"/>
          <w:color w:val="231A2E"/>
          <w:sz w:val="20"/>
        </w:rPr>
        <w:t>Not at all clear   ○ 1   ○ 2   ○ 3   ○ 4   ○ 5   Very clear</w:t>
      </w:r>
    </w:p>
    <w:p>
      <w:pPr>
        <w:keepNext/>
        <w:spacing w:before="160" w:after="40"/>
      </w:pPr>
      <w:r>
        <w:rPr>
          <w:rFonts w:ascii="Arial" w:hAnsi="Arial" w:cs="Arial" w:eastAsia="Arial"/>
          <w:b/>
          <w:i w:val="0"/>
          <w:color w:val="231A2E"/>
          <w:sz w:val="22"/>
        </w:rPr>
        <w:t>2. How useful were the course materials?</w:t>
      </w:r>
    </w:p>
    <w:p>
      <w:pPr>
        <w:spacing w:after="100"/>
      </w:pPr>
      <w:r>
        <w:rPr>
          <w:rFonts w:ascii="Arial" w:hAnsi="Arial" w:cs="Arial" w:eastAsia="Arial"/>
          <w:b w:val="0"/>
          <w:i w:val="0"/>
          <w:color w:val="231A2E"/>
          <w:sz w:val="20"/>
        </w:rPr>
        <w:t>Not at all useful   ○ 1   ○ 2   ○ 3   ○ 4   ○ 5   Very useful</w:t>
      </w:r>
    </w:p>
    <w:p>
      <w:pPr>
        <w:keepNext/>
        <w:spacing w:before="160" w:after="40"/>
      </w:pPr>
      <w:r>
        <w:rPr>
          <w:rFonts w:ascii="Arial" w:hAnsi="Arial" w:cs="Arial" w:eastAsia="Arial"/>
          <w:b/>
          <w:i w:val="0"/>
          <w:color w:val="231A2E"/>
          <w:sz w:val="22"/>
        </w:rPr>
        <w:t>3. How was the pace of the course?</w:t>
      </w:r>
    </w:p>
    <w:p>
      <w:pPr>
        <w:spacing w:after="100"/>
      </w:pPr>
      <w:r>
        <w:rPr>
          <w:rFonts w:ascii="Arial" w:hAnsi="Arial" w:cs="Arial" w:eastAsia="Arial"/>
          <w:b w:val="0"/>
          <w:i w:val="0"/>
          <w:color w:val="231A2E"/>
          <w:sz w:val="20"/>
        </w:rPr>
        <w:t>○ Too slow     ○ About right     ○ Too fast</w:t>
      </w:r>
    </w:p>
    <w:p>
      <w:pPr>
        <w:keepNext/>
        <w:spacing w:before="160" w:after="40"/>
      </w:pPr>
      <w:r>
        <w:rPr>
          <w:rFonts w:ascii="Arial" w:hAnsi="Arial" w:cs="Arial" w:eastAsia="Arial"/>
          <w:b/>
          <w:i w:val="0"/>
          <w:color w:val="231A2E"/>
          <w:sz w:val="22"/>
        </w:rPr>
        <w:t>4. Outside class, about how many hours a week did you spend on this course?</w:t>
      </w:r>
    </w:p>
    <w:p>
      <w:pPr>
        <w:spacing w:after="100"/>
      </w:pPr>
      <w:r>
        <w:rPr>
          <w:rFonts w:ascii="Arial" w:hAnsi="Arial" w:cs="Arial" w:eastAsia="Arial"/>
          <w:b w:val="0"/>
          <w:i w:val="0"/>
          <w:color w:val="231A2E"/>
          <w:sz w:val="20"/>
        </w:rPr>
        <w:t>○ 0 to 2     ○ 3 to 5     ○ 6 to 8     ○ 9 or more</w:t>
      </w:r>
    </w:p>
    <w:p>
      <w:pPr>
        <w:keepNext/>
        <w:spacing w:before="160" w:after="40"/>
      </w:pPr>
      <w:r>
        <w:rPr>
          <w:rFonts w:ascii="Arial" w:hAnsi="Arial" w:cs="Arial" w:eastAsia="Arial"/>
          <w:b/>
          <w:i w:val="0"/>
          <w:color w:val="231A2E"/>
          <w:sz w:val="22"/>
        </w:rPr>
        <w:t>5. How well did the assignments help you learn?</w:t>
      </w:r>
    </w:p>
    <w:p>
      <w:pPr>
        <w:spacing w:after="100"/>
      </w:pPr>
      <w:r>
        <w:rPr>
          <w:rFonts w:ascii="Arial" w:hAnsi="Arial" w:cs="Arial" w:eastAsia="Arial"/>
          <w:b w:val="0"/>
          <w:i w:val="0"/>
          <w:color w:val="231A2E"/>
          <w:sz w:val="20"/>
        </w:rPr>
        <w:t>Not at all   ○ 1   ○ 2   ○ 3   ○ 4   ○ 5   Very well</w:t>
      </w:r>
    </w:p>
    <w:p>
      <w:pPr>
        <w:keepNext/>
        <w:spacing w:before="160" w:after="40"/>
      </w:pPr>
      <w:r>
        <w:rPr>
          <w:rFonts w:ascii="Arial" w:hAnsi="Arial" w:cs="Arial" w:eastAsia="Arial"/>
          <w:b/>
          <w:i w:val="0"/>
          <w:color w:val="231A2E"/>
          <w:sz w:val="22"/>
        </w:rPr>
        <w:t>6. What helped you learn the most?</w:t>
      </w:r>
    </w:p>
    <w:p>
      <w:r>
        <w:rPr>
          <w:rFonts w:ascii="Arial" w:hAnsi="Arial" w:cs="Arial" w:eastAsia="Arial"/>
          <w:b w:val="0"/>
          <w:i w:val="0"/>
          <w:color w:val="5E5468"/>
          <w:sz w:val="20"/>
        </w:rPr>
        <w:t>______________________________________________________________________________________</w:t>
      </w:r>
    </w:p>
    <w:p>
      <w:r>
        <w:rPr>
          <w:rFonts w:ascii="Arial" w:hAnsi="Arial" w:cs="Arial" w:eastAsia="Arial"/>
          <w:b w:val="0"/>
          <w:i w:val="0"/>
          <w:color w:val="5E5468"/>
          <w:sz w:val="20"/>
        </w:rPr>
        <w:t>______________________________________________________________________________________</w:t>
      </w:r>
    </w:p>
    <w:p>
      <w:r>
        <w:rPr>
          <w:rFonts w:ascii="Arial" w:hAnsi="Arial" w:cs="Arial" w:eastAsia="Arial"/>
          <w:b w:val="0"/>
          <w:i w:val="0"/>
          <w:color w:val="5E5468"/>
          <w:sz w:val="20"/>
        </w:rPr>
        <w:t>______________________________________________________________________________________</w:t>
      </w:r>
    </w:p>
    <w:p>
      <w:pPr>
        <w:keepNext/>
        <w:spacing w:before="160" w:after="40"/>
      </w:pPr>
      <w:r>
        <w:rPr>
          <w:rFonts w:ascii="Arial" w:hAnsi="Arial" w:cs="Arial" w:eastAsia="Arial"/>
          <w:b/>
          <w:i w:val="0"/>
          <w:color w:val="231A2E"/>
          <w:sz w:val="22"/>
        </w:rPr>
        <w:t>7. What one change would improve this course?</w:t>
      </w:r>
    </w:p>
    <w:p>
      <w:r>
        <w:rPr>
          <w:rFonts w:ascii="Arial" w:hAnsi="Arial" w:cs="Arial" w:eastAsia="Arial"/>
          <w:b w:val="0"/>
          <w:i w:val="0"/>
          <w:color w:val="5E5468"/>
          <w:sz w:val="20"/>
        </w:rPr>
        <w:t>______________________________________________________________________________________</w:t>
      </w:r>
    </w:p>
    <w:p>
      <w:r>
        <w:rPr>
          <w:rFonts w:ascii="Arial" w:hAnsi="Arial" w:cs="Arial" w:eastAsia="Arial"/>
          <w:b w:val="0"/>
          <w:i w:val="0"/>
          <w:color w:val="5E5468"/>
          <w:sz w:val="20"/>
        </w:rPr>
        <w:t>______________________________________________________________________________________</w:t>
      </w:r>
    </w:p>
    <w:p>
      <w:r>
        <w:rPr>
          <w:rFonts w:ascii="Arial" w:hAnsi="Arial" w:cs="Arial" w:eastAsia="Arial"/>
          <w:b w:val="0"/>
          <w:i w:val="0"/>
          <w:color w:val="5E5468"/>
          <w:sz w:val="20"/>
        </w:rPr>
        <w:t>______________________________________________________________________________________</w:t>
      </w:r>
    </w:p>
    <w:p>
      <w:pPr>
        <w:keepNext/>
        <w:spacing w:before="160" w:after="40"/>
      </w:pPr>
      <w:r>
        <w:rPr>
          <w:rFonts w:ascii="Arial" w:hAnsi="Arial" w:cs="Arial" w:eastAsia="Arial"/>
          <w:b/>
          <w:i w:val="0"/>
          <w:color w:val="231A2E"/>
          <w:sz w:val="22"/>
        </w:rPr>
        <w:t>8. Overall, how would you rate this course?</w:t>
      </w:r>
    </w:p>
    <w:p>
      <w:pPr>
        <w:spacing w:after="100"/>
      </w:pPr>
      <w:r>
        <w:rPr>
          <w:rFonts w:ascii="Arial" w:hAnsi="Arial" w:cs="Arial" w:eastAsia="Arial"/>
          <w:b w:val="0"/>
          <w:i w:val="0"/>
          <w:color w:val="231A2E"/>
          <w:sz w:val="20"/>
        </w:rPr>
        <w:t>Poor   ○ 1   ○ 2   ○ 3   ○ 4   ○ 5   Excellent</w:t>
      </w:r>
    </w:p>
    <w:p>
      <w:pPr>
        <w:spacing w:after="100"/>
      </w:pPr>
      <w:r>
        <w:rPr>
          <w:rFonts w:ascii="Arial" w:hAnsi="Arial" w:cs="Arial" w:eastAsia="Arial"/>
          <w:b w:val="0"/>
          <w:i w:val="0"/>
          <w:color w:val="231A2E"/>
          <w:sz w:val="20"/>
        </w:rPr>
        <w:t>Thank you. Your answers shape the next run of this course.</w:t>
      </w:r>
    </w:p>
    <w:p>
      <w:r>
        <w:br w:type="page"/>
      </w:r>
    </w:p>
    <w:p>
      <w:pPr>
        <w:keepNext/>
        <w:spacing w:before="240" w:after="80"/>
      </w:pPr>
      <w:r>
        <w:rPr>
          <w:rFonts w:ascii="Arial" w:hAnsi="Arial" w:cs="Arial" w:eastAsia="Arial"/>
          <w:b/>
          <w:i w:val="0"/>
          <w:color w:val="231A2E"/>
          <w:sz w:val="28"/>
        </w:rPr>
        <w:t>4. Market research questionnaire</w:t>
      </w:r>
    </w:p>
    <w:p>
      <w:pPr>
        <w:spacing w:after="100"/>
      </w:pPr>
      <w:r>
        <w:rPr>
          <w:rFonts w:ascii="Arial" w:hAnsi="Arial" w:cs="Arial" w:eastAsia="Arial"/>
          <w:b w:val="0"/>
          <w:i/>
          <w:color w:val="5E5468"/>
          <w:sz w:val="17"/>
        </w:rPr>
        <w:t>Use it: Before you launch a product or service, to learn how people handle the problem today. About 4 minutes, 9 questions.</w:t>
      </w:r>
    </w:p>
    <w:tbl>
      <w:tblPr>
        <w:tblW w:type="auto" w:w="0"/>
        <w:tblLook w:firstColumn="1" w:firstRow="1" w:lastColumn="0" w:lastRow="0" w:noHBand="0" w:noVBand="1" w:val="04A0"/>
        <w:tblBorders>
          <w:top w:val="single" w:sz="4" w:color="231A2E"/>
          <w:left w:val="single" w:sz="4" w:color="231A2E"/>
          <w:bottom w:val="single" w:sz="4" w:color="231A2E"/>
          <w:right w:val="single" w:sz="4" w:color="231A2E"/>
          <w:insideH w:val="single" w:sz="4" w:color="231A2E"/>
          <w:insideV w:val="single" w:sz="4" w:color="231A2E"/>
        </w:tblBorders>
      </w:tblPr>
      <w:tblGrid>
        <w:gridCol w:w="9936"/>
      </w:tblGrid>
      <w:tr>
        <w:tc>
          <w:tcPr>
            <w:tcW w:type="dxa" w:w="9936"/>
            <w:shd w:val="clear" w:color="auto" w:fill="E4DEFA"/>
          </w:tcPr>
          <w:p>
            <w:r/>
            <w:r>
              <w:rPr>
                <w:rFonts w:ascii="Arial" w:hAnsi="Arial" w:cs="Arial" w:eastAsia="Arial"/>
                <w:b/>
                <w:i w:val="0"/>
                <w:color w:val="231A2E"/>
                <w:sz w:val="22"/>
              </w:rPr>
              <w:t>Introduction</w:t>
            </w:r>
          </w:p>
          <w:p>
            <w:r>
              <w:rPr>
                <w:rFonts w:ascii="Arial" w:hAnsi="Arial" w:cs="Arial" w:eastAsia="Arial"/>
                <w:b w:val="0"/>
                <w:i w:val="0"/>
                <w:color w:val="231A2E"/>
                <w:sz w:val="20"/>
              </w:rPr>
              <w:t>We're building [product or service] for people who [do the task]. We'd like to learn how you handle it today. Nine questions, about four minutes. We won't try to sell you anything.</w:t>
            </w:r>
          </w:p>
        </w:tc>
      </w:tr>
    </w:tbl>
    <w:p>
      <w:pPr>
        <w:spacing w:after="40"/>
      </w:pPr>
    </w:p>
    <w:p>
      <w:pPr>
        <w:keepNext/>
        <w:spacing w:before="160" w:after="40"/>
      </w:pPr>
      <w:r>
        <w:rPr>
          <w:rFonts w:ascii="Arial" w:hAnsi="Arial" w:cs="Arial" w:eastAsia="Arial"/>
          <w:b/>
          <w:i w:val="0"/>
          <w:color w:val="231A2E"/>
          <w:sz w:val="22"/>
        </w:rPr>
        <w:t>1. Which best describes you?</w:t>
      </w:r>
    </w:p>
    <w:p>
      <w:pPr>
        <w:spacing w:after="100"/>
      </w:pPr>
      <w:r>
        <w:rPr>
          <w:rFonts w:ascii="Arial" w:hAnsi="Arial" w:cs="Arial" w:eastAsia="Arial"/>
          <w:b w:val="0"/>
          <w:i w:val="0"/>
          <w:color w:val="231A2E"/>
          <w:sz w:val="20"/>
        </w:rPr>
        <w:t>○ [Group A]     ○ [Group B]     ○ [Group C]     ○ Other</w:t>
      </w:r>
    </w:p>
    <w:p>
      <w:pPr>
        <w:keepNext/>
        <w:spacing w:before="160" w:after="40"/>
      </w:pPr>
      <w:r>
        <w:rPr>
          <w:rFonts w:ascii="Arial" w:hAnsi="Arial" w:cs="Arial" w:eastAsia="Arial"/>
          <w:b/>
          <w:i w:val="0"/>
          <w:color w:val="231A2E"/>
          <w:sz w:val="22"/>
        </w:rPr>
        <w:t>2. How often do you [do the task]?</w:t>
      </w:r>
    </w:p>
    <w:p>
      <w:pPr>
        <w:spacing w:after="100"/>
      </w:pPr>
      <w:r>
        <w:rPr>
          <w:rFonts w:ascii="Arial" w:hAnsi="Arial" w:cs="Arial" w:eastAsia="Arial"/>
          <w:b w:val="0"/>
          <w:i w:val="0"/>
          <w:color w:val="231A2E"/>
          <w:sz w:val="20"/>
        </w:rPr>
        <w:t>○ Daily     ○ Weekly     ○ Monthly     ○ Less often</w:t>
      </w:r>
    </w:p>
    <w:p>
      <w:pPr>
        <w:keepNext/>
        <w:spacing w:before="160" w:after="40"/>
      </w:pPr>
      <w:r>
        <w:rPr>
          <w:rFonts w:ascii="Arial" w:hAnsi="Arial" w:cs="Arial" w:eastAsia="Arial"/>
          <w:b/>
          <w:i w:val="0"/>
          <w:color w:val="231A2E"/>
          <w:sz w:val="22"/>
        </w:rPr>
        <w:t>3. How do you handle it today?</w:t>
      </w:r>
    </w:p>
    <w:p>
      <w:pPr>
        <w:spacing w:after="100"/>
      </w:pPr>
      <w:r>
        <w:rPr>
          <w:rFonts w:ascii="Arial" w:hAnsi="Arial" w:cs="Arial" w:eastAsia="Arial"/>
          <w:b w:val="0"/>
          <w:i w:val="0"/>
          <w:color w:val="231A2E"/>
          <w:sz w:val="20"/>
        </w:rPr>
        <w:t>○ By hand or on paper     ○ A spreadsheet     ○ A paid tool     ○ Someone else does it     ○ Other</w:t>
      </w:r>
    </w:p>
    <w:p>
      <w:pPr>
        <w:keepNext/>
        <w:spacing w:before="160" w:after="40"/>
      </w:pPr>
      <w:r>
        <w:rPr>
          <w:rFonts w:ascii="Arial" w:hAnsi="Arial" w:cs="Arial" w:eastAsia="Arial"/>
          <w:b/>
          <w:i w:val="0"/>
          <w:color w:val="231A2E"/>
          <w:sz w:val="22"/>
        </w:rPr>
        <w:t>4. How frustrating is the way you handle it now?</w:t>
      </w:r>
    </w:p>
    <w:p>
      <w:pPr>
        <w:spacing w:after="100"/>
      </w:pPr>
      <w:r>
        <w:rPr>
          <w:rFonts w:ascii="Arial" w:hAnsi="Arial" w:cs="Arial" w:eastAsia="Arial"/>
          <w:b w:val="0"/>
          <w:i w:val="0"/>
          <w:color w:val="231A2E"/>
          <w:sz w:val="20"/>
        </w:rPr>
        <w:t>Not at all   ○ 1   ○ 2   ○ 3   ○ 4   ○ 5   Extremely</w:t>
      </w:r>
    </w:p>
    <w:p>
      <w:pPr>
        <w:keepNext/>
        <w:spacing w:before="160" w:after="40"/>
      </w:pPr>
      <w:r>
        <w:rPr>
          <w:rFonts w:ascii="Arial" w:hAnsi="Arial" w:cs="Arial" w:eastAsia="Arial"/>
          <w:b/>
          <w:i w:val="0"/>
          <w:color w:val="231A2E"/>
          <w:sz w:val="22"/>
        </w:rPr>
        <w:t>5. What is the hardest part?</w:t>
      </w:r>
    </w:p>
    <w:p>
      <w:r>
        <w:rPr>
          <w:rFonts w:ascii="Arial" w:hAnsi="Arial" w:cs="Arial" w:eastAsia="Arial"/>
          <w:b w:val="0"/>
          <w:i w:val="0"/>
          <w:color w:val="5E5468"/>
          <w:sz w:val="20"/>
        </w:rPr>
        <w:t>______________________________________________________________________________________</w:t>
      </w:r>
    </w:p>
    <w:p>
      <w:r>
        <w:rPr>
          <w:rFonts w:ascii="Arial" w:hAnsi="Arial" w:cs="Arial" w:eastAsia="Arial"/>
          <w:b w:val="0"/>
          <w:i w:val="0"/>
          <w:color w:val="5E5468"/>
          <w:sz w:val="20"/>
        </w:rPr>
        <w:t>______________________________________________________________________________________</w:t>
      </w:r>
    </w:p>
    <w:p>
      <w:r>
        <w:rPr>
          <w:rFonts w:ascii="Arial" w:hAnsi="Arial" w:cs="Arial" w:eastAsia="Arial"/>
          <w:b w:val="0"/>
          <w:i w:val="0"/>
          <w:color w:val="5E5468"/>
          <w:sz w:val="20"/>
        </w:rPr>
        <w:t>______________________________________________________________________________________</w:t>
      </w:r>
    </w:p>
    <w:p>
      <w:pPr>
        <w:keepNext/>
        <w:spacing w:before="160" w:after="40"/>
      </w:pPr>
      <w:r>
        <w:rPr>
          <w:rFonts w:ascii="Arial" w:hAnsi="Arial" w:cs="Arial" w:eastAsia="Arial"/>
          <w:b/>
          <w:i w:val="0"/>
          <w:color w:val="231A2E"/>
          <w:sz w:val="22"/>
        </w:rPr>
        <w:t>6. In the past year, have you paid for anything to help with this?</w:t>
      </w:r>
    </w:p>
    <w:p>
      <w:pPr>
        <w:spacing w:after="100"/>
      </w:pPr>
      <w:r>
        <w:rPr>
          <w:rFonts w:ascii="Arial" w:hAnsi="Arial" w:cs="Arial" w:eastAsia="Arial"/>
          <w:b w:val="0"/>
          <w:i w:val="0"/>
          <w:color w:val="231A2E"/>
          <w:sz w:val="20"/>
        </w:rPr>
        <w:t>○ Yes     ○ No     ○ Not sure</w:t>
      </w:r>
    </w:p>
    <w:p>
      <w:pPr>
        <w:keepNext/>
        <w:spacing w:before="160" w:after="40"/>
      </w:pPr>
      <w:r>
        <w:rPr>
          <w:rFonts w:ascii="Arial" w:hAnsi="Arial" w:cs="Arial" w:eastAsia="Arial"/>
          <w:b/>
          <w:i w:val="0"/>
          <w:color w:val="231A2E"/>
          <w:sz w:val="22"/>
        </w:rPr>
        <w:t>7. Which of these would help most? (Tick up to two.)</w:t>
      </w:r>
    </w:p>
    <w:p>
      <w:pPr>
        <w:spacing w:after="100"/>
      </w:pPr>
      <w:r>
        <w:rPr>
          <w:rFonts w:ascii="Arial" w:hAnsi="Arial" w:cs="Arial" w:eastAsia="Arial"/>
          <w:b w:val="0"/>
          <w:i w:val="0"/>
          <w:color w:val="231A2E"/>
          <w:sz w:val="20"/>
        </w:rPr>
        <w:t>□ [Idea 1]     □ [Idea 2]     □ [Idea 3]     □ [Idea 4]</w:t>
      </w:r>
    </w:p>
    <w:p>
      <w:pPr>
        <w:keepNext/>
        <w:spacing w:before="160" w:after="40"/>
      </w:pPr>
      <w:r>
        <w:rPr>
          <w:rFonts w:ascii="Arial" w:hAnsi="Arial" w:cs="Arial" w:eastAsia="Arial"/>
          <w:b/>
          <w:i w:val="0"/>
          <w:color w:val="231A2E"/>
          <w:sz w:val="22"/>
        </w:rPr>
        <w:t>8. May we contact you when we have something to try?</w:t>
      </w:r>
    </w:p>
    <w:p>
      <w:pPr>
        <w:spacing w:after="100"/>
      </w:pPr>
      <w:r>
        <w:rPr>
          <w:rFonts w:ascii="Arial" w:hAnsi="Arial" w:cs="Arial" w:eastAsia="Arial"/>
          <w:b w:val="0"/>
          <w:i w:val="0"/>
          <w:color w:val="231A2E"/>
          <w:sz w:val="20"/>
        </w:rPr>
        <w:t>○ Yes     ○ No</w:t>
      </w:r>
    </w:p>
    <w:p>
      <w:pPr>
        <w:keepNext/>
        <w:spacing w:before="160" w:after="40"/>
      </w:pPr>
      <w:r>
        <w:rPr>
          <w:rFonts w:ascii="Arial" w:hAnsi="Arial" w:cs="Arial" w:eastAsia="Arial"/>
          <w:b/>
          <w:i w:val="0"/>
          <w:color w:val="231A2E"/>
          <w:sz w:val="22"/>
        </w:rPr>
        <w:t>9. Email address (only if you said yes)</w:t>
      </w:r>
    </w:p>
    <w:p>
      <w:r>
        <w:rPr>
          <w:rFonts w:ascii="Arial" w:hAnsi="Arial" w:cs="Arial" w:eastAsia="Arial"/>
          <w:b w:val="0"/>
          <w:i w:val="0"/>
          <w:color w:val="5E5468"/>
          <w:sz w:val="20"/>
        </w:rPr>
        <w:t>______________________________________________________________________________________</w:t>
      </w:r>
    </w:p>
    <w:p>
      <w:pPr>
        <w:spacing w:after="100"/>
      </w:pPr>
      <w:r>
        <w:rPr>
          <w:rFonts w:ascii="Arial" w:hAnsi="Arial" w:cs="Arial" w:eastAsia="Arial"/>
          <w:b w:val="0"/>
          <w:i w:val="0"/>
          <w:color w:val="231A2E"/>
          <w:sz w:val="20"/>
        </w:rPr>
        <w:t>Thanks. Your answers help us decide what to build first.</w:t>
      </w:r>
    </w:p>
    <w:p>
      <w:r>
        <w:br w:type="page"/>
      </w:r>
    </w:p>
    <w:p>
      <w:pPr>
        <w:keepNext/>
        <w:spacing w:before="240" w:after="80"/>
      </w:pPr>
      <w:r>
        <w:rPr>
          <w:rFonts w:ascii="Arial" w:hAnsi="Arial" w:cs="Arial" w:eastAsia="Arial"/>
          <w:b/>
          <w:i w:val="0"/>
          <w:color w:val="231A2E"/>
          <w:sz w:val="28"/>
        </w:rPr>
        <w:t>5. Community needs questionnaire</w:t>
      </w:r>
    </w:p>
    <w:p>
      <w:pPr>
        <w:spacing w:after="100"/>
      </w:pPr>
      <w:r>
        <w:rPr>
          <w:rFonts w:ascii="Arial" w:hAnsi="Arial" w:cs="Arial" w:eastAsia="Arial"/>
          <w:b w:val="0"/>
          <w:i/>
          <w:color w:val="5E5468"/>
          <w:sz w:val="17"/>
        </w:rPr>
        <w:t>Use it: When a group, library, school or council wants to know what local people need most. About 5 minutes, 8 questions.</w:t>
      </w:r>
    </w:p>
    <w:tbl>
      <w:tblPr>
        <w:tblW w:type="auto" w:w="0"/>
        <w:tblLook w:firstColumn="1" w:firstRow="1" w:lastColumn="0" w:lastRow="0" w:noHBand="0" w:noVBand="1" w:val="04A0"/>
        <w:tblBorders>
          <w:top w:val="single" w:sz="4" w:color="231A2E"/>
          <w:left w:val="single" w:sz="4" w:color="231A2E"/>
          <w:bottom w:val="single" w:sz="4" w:color="231A2E"/>
          <w:right w:val="single" w:sz="4" w:color="231A2E"/>
          <w:insideH w:val="single" w:sz="4" w:color="231A2E"/>
          <w:insideV w:val="single" w:sz="4" w:color="231A2E"/>
        </w:tblBorders>
      </w:tblPr>
      <w:tblGrid>
        <w:gridCol w:w="9936"/>
      </w:tblGrid>
      <w:tr>
        <w:tc>
          <w:tcPr>
            <w:tcW w:type="dxa" w:w="9936"/>
            <w:shd w:val="clear" w:color="auto" w:fill="E4DEFA"/>
          </w:tcPr>
          <w:p>
            <w:r/>
            <w:r>
              <w:rPr>
                <w:rFonts w:ascii="Arial" w:hAnsi="Arial" w:cs="Arial" w:eastAsia="Arial"/>
                <w:b/>
                <w:i w:val="0"/>
                <w:color w:val="231A2E"/>
                <w:sz w:val="22"/>
              </w:rPr>
              <w:t>Introduction</w:t>
            </w:r>
          </w:p>
          <w:p>
            <w:r>
              <w:rPr>
                <w:rFonts w:ascii="Arial" w:hAnsi="Arial" w:cs="Arial" w:eastAsia="Arial"/>
                <w:b w:val="0"/>
                <w:i w:val="0"/>
                <w:color w:val="231A2E"/>
                <w:sz w:val="20"/>
              </w:rPr>
              <w:t>[Organization] is asking people who live or work in [area] what would make life here better. It takes about five minutes. We will share what we heard at [meeting or place] on [date].</w:t>
            </w:r>
          </w:p>
        </w:tc>
      </w:tr>
    </w:tbl>
    <w:p>
      <w:pPr>
        <w:spacing w:after="40"/>
      </w:pPr>
    </w:p>
    <w:p>
      <w:pPr>
        <w:keepNext/>
        <w:spacing w:before="160" w:after="40"/>
      </w:pPr>
      <w:r>
        <w:rPr>
          <w:rFonts w:ascii="Arial" w:hAnsi="Arial" w:cs="Arial" w:eastAsia="Arial"/>
          <w:b/>
          <w:i w:val="0"/>
          <w:color w:val="231A2E"/>
          <w:sz w:val="22"/>
        </w:rPr>
        <w:t>1. How long have you lived or worked in [area]?</w:t>
      </w:r>
    </w:p>
    <w:p>
      <w:pPr>
        <w:spacing w:after="100"/>
      </w:pPr>
      <w:r>
        <w:rPr>
          <w:rFonts w:ascii="Arial" w:hAnsi="Arial" w:cs="Arial" w:eastAsia="Arial"/>
          <w:b w:val="0"/>
          <w:i w:val="0"/>
          <w:color w:val="231A2E"/>
          <w:sz w:val="20"/>
        </w:rPr>
        <w:t>○ Less than 1 year     ○ 1 to 5 years     ○ 6 to 10 years     ○ More than 10 years</w:t>
      </w:r>
    </w:p>
    <w:p>
      <w:pPr>
        <w:keepNext/>
        <w:spacing w:before="160" w:after="40"/>
      </w:pPr>
      <w:r>
        <w:rPr>
          <w:rFonts w:ascii="Arial" w:hAnsi="Arial" w:cs="Arial" w:eastAsia="Arial"/>
          <w:b/>
          <w:i w:val="0"/>
          <w:color w:val="231A2E"/>
          <w:sz w:val="22"/>
        </w:rPr>
        <w:t>2. Which issues matter most to your household? (Tick up to three.)</w:t>
      </w:r>
    </w:p>
    <w:p>
      <w:pPr>
        <w:spacing w:after="100"/>
      </w:pPr>
      <w:r>
        <w:rPr>
          <w:rFonts w:ascii="Arial" w:hAnsi="Arial" w:cs="Arial" w:eastAsia="Arial"/>
          <w:b w:val="0"/>
          <w:i w:val="0"/>
          <w:color w:val="231A2E"/>
          <w:sz w:val="20"/>
        </w:rPr>
        <w:t>□ Housing costs     □ Food access     □ Transport     □ Jobs     □ Activities for young people     □ Getting health care     □ Safety</w:t>
      </w:r>
    </w:p>
    <w:p>
      <w:pPr>
        <w:keepNext/>
        <w:spacing w:before="160" w:after="40"/>
      </w:pPr>
      <w:r>
        <w:rPr>
          <w:rFonts w:ascii="Arial" w:hAnsi="Arial" w:cs="Arial" w:eastAsia="Arial"/>
          <w:b/>
          <w:i w:val="0"/>
          <w:color w:val="231A2E"/>
          <w:sz w:val="22"/>
        </w:rPr>
        <w:t>3. How easy is it for you to get to a grocery store?</w:t>
      </w:r>
    </w:p>
    <w:p>
      <w:pPr>
        <w:spacing w:after="100"/>
      </w:pPr>
      <w:r>
        <w:rPr>
          <w:rFonts w:ascii="Arial" w:hAnsi="Arial" w:cs="Arial" w:eastAsia="Arial"/>
          <w:b w:val="0"/>
          <w:i w:val="0"/>
          <w:color w:val="231A2E"/>
          <w:sz w:val="20"/>
        </w:rPr>
        <w:t>Very hard   ○ 1   ○ 2   ○ 3   ○ 4   ○ 5   Very easy</w:t>
      </w:r>
    </w:p>
    <w:p>
      <w:pPr>
        <w:keepNext/>
        <w:spacing w:before="160" w:after="40"/>
      </w:pPr>
      <w:r>
        <w:rPr>
          <w:rFonts w:ascii="Arial" w:hAnsi="Arial" w:cs="Arial" w:eastAsia="Arial"/>
          <w:b/>
          <w:i w:val="0"/>
          <w:color w:val="231A2E"/>
          <w:sz w:val="22"/>
        </w:rPr>
        <w:t>4. What does [area] do well that we should keep?</w:t>
      </w:r>
    </w:p>
    <w:p>
      <w:r>
        <w:rPr>
          <w:rFonts w:ascii="Arial" w:hAnsi="Arial" w:cs="Arial" w:eastAsia="Arial"/>
          <w:b w:val="0"/>
          <w:i w:val="0"/>
          <w:color w:val="5E5468"/>
          <w:sz w:val="20"/>
        </w:rPr>
        <w:t>______________________________________________________________________________________</w:t>
      </w:r>
    </w:p>
    <w:p>
      <w:r>
        <w:rPr>
          <w:rFonts w:ascii="Arial" w:hAnsi="Arial" w:cs="Arial" w:eastAsia="Arial"/>
          <w:b w:val="0"/>
          <w:i w:val="0"/>
          <w:color w:val="5E5468"/>
          <w:sz w:val="20"/>
        </w:rPr>
        <w:t>______________________________________________________________________________________</w:t>
      </w:r>
    </w:p>
    <w:p>
      <w:r>
        <w:rPr>
          <w:rFonts w:ascii="Arial" w:hAnsi="Arial" w:cs="Arial" w:eastAsia="Arial"/>
          <w:b w:val="0"/>
          <w:i w:val="0"/>
          <w:color w:val="5E5468"/>
          <w:sz w:val="20"/>
        </w:rPr>
        <w:t>______________________________________________________________________________________</w:t>
      </w:r>
    </w:p>
    <w:p>
      <w:pPr>
        <w:keepNext/>
        <w:spacing w:before="160" w:after="40"/>
      </w:pPr>
      <w:r>
        <w:rPr>
          <w:rFonts w:ascii="Arial" w:hAnsi="Arial" w:cs="Arial" w:eastAsia="Arial"/>
          <w:b/>
          <w:i w:val="0"/>
          <w:color w:val="231A2E"/>
          <w:sz w:val="22"/>
        </w:rPr>
        <w:t>5. What is one thing that would make [area] a better place to live?</w:t>
      </w:r>
    </w:p>
    <w:p>
      <w:r>
        <w:rPr>
          <w:rFonts w:ascii="Arial" w:hAnsi="Arial" w:cs="Arial" w:eastAsia="Arial"/>
          <w:b w:val="0"/>
          <w:i w:val="0"/>
          <w:color w:val="5E5468"/>
          <w:sz w:val="20"/>
        </w:rPr>
        <w:t>______________________________________________________________________________________</w:t>
      </w:r>
    </w:p>
    <w:p>
      <w:r>
        <w:rPr>
          <w:rFonts w:ascii="Arial" w:hAnsi="Arial" w:cs="Arial" w:eastAsia="Arial"/>
          <w:b w:val="0"/>
          <w:i w:val="0"/>
          <w:color w:val="5E5468"/>
          <w:sz w:val="20"/>
        </w:rPr>
        <w:t>______________________________________________________________________________________</w:t>
      </w:r>
    </w:p>
    <w:p>
      <w:r>
        <w:rPr>
          <w:rFonts w:ascii="Arial" w:hAnsi="Arial" w:cs="Arial" w:eastAsia="Arial"/>
          <w:b w:val="0"/>
          <w:i w:val="0"/>
          <w:color w:val="5E5468"/>
          <w:sz w:val="20"/>
        </w:rPr>
        <w:t>______________________________________________________________________________________</w:t>
      </w:r>
    </w:p>
    <w:p>
      <w:pPr>
        <w:keepNext/>
        <w:spacing w:before="160" w:after="40"/>
      </w:pPr>
      <w:r>
        <w:rPr>
          <w:rFonts w:ascii="Arial" w:hAnsi="Arial" w:cs="Arial" w:eastAsia="Arial"/>
          <w:b/>
          <w:i w:val="0"/>
          <w:color w:val="231A2E"/>
          <w:sz w:val="22"/>
        </w:rPr>
        <w:t>6. Which language would you like updates in?</w:t>
      </w:r>
    </w:p>
    <w:p>
      <w:pPr>
        <w:spacing w:after="100"/>
      </w:pPr>
      <w:r>
        <w:rPr>
          <w:rFonts w:ascii="Arial" w:hAnsi="Arial" w:cs="Arial" w:eastAsia="Arial"/>
          <w:b w:val="0"/>
          <w:i w:val="0"/>
          <w:color w:val="231A2E"/>
          <w:sz w:val="20"/>
        </w:rPr>
        <w:t>○ English     ○ [Language 2]     ○ [Language 3]</w:t>
      </w:r>
    </w:p>
    <w:p>
      <w:pPr>
        <w:keepNext/>
        <w:spacing w:before="160" w:after="40"/>
      </w:pPr>
      <w:r>
        <w:rPr>
          <w:rFonts w:ascii="Arial" w:hAnsi="Arial" w:cs="Arial" w:eastAsia="Arial"/>
          <w:b/>
          <w:i w:val="0"/>
          <w:color w:val="231A2E"/>
          <w:sz w:val="22"/>
        </w:rPr>
        <w:t>7. Would you like to hear about the results?</w:t>
      </w:r>
    </w:p>
    <w:p>
      <w:pPr>
        <w:spacing w:after="100"/>
      </w:pPr>
      <w:r>
        <w:rPr>
          <w:rFonts w:ascii="Arial" w:hAnsi="Arial" w:cs="Arial" w:eastAsia="Arial"/>
          <w:b w:val="0"/>
          <w:i w:val="0"/>
          <w:color w:val="231A2E"/>
          <w:sz w:val="20"/>
        </w:rPr>
        <w:t>○ Yes     ○ No</w:t>
      </w:r>
    </w:p>
    <w:p>
      <w:pPr>
        <w:keepNext/>
        <w:spacing w:before="160" w:after="40"/>
      </w:pPr>
      <w:r>
        <w:rPr>
          <w:rFonts w:ascii="Arial" w:hAnsi="Arial" w:cs="Arial" w:eastAsia="Arial"/>
          <w:b/>
          <w:i w:val="0"/>
          <w:color w:val="231A2E"/>
          <w:sz w:val="22"/>
        </w:rPr>
        <w:t>8. Email or phone (only if you said yes)</w:t>
      </w:r>
    </w:p>
    <w:p>
      <w:r>
        <w:rPr>
          <w:rFonts w:ascii="Arial" w:hAnsi="Arial" w:cs="Arial" w:eastAsia="Arial"/>
          <w:b w:val="0"/>
          <w:i w:val="0"/>
          <w:color w:val="5E5468"/>
          <w:sz w:val="20"/>
        </w:rPr>
        <w:t>______________________________________________________________________________________</w:t>
      </w:r>
    </w:p>
    <w:p>
      <w:pPr>
        <w:spacing w:after="100"/>
      </w:pPr>
      <w:r>
        <w:rPr>
          <w:rFonts w:ascii="Arial" w:hAnsi="Arial" w:cs="Arial" w:eastAsia="Arial"/>
          <w:b w:val="0"/>
          <w:i w:val="0"/>
          <w:color w:val="231A2E"/>
          <w:sz w:val="20"/>
        </w:rPr>
        <w:t>Thank you for helping plan what comes next for [area].</w:t>
      </w:r>
    </w:p>
    <w:p>
      <w:r>
        <w:br w:type="page"/>
      </w:r>
    </w:p>
    <w:p>
      <w:pPr>
        <w:keepNext/>
        <w:spacing w:before="240" w:after="80"/>
      </w:pPr>
      <w:r>
        <w:rPr>
          <w:rFonts w:ascii="Arial" w:hAnsi="Arial" w:cs="Arial" w:eastAsia="Arial"/>
          <w:b/>
          <w:i w:val="0"/>
          <w:color w:val="231A2E"/>
          <w:sz w:val="28"/>
        </w:rPr>
        <w:t>6. Employee pulse questionnaire</w:t>
      </w:r>
    </w:p>
    <w:p>
      <w:pPr>
        <w:spacing w:after="100"/>
      </w:pPr>
      <w:r>
        <w:rPr>
          <w:rFonts w:ascii="Arial" w:hAnsi="Arial" w:cs="Arial" w:eastAsia="Arial"/>
          <w:b w:val="0"/>
          <w:i/>
          <w:color w:val="5E5468"/>
          <w:sz w:val="17"/>
        </w:rPr>
        <w:t>Use it: Every two to four weeks, to spot workload or clarity problems early. About 2 minutes, 6 questions.</w:t>
      </w:r>
    </w:p>
    <w:tbl>
      <w:tblPr>
        <w:tblW w:type="auto" w:w="0"/>
        <w:tblLook w:firstColumn="1" w:firstRow="1" w:lastColumn="0" w:lastRow="0" w:noHBand="0" w:noVBand="1" w:val="04A0"/>
        <w:tblBorders>
          <w:top w:val="single" w:sz="4" w:color="231A2E"/>
          <w:left w:val="single" w:sz="4" w:color="231A2E"/>
          <w:bottom w:val="single" w:sz="4" w:color="231A2E"/>
          <w:right w:val="single" w:sz="4" w:color="231A2E"/>
          <w:insideH w:val="single" w:sz="4" w:color="231A2E"/>
          <w:insideV w:val="single" w:sz="4" w:color="231A2E"/>
        </w:tblBorders>
      </w:tblPr>
      <w:tblGrid>
        <w:gridCol w:w="9936"/>
      </w:tblGrid>
      <w:tr>
        <w:tc>
          <w:tcPr>
            <w:tcW w:type="dxa" w:w="9936"/>
            <w:shd w:val="clear" w:color="auto" w:fill="E4DEFA"/>
          </w:tcPr>
          <w:p>
            <w:r/>
            <w:r>
              <w:rPr>
                <w:rFonts w:ascii="Arial" w:hAnsi="Arial" w:cs="Arial" w:eastAsia="Arial"/>
                <w:b/>
                <w:i w:val="0"/>
                <w:color w:val="231A2E"/>
                <w:sz w:val="22"/>
              </w:rPr>
              <w:t>Introduction</w:t>
            </w:r>
          </w:p>
          <w:p>
            <w:r>
              <w:rPr>
                <w:rFonts w:ascii="Arial" w:hAnsi="Arial" w:cs="Arial" w:eastAsia="Arial"/>
                <w:b w:val="0"/>
                <w:i w:val="0"/>
                <w:color w:val="231A2E"/>
                <w:sz w:val="20"/>
              </w:rPr>
              <w:t>Six quick questions about the last two weeks. It takes about two minutes. We'll share what we heard, and what we'll change, at the next team meeting.</w:t>
            </w:r>
          </w:p>
        </w:tc>
      </w:tr>
    </w:tbl>
    <w:p>
      <w:pPr>
        <w:spacing w:after="40"/>
      </w:pPr>
    </w:p>
    <w:p>
      <w:pPr>
        <w:keepNext/>
        <w:spacing w:before="160" w:after="40"/>
      </w:pPr>
      <w:r>
        <w:rPr>
          <w:rFonts w:ascii="Arial" w:hAnsi="Arial" w:cs="Arial" w:eastAsia="Arial"/>
          <w:b/>
          <w:i w:val="0"/>
          <w:color w:val="231A2E"/>
          <w:sz w:val="22"/>
        </w:rPr>
        <w:t>1. How clear are your priorities for the next two weeks?</w:t>
      </w:r>
    </w:p>
    <w:p>
      <w:pPr>
        <w:spacing w:after="100"/>
      </w:pPr>
      <w:r>
        <w:rPr>
          <w:rFonts w:ascii="Arial" w:hAnsi="Arial" w:cs="Arial" w:eastAsia="Arial"/>
          <w:b w:val="0"/>
          <w:i w:val="0"/>
          <w:color w:val="231A2E"/>
          <w:sz w:val="20"/>
        </w:rPr>
        <w:t>Not at all clear   ○ 1   ○ 2   ○ 3   ○ 4   ○ 5   Very clear</w:t>
      </w:r>
    </w:p>
    <w:p>
      <w:pPr>
        <w:keepNext/>
        <w:spacing w:before="160" w:after="40"/>
      </w:pPr>
      <w:r>
        <w:rPr>
          <w:rFonts w:ascii="Arial" w:hAnsi="Arial" w:cs="Arial" w:eastAsia="Arial"/>
          <w:b/>
          <w:i w:val="0"/>
          <w:color w:val="231A2E"/>
          <w:sz w:val="22"/>
        </w:rPr>
        <w:t>2. How is your workload right now?</w:t>
      </w:r>
    </w:p>
    <w:p>
      <w:pPr>
        <w:spacing w:after="100"/>
      </w:pPr>
      <w:r>
        <w:rPr>
          <w:rFonts w:ascii="Arial" w:hAnsi="Arial" w:cs="Arial" w:eastAsia="Arial"/>
          <w:b w:val="0"/>
          <w:i w:val="0"/>
          <w:color w:val="231A2E"/>
          <w:sz w:val="20"/>
        </w:rPr>
        <w:t>○ Far too light     ○ A bit light     ○ About right     ○ A bit heavy     ○ Far too heavy</w:t>
      </w:r>
    </w:p>
    <w:p>
      <w:pPr>
        <w:keepNext/>
        <w:spacing w:before="160" w:after="40"/>
      </w:pPr>
      <w:r>
        <w:rPr>
          <w:rFonts w:ascii="Arial" w:hAnsi="Arial" w:cs="Arial" w:eastAsia="Arial"/>
          <w:b/>
          <w:i w:val="0"/>
          <w:color w:val="231A2E"/>
          <w:sz w:val="22"/>
        </w:rPr>
        <w:t>3. How supported do you feel by your team?</w:t>
      </w:r>
    </w:p>
    <w:p>
      <w:pPr>
        <w:spacing w:after="100"/>
      </w:pPr>
      <w:r>
        <w:rPr>
          <w:rFonts w:ascii="Arial" w:hAnsi="Arial" w:cs="Arial" w:eastAsia="Arial"/>
          <w:b w:val="0"/>
          <w:i w:val="0"/>
          <w:color w:val="231A2E"/>
          <w:sz w:val="20"/>
        </w:rPr>
        <w:t>Not at all   ○ 1   ○ 2   ○ 3   ○ 4   ○ 5   Very supported</w:t>
      </w:r>
    </w:p>
    <w:p>
      <w:pPr>
        <w:keepNext/>
        <w:spacing w:before="160" w:after="40"/>
      </w:pPr>
      <w:r>
        <w:rPr>
          <w:rFonts w:ascii="Arial" w:hAnsi="Arial" w:cs="Arial" w:eastAsia="Arial"/>
          <w:b/>
          <w:i w:val="0"/>
          <w:color w:val="231A2E"/>
          <w:sz w:val="22"/>
        </w:rPr>
        <w:t>4. How easy is it to get the information you need to do your job?</w:t>
      </w:r>
    </w:p>
    <w:p>
      <w:pPr>
        <w:spacing w:after="100"/>
      </w:pPr>
      <w:r>
        <w:rPr>
          <w:rFonts w:ascii="Arial" w:hAnsi="Arial" w:cs="Arial" w:eastAsia="Arial"/>
          <w:b w:val="0"/>
          <w:i w:val="0"/>
          <w:color w:val="231A2E"/>
          <w:sz w:val="20"/>
        </w:rPr>
        <w:t>Very hard   ○ 1   ○ 2   ○ 3   ○ 4   ○ 5   Very easy</w:t>
      </w:r>
    </w:p>
    <w:p>
      <w:pPr>
        <w:keepNext/>
        <w:spacing w:before="160" w:after="40"/>
      </w:pPr>
      <w:r>
        <w:rPr>
          <w:rFonts w:ascii="Arial" w:hAnsi="Arial" w:cs="Arial" w:eastAsia="Arial"/>
          <w:b/>
          <w:i w:val="0"/>
          <w:color w:val="231A2E"/>
          <w:sz w:val="22"/>
        </w:rPr>
        <w:t>5. What is one thing getting in the way of your work?</w:t>
      </w:r>
    </w:p>
    <w:p>
      <w:r>
        <w:rPr>
          <w:rFonts w:ascii="Arial" w:hAnsi="Arial" w:cs="Arial" w:eastAsia="Arial"/>
          <w:b w:val="0"/>
          <w:i w:val="0"/>
          <w:color w:val="5E5468"/>
          <w:sz w:val="20"/>
        </w:rPr>
        <w:t>______________________________________________________________________________________</w:t>
      </w:r>
    </w:p>
    <w:p>
      <w:r>
        <w:rPr>
          <w:rFonts w:ascii="Arial" w:hAnsi="Arial" w:cs="Arial" w:eastAsia="Arial"/>
          <w:b w:val="0"/>
          <w:i w:val="0"/>
          <w:color w:val="5E5468"/>
          <w:sz w:val="20"/>
        </w:rPr>
        <w:t>______________________________________________________________________________________</w:t>
      </w:r>
    </w:p>
    <w:p>
      <w:r>
        <w:rPr>
          <w:rFonts w:ascii="Arial" w:hAnsi="Arial" w:cs="Arial" w:eastAsia="Arial"/>
          <w:b w:val="0"/>
          <w:i w:val="0"/>
          <w:color w:val="5E5468"/>
          <w:sz w:val="20"/>
        </w:rPr>
        <w:t>______________________________________________________________________________________</w:t>
      </w:r>
    </w:p>
    <w:p>
      <w:pPr>
        <w:keepNext/>
        <w:spacing w:before="160" w:after="40"/>
      </w:pPr>
      <w:r>
        <w:rPr>
          <w:rFonts w:ascii="Arial" w:hAnsi="Arial" w:cs="Arial" w:eastAsia="Arial"/>
          <w:b/>
          <w:i w:val="0"/>
          <w:color w:val="231A2E"/>
          <w:sz w:val="22"/>
        </w:rPr>
        <w:t>6. What is one thing we should keep doing?</w:t>
      </w:r>
    </w:p>
    <w:p>
      <w:r>
        <w:rPr>
          <w:rFonts w:ascii="Arial" w:hAnsi="Arial" w:cs="Arial" w:eastAsia="Arial"/>
          <w:b w:val="0"/>
          <w:i w:val="0"/>
          <w:color w:val="5E5468"/>
          <w:sz w:val="20"/>
        </w:rPr>
        <w:t>______________________________________________________________________________________</w:t>
      </w:r>
    </w:p>
    <w:p>
      <w:r>
        <w:rPr>
          <w:rFonts w:ascii="Arial" w:hAnsi="Arial" w:cs="Arial" w:eastAsia="Arial"/>
          <w:b w:val="0"/>
          <w:i w:val="0"/>
          <w:color w:val="5E5468"/>
          <w:sz w:val="20"/>
        </w:rPr>
        <w:t>______________________________________________________________________________________</w:t>
      </w:r>
    </w:p>
    <w:p>
      <w:r>
        <w:rPr>
          <w:rFonts w:ascii="Arial" w:hAnsi="Arial" w:cs="Arial" w:eastAsia="Arial"/>
          <w:b w:val="0"/>
          <w:i w:val="0"/>
          <w:color w:val="5E5468"/>
          <w:sz w:val="20"/>
        </w:rPr>
        <w:t>______________________________________________________________________________________</w:t>
      </w:r>
    </w:p>
    <w:p>
      <w:pPr>
        <w:spacing w:after="100"/>
      </w:pPr>
      <w:r>
        <w:rPr>
          <w:rFonts w:ascii="Arial" w:hAnsi="Arial" w:cs="Arial" w:eastAsia="Arial"/>
          <w:b w:val="0"/>
          <w:i w:val="0"/>
          <w:color w:val="231A2E"/>
          <w:sz w:val="20"/>
        </w:rPr>
        <w:t>Thanks. Look out for the summary at the next team meeting.</w:t>
      </w:r>
    </w:p>
    <w:p>
      <w:r>
        <w:br w:type="page"/>
      </w:r>
    </w:p>
    <w:p>
      <w:pPr>
        <w:keepNext/>
        <w:spacing w:before="240" w:after="80"/>
      </w:pPr>
      <w:r>
        <w:rPr>
          <w:rFonts w:ascii="Arial" w:hAnsi="Arial" w:cs="Arial" w:eastAsia="Arial"/>
          <w:b/>
          <w:i w:val="0"/>
          <w:color w:val="231A2E"/>
          <w:sz w:val="28"/>
        </w:rPr>
        <w:t>7. Student questionnaire: study habits</w:t>
      </w:r>
    </w:p>
    <w:p>
      <w:pPr>
        <w:spacing w:after="100"/>
      </w:pPr>
      <w:r>
        <w:rPr>
          <w:rFonts w:ascii="Arial" w:hAnsi="Arial" w:cs="Arial" w:eastAsia="Arial"/>
          <w:b w:val="0"/>
          <w:i/>
          <w:color w:val="5E5468"/>
          <w:sz w:val="17"/>
        </w:rPr>
        <w:t>Use it: For a class project or a school club that wants to learn how students study. About 3 minutes, 6 questions.</w:t>
      </w:r>
    </w:p>
    <w:tbl>
      <w:tblPr>
        <w:tblW w:type="auto" w:w="0"/>
        <w:tblLook w:firstColumn="1" w:firstRow="1" w:lastColumn="0" w:lastRow="0" w:noHBand="0" w:noVBand="1" w:val="04A0"/>
        <w:tblBorders>
          <w:top w:val="single" w:sz="4" w:color="231A2E"/>
          <w:left w:val="single" w:sz="4" w:color="231A2E"/>
          <w:bottom w:val="single" w:sz="4" w:color="231A2E"/>
          <w:right w:val="single" w:sz="4" w:color="231A2E"/>
          <w:insideH w:val="single" w:sz="4" w:color="231A2E"/>
          <w:insideV w:val="single" w:sz="4" w:color="231A2E"/>
        </w:tblBorders>
      </w:tblPr>
      <w:tblGrid>
        <w:gridCol w:w="9936"/>
      </w:tblGrid>
      <w:tr>
        <w:tc>
          <w:tcPr>
            <w:tcW w:type="dxa" w:w="9936"/>
            <w:shd w:val="clear" w:color="auto" w:fill="E4DEFA"/>
          </w:tcPr>
          <w:p>
            <w:r/>
            <w:r>
              <w:rPr>
                <w:rFonts w:ascii="Arial" w:hAnsi="Arial" w:cs="Arial" w:eastAsia="Arial"/>
                <w:b/>
                <w:i w:val="0"/>
                <w:color w:val="231A2E"/>
                <w:sz w:val="22"/>
              </w:rPr>
              <w:t>Introduction</w:t>
            </w:r>
          </w:p>
          <w:p>
            <w:r>
              <w:rPr>
                <w:rFonts w:ascii="Arial" w:hAnsi="Arial" w:cs="Arial" w:eastAsia="Arial"/>
                <w:b w:val="0"/>
                <w:i w:val="0"/>
                <w:color w:val="231A2E"/>
                <w:sz w:val="20"/>
              </w:rPr>
              <w:t>Hi, I'm [name] from [class]. For a class project, I'm asking students how they study. It takes about three minutes. I'll share the results in class on [date].</w:t>
            </w:r>
          </w:p>
        </w:tc>
      </w:tr>
    </w:tbl>
    <w:p>
      <w:pPr>
        <w:spacing w:after="40"/>
      </w:pPr>
    </w:p>
    <w:p>
      <w:pPr>
        <w:keepNext/>
        <w:spacing w:before="160" w:after="40"/>
      </w:pPr>
      <w:r>
        <w:rPr>
          <w:rFonts w:ascii="Arial" w:hAnsi="Arial" w:cs="Arial" w:eastAsia="Arial"/>
          <w:b/>
          <w:i w:val="0"/>
          <w:color w:val="231A2E"/>
          <w:sz w:val="22"/>
        </w:rPr>
        <w:t>1. Which grade or year are you in?</w:t>
      </w:r>
    </w:p>
    <w:p>
      <w:pPr>
        <w:spacing w:after="100"/>
      </w:pPr>
      <w:r>
        <w:rPr>
          <w:rFonts w:ascii="Arial" w:hAnsi="Arial" w:cs="Arial" w:eastAsia="Arial"/>
          <w:b w:val="0"/>
          <w:i w:val="0"/>
          <w:color w:val="231A2E"/>
          <w:sz w:val="20"/>
        </w:rPr>
        <w:t>○ [Year 1]     ○ [Year 2]     ○ [Year 3]     ○ [Year 4]</w:t>
      </w:r>
    </w:p>
    <w:p>
      <w:pPr>
        <w:keepNext/>
        <w:spacing w:before="160" w:after="40"/>
      </w:pPr>
      <w:r>
        <w:rPr>
          <w:rFonts w:ascii="Arial" w:hAnsi="Arial" w:cs="Arial" w:eastAsia="Arial"/>
          <w:b/>
          <w:i w:val="0"/>
          <w:color w:val="231A2E"/>
          <w:sz w:val="22"/>
        </w:rPr>
        <w:t>2. On a school night, about how long do you spend on homework?</w:t>
      </w:r>
    </w:p>
    <w:p>
      <w:pPr>
        <w:spacing w:after="100"/>
      </w:pPr>
      <w:r>
        <w:rPr>
          <w:rFonts w:ascii="Arial" w:hAnsi="Arial" w:cs="Arial" w:eastAsia="Arial"/>
          <w:b w:val="0"/>
          <w:i w:val="0"/>
          <w:color w:val="231A2E"/>
          <w:sz w:val="20"/>
        </w:rPr>
        <w:t>○ Less than 1 hour     ○ 1 to 2 hours     ○ 2 to 3 hours     ○ More than 3 hours</w:t>
      </w:r>
    </w:p>
    <w:p>
      <w:pPr>
        <w:keepNext/>
        <w:spacing w:before="160" w:after="40"/>
      </w:pPr>
      <w:r>
        <w:rPr>
          <w:rFonts w:ascii="Arial" w:hAnsi="Arial" w:cs="Arial" w:eastAsia="Arial"/>
          <w:b/>
          <w:i w:val="0"/>
          <w:color w:val="231A2E"/>
          <w:sz w:val="22"/>
        </w:rPr>
        <w:t>3. Where do you usually study?</w:t>
      </w:r>
    </w:p>
    <w:p>
      <w:pPr>
        <w:spacing w:after="100"/>
      </w:pPr>
      <w:r>
        <w:rPr>
          <w:rFonts w:ascii="Arial" w:hAnsi="Arial" w:cs="Arial" w:eastAsia="Arial"/>
          <w:b w:val="0"/>
          <w:i w:val="0"/>
          <w:color w:val="231A2E"/>
          <w:sz w:val="20"/>
        </w:rPr>
        <w:t>○ My bedroom     ○ Kitchen or living room     ○ Library     ○ At school     ○ Somewhere else</w:t>
      </w:r>
    </w:p>
    <w:p>
      <w:pPr>
        <w:keepNext/>
        <w:spacing w:before="160" w:after="40"/>
      </w:pPr>
      <w:r>
        <w:rPr>
          <w:rFonts w:ascii="Arial" w:hAnsi="Arial" w:cs="Arial" w:eastAsia="Arial"/>
          <w:b/>
          <w:i w:val="0"/>
          <w:color w:val="231A2E"/>
          <w:sz w:val="22"/>
        </w:rPr>
        <w:t>4. What gets in the way of studying? (Tick all that apply.)</w:t>
      </w:r>
    </w:p>
    <w:p>
      <w:pPr>
        <w:spacing w:after="100"/>
      </w:pPr>
      <w:r>
        <w:rPr>
          <w:rFonts w:ascii="Arial" w:hAnsi="Arial" w:cs="Arial" w:eastAsia="Arial"/>
          <w:b w:val="0"/>
          <w:i w:val="0"/>
          <w:color w:val="231A2E"/>
          <w:sz w:val="20"/>
        </w:rPr>
        <w:t>□ My phone     □ Noise     □ Feeling tired     □ Other activities     □ Nothing much</w:t>
      </w:r>
    </w:p>
    <w:p>
      <w:pPr>
        <w:keepNext/>
        <w:spacing w:before="160" w:after="40"/>
      </w:pPr>
      <w:r>
        <w:rPr>
          <w:rFonts w:ascii="Arial" w:hAnsi="Arial" w:cs="Arial" w:eastAsia="Arial"/>
          <w:b/>
          <w:i w:val="0"/>
          <w:color w:val="231A2E"/>
          <w:sz w:val="22"/>
        </w:rPr>
        <w:t>5. How well do your study habits work for you?</w:t>
      </w:r>
    </w:p>
    <w:p>
      <w:pPr>
        <w:spacing w:after="100"/>
      </w:pPr>
      <w:r>
        <w:rPr>
          <w:rFonts w:ascii="Arial" w:hAnsi="Arial" w:cs="Arial" w:eastAsia="Arial"/>
          <w:b w:val="0"/>
          <w:i w:val="0"/>
          <w:color w:val="231A2E"/>
          <w:sz w:val="20"/>
        </w:rPr>
        <w:t>Not well at all   ○ 1   ○ 2   ○ 3   ○ 4   ○ 5   Very well</w:t>
      </w:r>
    </w:p>
    <w:p>
      <w:pPr>
        <w:keepNext/>
        <w:spacing w:before="160" w:after="40"/>
      </w:pPr>
      <w:r>
        <w:rPr>
          <w:rFonts w:ascii="Arial" w:hAnsi="Arial" w:cs="Arial" w:eastAsia="Arial"/>
          <w:b/>
          <w:i w:val="0"/>
          <w:color w:val="231A2E"/>
          <w:sz w:val="22"/>
        </w:rPr>
        <w:t>6. What one study tip would you give a younger student?</w:t>
      </w:r>
    </w:p>
    <w:p>
      <w:r>
        <w:rPr>
          <w:rFonts w:ascii="Arial" w:hAnsi="Arial" w:cs="Arial" w:eastAsia="Arial"/>
          <w:b w:val="0"/>
          <w:i w:val="0"/>
          <w:color w:val="5E5468"/>
          <w:sz w:val="20"/>
        </w:rPr>
        <w:t>______________________________________________________________________________________</w:t>
      </w:r>
    </w:p>
    <w:p>
      <w:r>
        <w:rPr>
          <w:rFonts w:ascii="Arial" w:hAnsi="Arial" w:cs="Arial" w:eastAsia="Arial"/>
          <w:b w:val="0"/>
          <w:i w:val="0"/>
          <w:color w:val="5E5468"/>
          <w:sz w:val="20"/>
        </w:rPr>
        <w:t>______________________________________________________________________________________</w:t>
      </w:r>
    </w:p>
    <w:p>
      <w:r>
        <w:rPr>
          <w:rFonts w:ascii="Arial" w:hAnsi="Arial" w:cs="Arial" w:eastAsia="Arial"/>
          <w:b w:val="0"/>
          <w:i w:val="0"/>
          <w:color w:val="5E5468"/>
          <w:sz w:val="20"/>
        </w:rPr>
        <w:t>______________________________________________________________________________________</w:t>
      </w:r>
    </w:p>
    <w:p>
      <w:pPr>
        <w:spacing w:after="100"/>
      </w:pPr>
      <w:r>
        <w:rPr>
          <w:rFonts w:ascii="Arial" w:hAnsi="Arial" w:cs="Arial" w:eastAsia="Arial"/>
          <w:b w:val="0"/>
          <w:i w:val="0"/>
          <w:color w:val="231A2E"/>
          <w:sz w:val="20"/>
        </w:rPr>
        <w:t>Thanks for helping with my project.</w:t>
      </w:r>
    </w:p>
    <w:p>
      <w:r>
        <w:br w:type="page"/>
      </w:r>
    </w:p>
    <w:p>
      <w:pPr>
        <w:keepNext/>
        <w:spacing w:before="240" w:after="80"/>
      </w:pPr>
      <w:r>
        <w:rPr>
          <w:rFonts w:ascii="Arial" w:hAnsi="Arial" w:cs="Arial" w:eastAsia="Arial"/>
          <w:b/>
          <w:i w:val="0"/>
          <w:color w:val="231A2E"/>
          <w:sz w:val="28"/>
        </w:rPr>
        <w:t>8. Website feedback questionnaire</w:t>
      </w:r>
    </w:p>
    <w:p>
      <w:pPr>
        <w:spacing w:after="100"/>
      </w:pPr>
      <w:r>
        <w:rPr>
          <w:rFonts w:ascii="Arial" w:hAnsi="Arial" w:cs="Arial" w:eastAsia="Arial"/>
          <w:b w:val="0"/>
          <w:i/>
          <w:color w:val="5E5468"/>
          <w:sz w:val="17"/>
        </w:rPr>
        <w:t>Use it: As a short pop-up or a link at the bottom of key pages. About 2 minutes, 6 questions.</w:t>
      </w:r>
    </w:p>
    <w:tbl>
      <w:tblPr>
        <w:tblW w:type="auto" w:w="0"/>
        <w:tblLook w:firstColumn="1" w:firstRow="1" w:lastColumn="0" w:lastRow="0" w:noHBand="0" w:noVBand="1" w:val="04A0"/>
        <w:tblBorders>
          <w:top w:val="single" w:sz="4" w:color="231A2E"/>
          <w:left w:val="single" w:sz="4" w:color="231A2E"/>
          <w:bottom w:val="single" w:sz="4" w:color="231A2E"/>
          <w:right w:val="single" w:sz="4" w:color="231A2E"/>
          <w:insideH w:val="single" w:sz="4" w:color="231A2E"/>
          <w:insideV w:val="single" w:sz="4" w:color="231A2E"/>
        </w:tblBorders>
      </w:tblPr>
      <w:tblGrid>
        <w:gridCol w:w="9936"/>
      </w:tblGrid>
      <w:tr>
        <w:tc>
          <w:tcPr>
            <w:tcW w:type="dxa" w:w="9936"/>
            <w:shd w:val="clear" w:color="auto" w:fill="E4DEFA"/>
          </w:tcPr>
          <w:p>
            <w:r/>
            <w:r>
              <w:rPr>
                <w:rFonts w:ascii="Arial" w:hAnsi="Arial" w:cs="Arial" w:eastAsia="Arial"/>
                <w:b/>
                <w:i w:val="0"/>
                <w:color w:val="231A2E"/>
                <w:sz w:val="22"/>
              </w:rPr>
              <w:t>Introduction</w:t>
            </w:r>
          </w:p>
          <w:p>
            <w:r>
              <w:rPr>
                <w:rFonts w:ascii="Arial" w:hAnsi="Arial" w:cs="Arial" w:eastAsia="Arial"/>
                <w:b w:val="0"/>
                <w:i w:val="0"/>
                <w:color w:val="231A2E"/>
                <w:sz w:val="20"/>
              </w:rPr>
              <w:t>Got two minutes? Tell us why you came to our site today and whether you found it.</w:t>
            </w:r>
          </w:p>
        </w:tc>
      </w:tr>
    </w:tbl>
    <w:p>
      <w:pPr>
        <w:spacing w:after="40"/>
      </w:pPr>
    </w:p>
    <w:p>
      <w:pPr>
        <w:keepNext/>
        <w:spacing w:before="160" w:after="40"/>
      </w:pPr>
      <w:r>
        <w:rPr>
          <w:rFonts w:ascii="Arial" w:hAnsi="Arial" w:cs="Arial" w:eastAsia="Arial"/>
          <w:b/>
          <w:i w:val="0"/>
          <w:color w:val="231A2E"/>
          <w:sz w:val="22"/>
        </w:rPr>
        <w:t>1. What did you come here to do today?</w:t>
      </w:r>
    </w:p>
    <w:p>
      <w:pPr>
        <w:spacing w:after="100"/>
      </w:pPr>
      <w:r>
        <w:rPr>
          <w:rFonts w:ascii="Arial" w:hAnsi="Arial" w:cs="Arial" w:eastAsia="Arial"/>
          <w:b w:val="0"/>
          <w:i w:val="0"/>
          <w:color w:val="231A2E"/>
          <w:sz w:val="20"/>
        </w:rPr>
        <w:t>○ Find information     ○ Buy something     ○ Get help     ○ Contact someone     ○ Something else</w:t>
      </w:r>
    </w:p>
    <w:p>
      <w:pPr>
        <w:keepNext/>
        <w:spacing w:before="160" w:after="40"/>
      </w:pPr>
      <w:r>
        <w:rPr>
          <w:rFonts w:ascii="Arial" w:hAnsi="Arial" w:cs="Arial" w:eastAsia="Arial"/>
          <w:b/>
          <w:i w:val="0"/>
          <w:color w:val="231A2E"/>
          <w:sz w:val="22"/>
        </w:rPr>
        <w:t>2. Were you able to do it?</w:t>
      </w:r>
    </w:p>
    <w:p>
      <w:pPr>
        <w:spacing w:after="100"/>
      </w:pPr>
      <w:r>
        <w:rPr>
          <w:rFonts w:ascii="Arial" w:hAnsi="Arial" w:cs="Arial" w:eastAsia="Arial"/>
          <w:b w:val="0"/>
          <w:i w:val="0"/>
          <w:color w:val="231A2E"/>
          <w:sz w:val="20"/>
        </w:rPr>
        <w:t>○ Yes     ○ Partly     ○ No</w:t>
      </w:r>
    </w:p>
    <w:p>
      <w:pPr>
        <w:keepNext/>
        <w:spacing w:before="160" w:after="40"/>
      </w:pPr>
      <w:r>
        <w:rPr>
          <w:rFonts w:ascii="Arial" w:hAnsi="Arial" w:cs="Arial" w:eastAsia="Arial"/>
          <w:b/>
          <w:i w:val="0"/>
          <w:color w:val="231A2E"/>
          <w:sz w:val="22"/>
        </w:rPr>
        <w:t>3. How easy was our site to use?</w:t>
      </w:r>
    </w:p>
    <w:p>
      <w:pPr>
        <w:spacing w:after="100"/>
      </w:pPr>
      <w:r>
        <w:rPr>
          <w:rFonts w:ascii="Arial" w:hAnsi="Arial" w:cs="Arial" w:eastAsia="Arial"/>
          <w:b w:val="0"/>
          <w:i w:val="0"/>
          <w:color w:val="231A2E"/>
          <w:sz w:val="20"/>
        </w:rPr>
        <w:t>Very hard   ○ 1   ○ 2   ○ 3   ○ 4   ○ 5   Very easy</w:t>
      </w:r>
    </w:p>
    <w:p>
      <w:pPr>
        <w:keepNext/>
        <w:spacing w:before="160" w:after="40"/>
      </w:pPr>
      <w:r>
        <w:rPr>
          <w:rFonts w:ascii="Arial" w:hAnsi="Arial" w:cs="Arial" w:eastAsia="Arial"/>
          <w:b/>
          <w:i w:val="0"/>
          <w:color w:val="231A2E"/>
          <w:sz w:val="22"/>
        </w:rPr>
        <w:t>4. What, if anything, got in the way?</w:t>
      </w:r>
    </w:p>
    <w:p>
      <w:r>
        <w:rPr>
          <w:rFonts w:ascii="Arial" w:hAnsi="Arial" w:cs="Arial" w:eastAsia="Arial"/>
          <w:b w:val="0"/>
          <w:i w:val="0"/>
          <w:color w:val="5E5468"/>
          <w:sz w:val="20"/>
        </w:rPr>
        <w:t>______________________________________________________________________________________</w:t>
      </w:r>
    </w:p>
    <w:p>
      <w:r>
        <w:rPr>
          <w:rFonts w:ascii="Arial" w:hAnsi="Arial" w:cs="Arial" w:eastAsia="Arial"/>
          <w:b w:val="0"/>
          <w:i w:val="0"/>
          <w:color w:val="5E5468"/>
          <w:sz w:val="20"/>
        </w:rPr>
        <w:t>______________________________________________________________________________________</w:t>
      </w:r>
    </w:p>
    <w:p>
      <w:r>
        <w:rPr>
          <w:rFonts w:ascii="Arial" w:hAnsi="Arial" w:cs="Arial" w:eastAsia="Arial"/>
          <w:b w:val="0"/>
          <w:i w:val="0"/>
          <w:color w:val="5E5468"/>
          <w:sz w:val="20"/>
        </w:rPr>
        <w:t>______________________________________________________________________________________</w:t>
      </w:r>
    </w:p>
    <w:p>
      <w:pPr>
        <w:keepNext/>
        <w:spacing w:before="160" w:after="40"/>
      </w:pPr>
      <w:r>
        <w:rPr>
          <w:rFonts w:ascii="Arial" w:hAnsi="Arial" w:cs="Arial" w:eastAsia="Arial"/>
          <w:b/>
          <w:i w:val="0"/>
          <w:color w:val="231A2E"/>
          <w:sz w:val="22"/>
        </w:rPr>
        <w:t>5. How did you find our site?</w:t>
      </w:r>
    </w:p>
    <w:p>
      <w:pPr>
        <w:spacing w:after="100"/>
      </w:pPr>
      <w:r>
        <w:rPr>
          <w:rFonts w:ascii="Arial" w:hAnsi="Arial" w:cs="Arial" w:eastAsia="Arial"/>
          <w:b w:val="0"/>
          <w:i w:val="0"/>
          <w:color w:val="231A2E"/>
          <w:sz w:val="20"/>
        </w:rPr>
        <w:t>○ Search engine     ○ Social media     ○ A link from another site     ○ Typed the address     ○ Other</w:t>
      </w:r>
    </w:p>
    <w:p>
      <w:pPr>
        <w:keepNext/>
        <w:spacing w:before="160" w:after="40"/>
      </w:pPr>
      <w:r>
        <w:rPr>
          <w:rFonts w:ascii="Arial" w:hAnsi="Arial" w:cs="Arial" w:eastAsia="Arial"/>
          <w:b/>
          <w:i w:val="0"/>
          <w:color w:val="231A2E"/>
          <w:sz w:val="22"/>
        </w:rPr>
        <w:t>6. Anything else you'd like to tell us?</w:t>
      </w:r>
    </w:p>
    <w:p>
      <w:r>
        <w:rPr>
          <w:rFonts w:ascii="Arial" w:hAnsi="Arial" w:cs="Arial" w:eastAsia="Arial"/>
          <w:b w:val="0"/>
          <w:i w:val="0"/>
          <w:color w:val="5E5468"/>
          <w:sz w:val="20"/>
        </w:rPr>
        <w:t>______________________________________________________________________________________</w:t>
      </w:r>
    </w:p>
    <w:p>
      <w:r>
        <w:rPr>
          <w:rFonts w:ascii="Arial" w:hAnsi="Arial" w:cs="Arial" w:eastAsia="Arial"/>
          <w:b w:val="0"/>
          <w:i w:val="0"/>
          <w:color w:val="5E5468"/>
          <w:sz w:val="20"/>
        </w:rPr>
        <w:t>______________________________________________________________________________________</w:t>
      </w:r>
    </w:p>
    <w:p>
      <w:pPr>
        <w:spacing w:after="100"/>
      </w:pPr>
      <w:r>
        <w:rPr>
          <w:rFonts w:ascii="Arial" w:hAnsi="Arial" w:cs="Arial" w:eastAsia="Arial"/>
          <w:b w:val="0"/>
          <w:i w:val="0"/>
          <w:color w:val="231A2E"/>
          <w:sz w:val="20"/>
        </w:rPr>
        <w:t>Thanks. We use these answers to fix the pages that get in the way.</w:t>
      </w:r>
    </w:p>
    <w:p>
      <w:r>
        <w:br w:type="page"/>
      </w:r>
    </w:p>
    <w:p>
      <w:pPr>
        <w:keepNext/>
        <w:spacing w:before="240" w:after="80"/>
      </w:pPr>
      <w:r>
        <w:rPr>
          <w:rFonts w:ascii="Arial" w:hAnsi="Arial" w:cs="Arial" w:eastAsia="Arial"/>
          <w:b/>
          <w:i w:val="0"/>
          <w:color w:val="231A2E"/>
          <w:sz w:val="28"/>
        </w:rPr>
        <w:t>9. Product feedback questionnaire</w:t>
      </w:r>
    </w:p>
    <w:p>
      <w:pPr>
        <w:spacing w:after="100"/>
      </w:pPr>
      <w:r>
        <w:rPr>
          <w:rFonts w:ascii="Arial" w:hAnsi="Arial" w:cs="Arial" w:eastAsia="Arial"/>
          <w:b w:val="0"/>
          <w:i/>
          <w:color w:val="5E5468"/>
          <w:sz w:val="17"/>
        </w:rPr>
        <w:t>Use it: For people who have used your product or app for at least a few weeks. About 3 minutes, 7 questions.</w:t>
      </w:r>
    </w:p>
    <w:tbl>
      <w:tblPr>
        <w:tblW w:type="auto" w:w="0"/>
        <w:tblLook w:firstColumn="1" w:firstRow="1" w:lastColumn="0" w:lastRow="0" w:noHBand="0" w:noVBand="1" w:val="04A0"/>
        <w:tblBorders>
          <w:top w:val="single" w:sz="4" w:color="231A2E"/>
          <w:left w:val="single" w:sz="4" w:color="231A2E"/>
          <w:bottom w:val="single" w:sz="4" w:color="231A2E"/>
          <w:right w:val="single" w:sz="4" w:color="231A2E"/>
          <w:insideH w:val="single" w:sz="4" w:color="231A2E"/>
          <w:insideV w:val="single" w:sz="4" w:color="231A2E"/>
        </w:tblBorders>
      </w:tblPr>
      <w:tblGrid>
        <w:gridCol w:w="9936"/>
      </w:tblGrid>
      <w:tr>
        <w:tc>
          <w:tcPr>
            <w:tcW w:type="dxa" w:w="9936"/>
            <w:shd w:val="clear" w:color="auto" w:fill="E4DEFA"/>
          </w:tcPr>
          <w:p>
            <w:r/>
            <w:r>
              <w:rPr>
                <w:rFonts w:ascii="Arial" w:hAnsi="Arial" w:cs="Arial" w:eastAsia="Arial"/>
                <w:b/>
                <w:i w:val="0"/>
                <w:color w:val="231A2E"/>
                <w:sz w:val="22"/>
              </w:rPr>
              <w:t>Introduction</w:t>
            </w:r>
          </w:p>
          <w:p>
            <w:r>
              <w:rPr>
                <w:rFonts w:ascii="Arial" w:hAnsi="Arial" w:cs="Arial" w:eastAsia="Arial"/>
                <w:b w:val="0"/>
                <w:i w:val="0"/>
                <w:color w:val="231A2E"/>
                <w:sz w:val="20"/>
              </w:rPr>
              <w:t>You've been using [product] for a while, and we'd like to know how it's going. Seven questions, about three minutes.</w:t>
            </w:r>
          </w:p>
        </w:tc>
      </w:tr>
    </w:tbl>
    <w:p>
      <w:pPr>
        <w:spacing w:after="40"/>
      </w:pPr>
    </w:p>
    <w:p>
      <w:pPr>
        <w:keepNext/>
        <w:spacing w:before="160" w:after="40"/>
      </w:pPr>
      <w:r>
        <w:rPr>
          <w:rFonts w:ascii="Arial" w:hAnsi="Arial" w:cs="Arial" w:eastAsia="Arial"/>
          <w:b/>
          <w:i w:val="0"/>
          <w:color w:val="231A2E"/>
          <w:sz w:val="22"/>
        </w:rPr>
        <w:t>1. How often do you use [product]?</w:t>
      </w:r>
    </w:p>
    <w:p>
      <w:pPr>
        <w:spacing w:after="100"/>
      </w:pPr>
      <w:r>
        <w:rPr>
          <w:rFonts w:ascii="Arial" w:hAnsi="Arial" w:cs="Arial" w:eastAsia="Arial"/>
          <w:b w:val="0"/>
          <w:i w:val="0"/>
          <w:color w:val="231A2E"/>
          <w:sz w:val="20"/>
        </w:rPr>
        <w:t>○ Every day     ○ A few times a week     ○ A few times a month     ○ Rarely</w:t>
      </w:r>
    </w:p>
    <w:p>
      <w:pPr>
        <w:keepNext/>
        <w:spacing w:before="160" w:after="40"/>
      </w:pPr>
      <w:r>
        <w:rPr>
          <w:rFonts w:ascii="Arial" w:hAnsi="Arial" w:cs="Arial" w:eastAsia="Arial"/>
          <w:b/>
          <w:i w:val="0"/>
          <w:color w:val="231A2E"/>
          <w:sz w:val="22"/>
        </w:rPr>
        <w:t>2. Which features do you use? (Tick all that apply.)</w:t>
      </w:r>
    </w:p>
    <w:p>
      <w:pPr>
        <w:spacing w:after="100"/>
      </w:pPr>
      <w:r>
        <w:rPr>
          <w:rFonts w:ascii="Arial" w:hAnsi="Arial" w:cs="Arial" w:eastAsia="Arial"/>
          <w:b w:val="0"/>
          <w:i w:val="0"/>
          <w:color w:val="231A2E"/>
          <w:sz w:val="20"/>
        </w:rPr>
        <w:t>□ [Feature 1]     □ [Feature 2]     □ [Feature 3]     □ [Feature 4]</w:t>
      </w:r>
    </w:p>
    <w:p>
      <w:pPr>
        <w:keepNext/>
        <w:spacing w:before="160" w:after="40"/>
      </w:pPr>
      <w:r>
        <w:rPr>
          <w:rFonts w:ascii="Arial" w:hAnsi="Arial" w:cs="Arial" w:eastAsia="Arial"/>
          <w:b/>
          <w:i w:val="0"/>
          <w:color w:val="231A2E"/>
          <w:sz w:val="22"/>
        </w:rPr>
        <w:t>3. Overall, how satisfied are you with [product]?</w:t>
      </w:r>
    </w:p>
    <w:p>
      <w:pPr>
        <w:spacing w:after="100"/>
      </w:pPr>
      <w:r>
        <w:rPr>
          <w:rFonts w:ascii="Arial" w:hAnsi="Arial" w:cs="Arial" w:eastAsia="Arial"/>
          <w:b w:val="0"/>
          <w:i w:val="0"/>
          <w:color w:val="231A2E"/>
          <w:sz w:val="20"/>
        </w:rPr>
        <w:t>Very dissatisfied   ○ 1   ○ 2   ○ 3   ○ 4   ○ 5   Very satisfied</w:t>
      </w:r>
    </w:p>
    <w:p>
      <w:pPr>
        <w:keepNext/>
        <w:spacing w:before="160" w:after="40"/>
      </w:pPr>
      <w:r>
        <w:rPr>
          <w:rFonts w:ascii="Arial" w:hAnsi="Arial" w:cs="Arial" w:eastAsia="Arial"/>
          <w:b/>
          <w:i w:val="0"/>
          <w:color w:val="231A2E"/>
          <w:sz w:val="22"/>
        </w:rPr>
        <w:t>4. How would you feel if you could no longer use [product]?</w:t>
      </w:r>
    </w:p>
    <w:p>
      <w:pPr>
        <w:spacing w:after="100"/>
      </w:pPr>
      <w:r>
        <w:rPr>
          <w:rFonts w:ascii="Arial" w:hAnsi="Arial" w:cs="Arial" w:eastAsia="Arial"/>
          <w:b w:val="0"/>
          <w:i w:val="0"/>
          <w:color w:val="231A2E"/>
          <w:sz w:val="20"/>
        </w:rPr>
        <w:t>○ Very disappointed     ○ Somewhat disappointed     ○ Not disappointed</w:t>
      </w:r>
    </w:p>
    <w:p>
      <w:pPr>
        <w:keepNext/>
        <w:spacing w:before="160" w:after="40"/>
      </w:pPr>
      <w:r>
        <w:rPr>
          <w:rFonts w:ascii="Arial" w:hAnsi="Arial" w:cs="Arial" w:eastAsia="Arial"/>
          <w:b/>
          <w:i w:val="0"/>
          <w:color w:val="231A2E"/>
          <w:sz w:val="22"/>
        </w:rPr>
        <w:t>5. What is the main benefit you get from [product]?</w:t>
      </w:r>
    </w:p>
    <w:p>
      <w:r>
        <w:rPr>
          <w:rFonts w:ascii="Arial" w:hAnsi="Arial" w:cs="Arial" w:eastAsia="Arial"/>
          <w:b w:val="0"/>
          <w:i w:val="0"/>
          <w:color w:val="5E5468"/>
          <w:sz w:val="20"/>
        </w:rPr>
        <w:t>______________________________________________________________________________________</w:t>
      </w:r>
    </w:p>
    <w:p>
      <w:r>
        <w:rPr>
          <w:rFonts w:ascii="Arial" w:hAnsi="Arial" w:cs="Arial" w:eastAsia="Arial"/>
          <w:b w:val="0"/>
          <w:i w:val="0"/>
          <w:color w:val="5E5468"/>
          <w:sz w:val="20"/>
        </w:rPr>
        <w:t>______________________________________________________________________________________</w:t>
      </w:r>
    </w:p>
    <w:p>
      <w:r>
        <w:rPr>
          <w:rFonts w:ascii="Arial" w:hAnsi="Arial" w:cs="Arial" w:eastAsia="Arial"/>
          <w:b w:val="0"/>
          <w:i w:val="0"/>
          <w:color w:val="5E5468"/>
          <w:sz w:val="20"/>
        </w:rPr>
        <w:t>______________________________________________________________________________________</w:t>
      </w:r>
    </w:p>
    <w:p>
      <w:pPr>
        <w:keepNext/>
        <w:spacing w:before="160" w:after="40"/>
      </w:pPr>
      <w:r>
        <w:rPr>
          <w:rFonts w:ascii="Arial" w:hAnsi="Arial" w:cs="Arial" w:eastAsia="Arial"/>
          <w:b/>
          <w:i w:val="0"/>
          <w:color w:val="231A2E"/>
          <w:sz w:val="22"/>
        </w:rPr>
        <w:t>6. What should we improve first?</w:t>
      </w:r>
    </w:p>
    <w:p>
      <w:r>
        <w:rPr>
          <w:rFonts w:ascii="Arial" w:hAnsi="Arial" w:cs="Arial" w:eastAsia="Arial"/>
          <w:b w:val="0"/>
          <w:i w:val="0"/>
          <w:color w:val="5E5468"/>
          <w:sz w:val="20"/>
        </w:rPr>
        <w:t>______________________________________________________________________________________</w:t>
      </w:r>
    </w:p>
    <w:p>
      <w:r>
        <w:rPr>
          <w:rFonts w:ascii="Arial" w:hAnsi="Arial" w:cs="Arial" w:eastAsia="Arial"/>
          <w:b w:val="0"/>
          <w:i w:val="0"/>
          <w:color w:val="5E5468"/>
          <w:sz w:val="20"/>
        </w:rPr>
        <w:t>______________________________________________________________________________________</w:t>
      </w:r>
    </w:p>
    <w:p>
      <w:r>
        <w:rPr>
          <w:rFonts w:ascii="Arial" w:hAnsi="Arial" w:cs="Arial" w:eastAsia="Arial"/>
          <w:b w:val="0"/>
          <w:i w:val="0"/>
          <w:color w:val="5E5468"/>
          <w:sz w:val="20"/>
        </w:rPr>
        <w:t>______________________________________________________________________________________</w:t>
      </w:r>
    </w:p>
    <w:p>
      <w:pPr>
        <w:keepNext/>
        <w:spacing w:before="160" w:after="40"/>
      </w:pPr>
      <w:r>
        <w:rPr>
          <w:rFonts w:ascii="Arial" w:hAnsi="Arial" w:cs="Arial" w:eastAsia="Arial"/>
          <w:b/>
          <w:i w:val="0"/>
          <w:color w:val="231A2E"/>
          <w:sz w:val="22"/>
        </w:rPr>
        <w:t>7. May we follow up with you about your answers?</w:t>
      </w:r>
    </w:p>
    <w:p>
      <w:pPr>
        <w:spacing w:after="100"/>
      </w:pPr>
      <w:r>
        <w:rPr>
          <w:rFonts w:ascii="Arial" w:hAnsi="Arial" w:cs="Arial" w:eastAsia="Arial"/>
          <w:b w:val="0"/>
          <w:i w:val="0"/>
          <w:color w:val="231A2E"/>
          <w:sz w:val="20"/>
        </w:rPr>
        <w:t>○ Yes     ○ No</w:t>
      </w:r>
    </w:p>
    <w:p>
      <w:pPr>
        <w:spacing w:after="100"/>
      </w:pPr>
      <w:r>
        <w:rPr>
          <w:rFonts w:ascii="Arial" w:hAnsi="Arial" w:cs="Arial" w:eastAsia="Arial"/>
          <w:b w:val="0"/>
          <w:i w:val="0"/>
          <w:color w:val="231A2E"/>
          <w:sz w:val="20"/>
        </w:rPr>
        <w:t>Thank you. Your answers go straight into our plans for [product].</w:t>
      </w:r>
    </w:p>
    <w:p>
      <w:r>
        <w:br w:type="page"/>
      </w:r>
    </w:p>
    <w:p>
      <w:pPr>
        <w:keepNext/>
        <w:spacing w:before="240" w:after="80"/>
      </w:pPr>
      <w:r>
        <w:rPr>
          <w:rFonts w:ascii="Arial" w:hAnsi="Arial" w:cs="Arial" w:eastAsia="Arial"/>
          <w:b/>
          <w:i w:val="0"/>
          <w:color w:val="231A2E"/>
          <w:sz w:val="28"/>
        </w:rPr>
        <w:t>10. Health and lifestyle questionnaire (CDC BRFSS items)</w:t>
      </w:r>
    </w:p>
    <w:p>
      <w:pPr>
        <w:spacing w:after="100"/>
      </w:pPr>
      <w:r>
        <w:rPr>
          <w:rFonts w:ascii="Arial" w:hAnsi="Arial" w:cs="Arial" w:eastAsia="Arial"/>
          <w:b w:val="0"/>
          <w:i/>
          <w:color w:val="5E5468"/>
          <w:sz w:val="17"/>
        </w:rPr>
        <w:t>Use it: For a class project, a wellness program or a community health check-in that wants questions a national survey already uses. About 2 minutes, 5 questions.</w:t>
      </w:r>
    </w:p>
    <w:tbl>
      <w:tblPr>
        <w:tblW w:type="auto" w:w="0"/>
        <w:tblLook w:firstColumn="1" w:firstRow="1" w:lastColumn="0" w:lastRow="0" w:noHBand="0" w:noVBand="1" w:val="04A0"/>
        <w:tblBorders>
          <w:top w:val="single" w:sz="4" w:color="231A2E"/>
          <w:left w:val="single" w:sz="4" w:color="231A2E"/>
          <w:bottom w:val="single" w:sz="4" w:color="231A2E"/>
          <w:right w:val="single" w:sz="4" w:color="231A2E"/>
          <w:insideH w:val="single" w:sz="4" w:color="231A2E"/>
          <w:insideV w:val="single" w:sz="4" w:color="231A2E"/>
        </w:tblBorders>
      </w:tblPr>
      <w:tblGrid>
        <w:gridCol w:w="9936"/>
      </w:tblGrid>
      <w:tr>
        <w:tc>
          <w:tcPr>
            <w:tcW w:type="dxa" w:w="9936"/>
            <w:shd w:val="clear" w:color="auto" w:fill="E4DEFA"/>
          </w:tcPr>
          <w:p>
            <w:r/>
            <w:r>
              <w:rPr>
                <w:rFonts w:ascii="Arial" w:hAnsi="Arial" w:cs="Arial" w:eastAsia="Arial"/>
                <w:b/>
                <w:i w:val="0"/>
                <w:color w:val="231A2E"/>
                <w:sz w:val="22"/>
              </w:rPr>
              <w:t>Introduction</w:t>
            </w:r>
          </w:p>
          <w:p>
            <w:r>
              <w:rPr>
                <w:rFonts w:ascii="Arial" w:hAnsi="Arial" w:cs="Arial" w:eastAsia="Arial"/>
                <w:b w:val="0"/>
                <w:i w:val="0"/>
                <w:color w:val="231A2E"/>
                <w:sz w:val="20"/>
              </w:rPr>
              <w:t>[Organization] is asking five short questions about your health over the past month. It takes about two minutes. You can skip any question. We will use the answers to [purpose].</w:t>
            </w:r>
          </w:p>
        </w:tc>
      </w:tr>
    </w:tbl>
    <w:p>
      <w:pPr>
        <w:spacing w:after="40"/>
      </w:pPr>
    </w:p>
    <w:p>
      <w:pPr>
        <w:keepNext/>
        <w:spacing w:before="160" w:after="40"/>
      </w:pPr>
      <w:r>
        <w:rPr>
          <w:rFonts w:ascii="Arial" w:hAnsi="Arial" w:cs="Arial" w:eastAsia="Arial"/>
          <w:b/>
          <w:i w:val="0"/>
          <w:color w:val="231A2E"/>
          <w:sz w:val="22"/>
        </w:rPr>
        <w:t>1. Would you say that in general your health is:  (CHS.01)</w:t>
      </w:r>
    </w:p>
    <w:p>
      <w:pPr>
        <w:spacing w:after="100"/>
      </w:pPr>
      <w:r>
        <w:rPr>
          <w:rFonts w:ascii="Arial" w:hAnsi="Arial" w:cs="Arial" w:eastAsia="Arial"/>
          <w:b w:val="0"/>
          <w:i w:val="0"/>
          <w:color w:val="231A2E"/>
          <w:sz w:val="20"/>
        </w:rPr>
        <w:t>○ Excellent     ○ Very Good     ○ Good     ○ Fair     ○ Poor</w:t>
      </w:r>
    </w:p>
    <w:p>
      <w:pPr>
        <w:keepNext/>
        <w:spacing w:before="160" w:after="40"/>
      </w:pPr>
      <w:r>
        <w:rPr>
          <w:rFonts w:ascii="Arial" w:hAnsi="Arial" w:cs="Arial" w:eastAsia="Arial"/>
          <w:b/>
          <w:i w:val="0"/>
          <w:color w:val="231A2E"/>
          <w:sz w:val="22"/>
        </w:rPr>
        <w:t>2. Now thinking about your physical health, which includes physical illness and injury, for how many days during the past 30 days was your physical health not good?  (CHD.01)</w:t>
      </w:r>
    </w:p>
    <w:p>
      <w:pPr>
        <w:spacing w:after="100"/>
      </w:pPr>
      <w:r>
        <w:rPr>
          <w:rFonts w:ascii="Arial" w:hAnsi="Arial" w:cs="Arial" w:eastAsia="Arial"/>
          <w:b w:val="0"/>
          <w:i w:val="0"/>
          <w:color w:val="231A2E"/>
          <w:sz w:val="20"/>
        </w:rPr>
        <w:t>Number of days (1 to 30): ________     ○ None</w:t>
      </w:r>
    </w:p>
    <w:p>
      <w:pPr>
        <w:keepNext/>
        <w:spacing w:before="160" w:after="40"/>
      </w:pPr>
      <w:r>
        <w:rPr>
          <w:rFonts w:ascii="Arial" w:hAnsi="Arial" w:cs="Arial" w:eastAsia="Arial"/>
          <w:b/>
          <w:i w:val="0"/>
          <w:color w:val="231A2E"/>
          <w:sz w:val="22"/>
        </w:rPr>
        <w:t>3. Now thinking about your mental health, which includes stress, depression, and problems with emotions, for how many days during the past 30 days was your mental health not good?  (CHD.02)</w:t>
      </w:r>
    </w:p>
    <w:p>
      <w:pPr>
        <w:spacing w:after="100"/>
      </w:pPr>
      <w:r>
        <w:rPr>
          <w:rFonts w:ascii="Arial" w:hAnsi="Arial" w:cs="Arial" w:eastAsia="Arial"/>
          <w:b w:val="0"/>
          <w:i w:val="0"/>
          <w:color w:val="231A2E"/>
          <w:sz w:val="20"/>
        </w:rPr>
        <w:t>Number of days (1 to 30): ________     ○ None</w:t>
      </w:r>
    </w:p>
    <w:p>
      <w:pPr>
        <w:keepNext/>
        <w:spacing w:before="160" w:after="40"/>
      </w:pPr>
      <w:r>
        <w:rPr>
          <w:rFonts w:ascii="Arial" w:hAnsi="Arial" w:cs="Arial" w:eastAsia="Arial"/>
          <w:b/>
          <w:i w:val="0"/>
          <w:color w:val="231A2E"/>
          <w:sz w:val="22"/>
        </w:rPr>
        <w:t>4. During the past 30 days, for about how many days did poor physical or mental health keep you from doing your usual activities, such as self-care, work, or recreation?  (CHD.03)</w:t>
      </w:r>
    </w:p>
    <w:p>
      <w:pPr>
        <w:spacing w:after="100"/>
      </w:pPr>
      <w:r>
        <w:rPr>
          <w:rFonts w:ascii="Arial" w:hAnsi="Arial" w:cs="Arial" w:eastAsia="Arial"/>
          <w:b w:val="0"/>
          <w:i w:val="0"/>
          <w:color w:val="231A2E"/>
          <w:sz w:val="20"/>
        </w:rPr>
        <w:t>Number of days (1 to 30): ________     ○ None</w:t>
      </w:r>
    </w:p>
    <w:p>
      <w:pPr>
        <w:keepNext/>
        <w:spacing w:before="160" w:after="40"/>
      </w:pPr>
      <w:r>
        <w:rPr>
          <w:rFonts w:ascii="Arial" w:hAnsi="Arial" w:cs="Arial" w:eastAsia="Arial"/>
          <w:b/>
          <w:i w:val="0"/>
          <w:color w:val="231A2E"/>
          <w:sz w:val="22"/>
        </w:rPr>
        <w:t>5. During the past month, other than your regular job, did you participate in any physical activities or exercises such as running, calisthenics, golf, gardening, or walking for exercise?  (CEX.01)</w:t>
      </w:r>
    </w:p>
    <w:p>
      <w:pPr>
        <w:spacing w:after="100"/>
      </w:pPr>
      <w:r>
        <w:rPr>
          <w:rFonts w:ascii="Arial" w:hAnsi="Arial" w:cs="Arial" w:eastAsia="Arial"/>
          <w:b w:val="0"/>
          <w:i w:val="0"/>
          <w:color w:val="231A2E"/>
          <w:sz w:val="20"/>
        </w:rPr>
        <w:t>○ Yes     ○ No</w:t>
      </w:r>
    </w:p>
    <w:p>
      <w:pPr>
        <w:spacing w:after="100"/>
      </w:pPr>
      <w:r>
        <w:rPr>
          <w:rFonts w:ascii="Arial" w:hAnsi="Arial" w:cs="Arial" w:eastAsia="Arial"/>
          <w:b w:val="0"/>
          <w:i w:val="0"/>
          <w:color w:val="231A2E"/>
          <w:sz w:val="20"/>
        </w:rPr>
        <w:t>Thank you for your answers.</w:t>
      </w:r>
    </w:p>
    <w:p>
      <w:pPr>
        <w:spacing w:after="100"/>
      </w:pPr>
      <w:r>
        <w:rPr>
          <w:rFonts w:ascii="Arial" w:hAnsi="Arial" w:cs="Arial" w:eastAsia="Arial"/>
          <w:b w:val="0"/>
          <w:i/>
          <w:color w:val="5E5468"/>
          <w:sz w:val="17"/>
        </w:rPr>
        <w:t>Question wording from the US Centers for Disease Control and Prevention (CDC), 2024 BRFSS Questionnaire, items CHS.01, CHD.01, CHD.02, CHD.03 and CEX.01. We left out the interviewer notes and the "Don't know" and "Refused" codes (a written form can let people skip instead) and the trailing dash after CHS.01. Source: https://www.cdc.gov/brfss/questionnaires/pdf-ques/2024-BRFSS-Questionnaire-508.pdf (accessed 28 October 2026). This is a general questionnaire, not medical advice or a health assessment.</w:t>
      </w:r>
    </w:p>
    <w:p>
      <w:r>
        <w:br w:type="page"/>
      </w:r>
    </w:p>
    <w:p>
      <w:pPr>
        <w:keepNext/>
        <w:spacing w:before="240" w:after="80"/>
      </w:pPr>
      <w:r>
        <w:rPr>
          <w:rFonts w:ascii="Arial" w:hAnsi="Arial" w:cs="Arial" w:eastAsia="Arial"/>
          <w:b/>
          <w:i w:val="0"/>
          <w:color w:val="231A2E"/>
          <w:sz w:val="28"/>
        </w:rPr>
        <w:t>Turn any example into an online form</w:t>
      </w:r>
    </w:p>
    <w:p>
      <w:pPr>
        <w:spacing w:after="100"/>
      </w:pPr>
      <w:r>
        <w:rPr>
          <w:rFonts w:ascii="Arial" w:hAnsi="Arial" w:cs="Arial" w:eastAsia="Arial"/>
          <w:b w:val="0"/>
          <w:i w:val="0"/>
          <w:color w:val="231A2E"/>
          <w:sz w:val="20"/>
        </w:rPr>
        <w:t>Each printed answer style has a matching online question type:</w:t>
      </w:r>
    </w:p>
    <w:tbl>
      <w:tblPr>
        <w:tblW w:type="auto" w:w="0"/>
        <w:tblLayout w:type="fixed"/>
        <w:tblLook w:firstColumn="1" w:firstRow="1" w:lastColumn="0" w:lastRow="0" w:noHBand="0" w:noVBand="1" w:val="04A0"/>
        <w:tblBorders>
          <w:top w:val="single" w:sz="4" w:color="C9C1D3"/>
          <w:left w:val="single" w:sz="4" w:color="C9C1D3"/>
          <w:bottom w:val="single" w:sz="4" w:color="C9C1D3"/>
          <w:right w:val="single" w:sz="4" w:color="C9C1D3"/>
          <w:insideH w:val="single" w:sz="4" w:color="C9C1D3"/>
          <w:insideV w:val="single" w:sz="4" w:color="C9C1D3"/>
        </w:tblBorders>
      </w:tblPr>
      <w:tblGrid>
        <w:gridCol w:w="4968"/>
        <w:gridCol w:w="4968"/>
      </w:tblGrid>
      <w:tr>
        <w:tc>
          <w:tcPr>
            <w:tcW w:type="dxa" w:w="3974"/>
            <w:shd w:val="clear" w:color="auto" w:fill="231A2E"/>
          </w:tcPr>
          <w:p>
            <w:r/>
            <w:r>
              <w:rPr>
                <w:rFonts w:ascii="Arial" w:hAnsi="Arial" w:cs="Arial" w:eastAsia="Arial"/>
                <w:b/>
                <w:i w:val="0"/>
                <w:color w:val="FBF5E9"/>
                <w:sz w:val="18"/>
              </w:rPr>
              <w:t>On paper</w:t>
            </w:r>
          </w:p>
        </w:tc>
        <w:tc>
          <w:tcPr>
            <w:tcW w:type="dxa" w:w="5962"/>
            <w:shd w:val="clear" w:color="auto" w:fill="231A2E"/>
          </w:tcPr>
          <w:p>
            <w:r/>
            <w:r>
              <w:rPr>
                <w:rFonts w:ascii="Arial" w:hAnsi="Arial" w:cs="Arial" w:eastAsia="Arial"/>
                <w:b/>
                <w:i w:val="0"/>
                <w:color w:val="FBF5E9"/>
                <w:sz w:val="18"/>
              </w:rPr>
              <w:t>Online question type</w:t>
            </w:r>
          </w:p>
        </w:tc>
      </w:tr>
      <w:tr>
        <w:trPr>
          <w:trHeight w:val="480"/>
        </w:trPr>
        <w:tc>
          <w:tcPr>
            <w:tcW w:type="dxa" w:w="3974"/>
          </w:tcPr>
          <w:p>
            <w:r/>
            <w:r>
              <w:rPr>
                <w:rFonts w:ascii="Arial" w:hAnsi="Arial" w:cs="Arial" w:eastAsia="Arial"/>
                <w:b w:val="0"/>
                <w:i w:val="0"/>
                <w:color w:val="231A2E"/>
                <w:sz w:val="18"/>
              </w:rPr>
              <w:t>Pick one (circles)</w:t>
            </w:r>
          </w:p>
        </w:tc>
        <w:tc>
          <w:tcPr>
            <w:tcW w:type="dxa" w:w="5962"/>
          </w:tcPr>
          <w:p>
            <w:r/>
            <w:r>
              <w:rPr>
                <w:rFonts w:ascii="Arial" w:hAnsi="Arial" w:cs="Arial" w:eastAsia="Arial"/>
                <w:b w:val="0"/>
                <w:i w:val="0"/>
                <w:color w:val="231A2E"/>
                <w:sz w:val="18"/>
              </w:rPr>
              <w:t>Multiple choice, or a dropdown for long lists</w:t>
            </w:r>
          </w:p>
        </w:tc>
      </w:tr>
      <w:tr>
        <w:trPr>
          <w:trHeight w:val="480"/>
        </w:trPr>
        <w:tc>
          <w:tcPr>
            <w:tcW w:type="dxa" w:w="3974"/>
          </w:tcPr>
          <w:p>
            <w:r/>
            <w:r>
              <w:rPr>
                <w:rFonts w:ascii="Arial" w:hAnsi="Arial" w:cs="Arial" w:eastAsia="Arial"/>
                <w:b w:val="0"/>
                <w:i w:val="0"/>
                <w:color w:val="231A2E"/>
                <w:sz w:val="18"/>
              </w:rPr>
              <w:t>Tick all that apply (squares)</w:t>
            </w:r>
          </w:p>
        </w:tc>
        <w:tc>
          <w:tcPr>
            <w:tcW w:type="dxa" w:w="5962"/>
          </w:tcPr>
          <w:p>
            <w:r/>
            <w:r>
              <w:rPr>
                <w:rFonts w:ascii="Arial" w:hAnsi="Arial" w:cs="Arial" w:eastAsia="Arial"/>
                <w:b w:val="0"/>
                <w:i w:val="0"/>
                <w:color w:val="231A2E"/>
                <w:sz w:val="18"/>
              </w:rPr>
              <w:t>Checkboxes</w:t>
            </w:r>
          </w:p>
        </w:tc>
      </w:tr>
      <w:tr>
        <w:trPr>
          <w:trHeight w:val="480"/>
        </w:trPr>
        <w:tc>
          <w:tcPr>
            <w:tcW w:type="dxa" w:w="3974"/>
          </w:tcPr>
          <w:p>
            <w:r/>
            <w:r>
              <w:rPr>
                <w:rFonts w:ascii="Arial" w:hAnsi="Arial" w:cs="Arial" w:eastAsia="Arial"/>
                <w:b w:val="0"/>
                <w:i w:val="0"/>
                <w:color w:val="231A2E"/>
                <w:sz w:val="18"/>
              </w:rPr>
              <w:t>1 to 5 scale with end labels</w:t>
            </w:r>
          </w:p>
        </w:tc>
        <w:tc>
          <w:tcPr>
            <w:tcW w:type="dxa" w:w="5962"/>
          </w:tcPr>
          <w:p>
            <w:r/>
            <w:r>
              <w:rPr>
                <w:rFonts w:ascii="Arial" w:hAnsi="Arial" w:cs="Arial" w:eastAsia="Arial"/>
                <w:b w:val="0"/>
                <w:i w:val="0"/>
                <w:color w:val="231A2E"/>
                <w:sz w:val="18"/>
              </w:rPr>
              <w:t>Rating, or a linear scale with labelled ends</w:t>
            </w:r>
          </w:p>
        </w:tc>
      </w:tr>
      <w:tr>
        <w:trPr>
          <w:trHeight w:val="480"/>
        </w:trPr>
        <w:tc>
          <w:tcPr>
            <w:tcW w:type="dxa" w:w="3974"/>
          </w:tcPr>
          <w:p>
            <w:r/>
            <w:r>
              <w:rPr>
                <w:rFonts w:ascii="Arial" w:hAnsi="Arial" w:cs="Arial" w:eastAsia="Arial"/>
                <w:b w:val="0"/>
                <w:i w:val="0"/>
                <w:color w:val="231A2E"/>
                <w:sz w:val="18"/>
              </w:rPr>
              <w:t>0 to 10 "how likely to recommend"</w:t>
            </w:r>
          </w:p>
        </w:tc>
        <w:tc>
          <w:tcPr>
            <w:tcW w:type="dxa" w:w="5962"/>
          </w:tcPr>
          <w:p>
            <w:r/>
            <w:r>
              <w:rPr>
                <w:rFonts w:ascii="Arial" w:hAnsi="Arial" w:cs="Arial" w:eastAsia="Arial"/>
                <w:b w:val="0"/>
                <w:i w:val="0"/>
                <w:color w:val="231A2E"/>
                <w:sz w:val="18"/>
              </w:rPr>
              <w:t>The NPS preset (scored for you)</w:t>
            </w:r>
          </w:p>
        </w:tc>
      </w:tr>
      <w:tr>
        <w:trPr>
          <w:trHeight w:val="480"/>
        </w:trPr>
        <w:tc>
          <w:tcPr>
            <w:tcW w:type="dxa" w:w="3974"/>
          </w:tcPr>
          <w:p>
            <w:r/>
            <w:r>
              <w:rPr>
                <w:rFonts w:ascii="Arial" w:hAnsi="Arial" w:cs="Arial" w:eastAsia="Arial"/>
                <w:b w:val="0"/>
                <w:i w:val="0"/>
                <w:color w:val="231A2E"/>
                <w:sz w:val="18"/>
              </w:rPr>
              <w:t>Written answer (lines)</w:t>
            </w:r>
          </w:p>
        </w:tc>
        <w:tc>
          <w:tcPr>
            <w:tcW w:type="dxa" w:w="5962"/>
          </w:tcPr>
          <w:p>
            <w:r/>
            <w:r>
              <w:rPr>
                <w:rFonts w:ascii="Arial" w:hAnsi="Arial" w:cs="Arial" w:eastAsia="Arial"/>
                <w:b w:val="0"/>
                <w:i w:val="0"/>
                <w:color w:val="231A2E"/>
                <w:sz w:val="18"/>
              </w:rPr>
              <w:t>Long text</w:t>
            </w:r>
          </w:p>
        </w:tc>
      </w:tr>
      <w:tr>
        <w:trPr>
          <w:trHeight w:val="480"/>
        </w:trPr>
        <w:tc>
          <w:tcPr>
            <w:tcW w:type="dxa" w:w="3974"/>
          </w:tcPr>
          <w:p>
            <w:r/>
            <w:r>
              <w:rPr>
                <w:rFonts w:ascii="Arial" w:hAnsi="Arial" w:cs="Arial" w:eastAsia="Arial"/>
                <w:b w:val="0"/>
                <w:i w:val="0"/>
                <w:color w:val="231A2E"/>
                <w:sz w:val="18"/>
              </w:rPr>
              <w:t>One line (email, phone)</w:t>
            </w:r>
          </w:p>
        </w:tc>
        <w:tc>
          <w:tcPr>
            <w:tcW w:type="dxa" w:w="5962"/>
          </w:tcPr>
          <w:p>
            <w:r/>
            <w:r>
              <w:rPr>
                <w:rFonts w:ascii="Arial" w:hAnsi="Arial" w:cs="Arial" w:eastAsia="Arial"/>
                <w:b w:val="0"/>
                <w:i w:val="0"/>
                <w:color w:val="231A2E"/>
                <w:sz w:val="18"/>
              </w:rPr>
              <w:t>Email, phone or short text</w:t>
            </w:r>
          </w:p>
        </w:tc>
      </w:tr>
      <w:tr>
        <w:trPr>
          <w:trHeight w:val="480"/>
        </w:trPr>
        <w:tc>
          <w:tcPr>
            <w:tcW w:type="dxa" w:w="3974"/>
          </w:tcPr>
          <w:p>
            <w:r/>
            <w:r>
              <w:rPr>
                <w:rFonts w:ascii="Arial" w:hAnsi="Arial" w:cs="Arial" w:eastAsia="Arial"/>
                <w:b w:val="0"/>
                <w:i w:val="0"/>
                <w:color w:val="231A2E"/>
                <w:sz w:val="18"/>
              </w:rPr>
              <w:t>Number of days</w:t>
            </w:r>
          </w:p>
        </w:tc>
        <w:tc>
          <w:tcPr>
            <w:tcW w:type="dxa" w:w="5962"/>
          </w:tcPr>
          <w:p>
            <w:r/>
            <w:r>
              <w:rPr>
                <w:rFonts w:ascii="Arial" w:hAnsi="Arial" w:cs="Arial" w:eastAsia="Arial"/>
                <w:b w:val="0"/>
                <w:i w:val="0"/>
                <w:color w:val="231A2E"/>
                <w:sz w:val="18"/>
              </w:rPr>
              <w:t>Number (whole numbers, 0 to 30)</w:t>
            </w:r>
          </w:p>
        </w:tc>
      </w:tr>
    </w:tbl>
    <w:p>
      <w:pPr>
        <w:spacing w:after="40"/>
      </w:pPr>
    </w:p>
    <w:p>
      <w:pPr>
        <w:spacing w:after="100"/>
      </w:pPr>
      <w:r>
        <w:rPr>
          <w:rFonts w:ascii="Arial" w:hAnsi="Arial" w:cs="Arial" w:eastAsia="Arial"/>
          <w:b w:val="0"/>
          <w:i w:val="0"/>
          <w:color w:val="231A2E"/>
          <w:sz w:val="20"/>
        </w:rPr>
        <w:t>The customer satisfaction example also comes as a CSV file (questionnaire-examples-customer-satisfaction-import.csv). Import it in HornetForms and each column becomes a question with the right type. Details: https://hornetforms.com/blog/questionnaire-examples</w:t>
      </w:r>
    </w:p>
    <w:p>
      <w:pPr>
        <w:spacing w:after="100"/>
      </w:pPr>
      <w:r>
        <w:rPr>
          <w:rFonts w:ascii="Arial" w:hAnsi="Arial" w:cs="Arial" w:eastAsia="Arial"/>
          <w:b w:val="0"/>
          <w:i/>
          <w:color w:val="5E5468"/>
          <w:sz w:val="17"/>
        </w:rPr>
        <w:t>Example 10 uses question wording from CDC, 2024 BRFSS Questionnaire. HornetForms wrote everything else in this pack. Copy, change and share it freely.</w:t>
      </w:r>
    </w:p>
    <w:sectPr w:rsidR="00FC693F" w:rsidRPr="0006063C" w:rsidSect="00034616">
      <w:footerReference w:type="default" r:id="rId9"/>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rial" w:hAnsi="Arial" w:cs="Arial" w:eastAsia="Arial"/>
        <w:b w:val="0"/>
        <w:i/>
        <w:color w:val="5E5468"/>
        <w:sz w:val="16"/>
      </w:rPr>
      <w:t>Made by HornetForms, https://hornetforms.com/blog/questionnaire-examples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Questionnaire examples pack</dc:title>
  <dc:subject/>
  <dc:creator>HornetForms</dc:creator>
  <cp:keywords/>
  <dc:description>generated by python-docx</dc:description>
  <cp:lastModifiedBy/>
  <cp:revision>1</cp:revision>
  <dcterms:created xsi:type="dcterms:W3CDTF">2013-12-23T23:15:00Z</dcterms:created>
  <dcterms:modified xsi:type="dcterms:W3CDTF">2013-12-23T23:15:00Z</dcterms:modified>
  <cp:category/>
</cp:coreProperties>
</file>