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rPr>
          <w:trHeight w:val="6840" w:hRule="exact"/>
        </w:trPr>
        <w:tc>
          <w:tcPr>
            <w:tcW w:type="dxa" w:w="10800"/>
          </w:tcPr>
          <w:p>
            <w:r/>
            <w:r>
              <w:rPr>
                <w:rFonts w:ascii="Arial" w:hAnsi="Arial"/>
                <w:b/>
                <w:sz w:val="26"/>
              </w:rPr>
              <w:t>Public comment card      [ Comment online: place your QR code here ]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/>
                <w:sz w:val="17"/>
              </w:rPr>
              <w:t>Please use one card for each agenda item and hand it to the clerk before the item begins.</w:t>
            </w:r>
          </w:p>
          <w:p>
            <w:pPr>
              <w:spacing w:after="120" w:before="0"/>
            </w:pPr>
            <w:r>
              <w:rPr>
                <w:rFonts w:ascii="Arial" w:hAnsi="Arial"/>
                <w:b/>
                <w:i w:val="0"/>
                <w:sz w:val="17"/>
              </w:rPr>
              <w:t>Comments are public records and may be posted or read aloud.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Meeting date: ____________________________________________________________</w:t>
            </w:r>
          </w:p>
          <w:p>
            <w:pPr>
              <w:spacing w:after="20" w:before="0"/>
            </w:pPr>
            <w:r>
              <w:rPr>
                <w:rFonts w:ascii="Arial" w:hAnsi="Arial"/>
                <w:b/>
                <w:i w:val="0"/>
                <w:sz w:val="18"/>
              </w:rPr>
              <w:t>Is your comment about an agenda item?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☐ Yes     ☐ No, it's a general comment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Agenda item number or title: ____________________________________________________________</w:t>
            </w:r>
          </w:p>
          <w:p>
            <w:pPr>
              <w:spacing w:after="20" w:before="0"/>
            </w:pPr>
            <w:r>
              <w:rPr>
                <w:rFonts w:ascii="Arial" w:hAnsi="Arial"/>
                <w:b/>
                <w:i w:val="0"/>
                <w:sz w:val="18"/>
              </w:rPr>
              <w:t>Your position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☐ I support it     ☐ I oppose it     ☐ Neither, I have a comment or question</w:t>
            </w:r>
          </w:p>
          <w:p>
            <w:pPr>
              <w:spacing w:after="60" w:before="0"/>
            </w:pPr>
            <w:r>
              <w:rPr>
                <w:rFonts w:ascii="Arial" w:hAnsi="Arial"/>
                <w:b/>
                <w:i w:val="0"/>
                <w:sz w:val="18"/>
              </w:rPr>
              <w:t>Your comment</w:t>
            </w:r>
          </w:p>
          <w:p>
            <w:pPr>
              <w:spacing w:after="4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____________________________________________________________________________________________</w:t>
            </w:r>
          </w:p>
          <w:p>
            <w:pPr>
              <w:spacing w:after="4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____________________________________________________________________________________________</w:t>
            </w:r>
          </w:p>
          <w:p>
            <w:pPr>
              <w:spacing w:after="4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____________________________________________________________________________________________</w:t>
            </w:r>
          </w:p>
          <w:p>
            <w:pPr>
              <w:spacing w:after="4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____________________________________________________________________________________________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Full name: __________________________   City or neighborhood: ________________________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Email (optional): ____________________________________________________________</w:t>
            </w:r>
          </w:p>
          <w:p>
            <w:pPr>
              <w:spacing w:after="20" w:before="0"/>
            </w:pPr>
            <w:r>
              <w:rPr>
                <w:rFonts w:ascii="Arial" w:hAnsi="Arial"/>
                <w:b/>
                <w:i w:val="0"/>
                <w:sz w:val="18"/>
              </w:rPr>
              <w:t>Would you also like to speak at the meeting?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☐ No, please enter my written comment     ☐ Yes, in person     ☐ Yes, online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Phone number for joining online: ____________________________________________________________</w:t>
            </w:r>
          </w:p>
        </w:tc>
      </w:tr>
    </w:tbl>
    <w:p>
      <w:pPr>
        <w:spacing w:after="1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rPr>
          <w:trHeight w:val="6840" w:hRule="exact"/>
        </w:trPr>
        <w:tc>
          <w:tcPr>
            <w:tcW w:type="dxa" w:w="10800"/>
          </w:tcPr>
          <w:p>
            <w:r/>
            <w:r>
              <w:rPr>
                <w:rFonts w:ascii="Arial" w:hAnsi="Arial"/>
                <w:b/>
                <w:sz w:val="26"/>
              </w:rPr>
              <w:t>Public comment card      [ Comment online: place your QR code here ]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/>
                <w:sz w:val="17"/>
              </w:rPr>
              <w:t>Please use one card for each agenda item and hand it to the clerk before the item begins.</w:t>
            </w:r>
          </w:p>
          <w:p>
            <w:pPr>
              <w:spacing w:after="120" w:before="0"/>
            </w:pPr>
            <w:r>
              <w:rPr>
                <w:rFonts w:ascii="Arial" w:hAnsi="Arial"/>
                <w:b/>
                <w:i w:val="0"/>
                <w:sz w:val="17"/>
              </w:rPr>
              <w:t>Comments are public records and may be posted or read aloud.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Meeting date: ____________________________________________________________</w:t>
            </w:r>
          </w:p>
          <w:p>
            <w:pPr>
              <w:spacing w:after="20" w:before="0"/>
            </w:pPr>
            <w:r>
              <w:rPr>
                <w:rFonts w:ascii="Arial" w:hAnsi="Arial"/>
                <w:b/>
                <w:i w:val="0"/>
                <w:sz w:val="18"/>
              </w:rPr>
              <w:t>Is your comment about an agenda item?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☐ Yes     ☐ No, it's a general comment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Agenda item number or title: ____________________________________________________________</w:t>
            </w:r>
          </w:p>
          <w:p>
            <w:pPr>
              <w:spacing w:after="20" w:before="0"/>
            </w:pPr>
            <w:r>
              <w:rPr>
                <w:rFonts w:ascii="Arial" w:hAnsi="Arial"/>
                <w:b/>
                <w:i w:val="0"/>
                <w:sz w:val="18"/>
              </w:rPr>
              <w:t>Your position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☐ I support it     ☐ I oppose it     ☐ Neither, I have a comment or question</w:t>
            </w:r>
          </w:p>
          <w:p>
            <w:pPr>
              <w:spacing w:after="60" w:before="0"/>
            </w:pPr>
            <w:r>
              <w:rPr>
                <w:rFonts w:ascii="Arial" w:hAnsi="Arial"/>
                <w:b/>
                <w:i w:val="0"/>
                <w:sz w:val="18"/>
              </w:rPr>
              <w:t>Your comment</w:t>
            </w:r>
          </w:p>
          <w:p>
            <w:pPr>
              <w:spacing w:after="4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____________________________________________________________________________________________</w:t>
            </w:r>
          </w:p>
          <w:p>
            <w:pPr>
              <w:spacing w:after="4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____________________________________________________________________________________________</w:t>
            </w:r>
          </w:p>
          <w:p>
            <w:pPr>
              <w:spacing w:after="4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____________________________________________________________________________________________</w:t>
            </w:r>
          </w:p>
          <w:p>
            <w:pPr>
              <w:spacing w:after="4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____________________________________________________________________________________________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Full name: __________________________   City or neighborhood: ________________________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Email (optional): ____________________________________________________________</w:t>
            </w:r>
          </w:p>
          <w:p>
            <w:pPr>
              <w:spacing w:after="20" w:before="0"/>
            </w:pPr>
            <w:r>
              <w:rPr>
                <w:rFonts w:ascii="Arial" w:hAnsi="Arial"/>
                <w:b/>
                <w:i w:val="0"/>
                <w:sz w:val="18"/>
              </w:rPr>
              <w:t>Would you also like to speak at the meeting?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☐ No, please enter my written comment     ☐ Yes, in person     ☐ Yes, online</w:t>
            </w:r>
          </w:p>
          <w:p>
            <w:pPr>
              <w:spacing w:after="6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Phone number for joining online: ____________________________________________________________</w:t>
            </w:r>
          </w:p>
        </w:tc>
      </w:tr>
    </w:tbl>
    <w:p>
      <w:r>
        <w:rPr>
          <w:rFonts w:ascii="Arial" w:hAnsi="Arial"/>
          <w:sz w:val="14"/>
        </w:rPr>
        <w:t>Made by HornetForms, https://hornetforms.com/blog/public-comment-form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31A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