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cs="Arial" w:eastAsia="Arial"/>
          <w:b/>
          <w:i w:val="0"/>
          <w:color w:val="231A2E"/>
          <w:sz w:val="44"/>
        </w:rPr>
        <w:t>Pre-order form</w:t>
      </w:r>
    </w:p>
    <w:p>
      <w:pPr>
        <w:spacing w:after="200"/>
      </w:pPr>
      <w:r>
        <w:rPr>
          <w:rFonts w:ascii="Arial" w:hAnsi="Arial" w:cs="Arial" w:eastAsia="Arial"/>
          <w:b w:val="0"/>
          <w:i w:val="0"/>
          <w:color w:val="5E5468"/>
          <w:sz w:val="22"/>
        </w:rPr>
        <w:t>Batch or product: ______________________     Order by: ______________</w:t>
      </w:r>
    </w:p>
    <w:p>
      <w:pPr>
        <w:spacing w:after="100"/>
      </w:pPr>
      <w:r>
        <w:rPr>
          <w:rFonts w:ascii="Arial" w:hAnsi="Arial" w:cs="Arial" w:eastAsia="Arial"/>
          <w:b w:val="0"/>
          <w:i w:val="0"/>
          <w:color w:val="231A2E"/>
          <w:sz w:val="20"/>
        </w:rPr>
        <w:t>Reserve yours from our next batch. Fill in this form and hand it back with your payment, or order online at the link below. We make only what people pre-order, so your form is your place in the batch.</w:t>
      </w:r>
    </w:p>
    <w:p>
      <w:pPr>
        <w:spacing w:after="100"/>
      </w:pPr>
      <w:r>
        <w:rPr>
          <w:rFonts w:ascii="Arial" w:hAnsi="Arial" w:cs="Arial" w:eastAsia="Arial"/>
          <w:b w:val="0"/>
          <w:i w:val="0"/>
          <w:color w:val="231A2E"/>
          <w:sz w:val="20"/>
        </w:rPr>
        <w:t>Order online: __________________________________________</w:t>
      </w:r>
    </w:p>
    <w:p>
      <w:pPr>
        <w:keepNext/>
        <w:spacing w:before="240" w:after="80"/>
      </w:pPr>
      <w:r>
        <w:rPr>
          <w:rFonts w:ascii="Arial" w:hAnsi="Arial" w:cs="Arial" w:eastAsia="Arial"/>
          <w:b/>
          <w:i w:val="0"/>
          <w:color w:val="231A2E"/>
          <w:sz w:val="28"/>
        </w:rPr>
        <w:t>About you</w:t>
      </w:r>
    </w:p>
    <w:p>
      <w:pPr>
        <w:keepNext/>
        <w:spacing w:after="20"/>
      </w:pPr>
      <w:r>
        <w:rPr>
          <w:rFonts w:ascii="Arial" w:hAnsi="Arial" w:cs="Arial" w:eastAsia="Arial"/>
          <w:b/>
          <w:i w:val="0"/>
          <w:color w:val="231A2E"/>
          <w:sz w:val="20"/>
        </w:rPr>
        <w:t>Name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Email</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Phone (optional, in case we need to check a detail)</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before="240" w:after="80"/>
      </w:pPr>
      <w:r>
        <w:rPr>
          <w:rFonts w:ascii="Arial" w:hAnsi="Arial" w:cs="Arial" w:eastAsia="Arial"/>
          <w:b/>
          <w:i w:val="0"/>
          <w:color w:val="231A2E"/>
          <w:sz w:val="28"/>
        </w:rPr>
        <w:t>Your pre-order</w:t>
      </w:r>
    </w:p>
    <w:p>
      <w:pPr>
        <w:spacing w:after="100"/>
      </w:pPr>
      <w:r>
        <w:rPr>
          <w:rFonts w:ascii="Arial" w:hAnsi="Arial" w:cs="Arial" w:eastAsia="Arial"/>
          <w:b w:val="0"/>
          <w:i w:val="0"/>
          <w:color w:val="231A2E"/>
          <w:sz w:val="20"/>
        </w:rPr>
        <w:t>Write how many you want next to each item. The first rows are examples: change them to your own products and prices in the Word version before you print.</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1987"/>
        <w:gridCol w:w="1987"/>
        <w:gridCol w:w="1987"/>
        <w:gridCol w:w="1987"/>
        <w:gridCol w:w="1987"/>
      </w:tblGrid>
      <w:tr>
        <w:tc>
          <w:tcPr>
            <w:tcW w:type="dxa" w:w="3105"/>
            <w:shd w:val="clear" w:color="auto" w:fill="231A2E"/>
          </w:tcPr>
          <w:p>
            <w:r/>
            <w:r>
              <w:rPr>
                <w:rFonts w:ascii="Arial" w:hAnsi="Arial" w:cs="Arial" w:eastAsia="Arial"/>
                <w:b/>
                <w:i w:val="0"/>
                <w:color w:val="FBF5E9"/>
                <w:sz w:val="18"/>
              </w:rPr>
              <w:t>Product</w:t>
            </w:r>
          </w:p>
        </w:tc>
        <w:tc>
          <w:tcPr>
            <w:tcW w:type="dxa" w:w="3105"/>
            <w:shd w:val="clear" w:color="auto" w:fill="231A2E"/>
          </w:tcPr>
          <w:p>
            <w:r/>
            <w:r>
              <w:rPr>
                <w:rFonts w:ascii="Arial" w:hAnsi="Arial" w:cs="Arial" w:eastAsia="Arial"/>
                <w:b/>
                <w:i w:val="0"/>
                <w:color w:val="FBF5E9"/>
                <w:sz w:val="18"/>
              </w:rPr>
              <w:t>Option (flavor, size, color)</w:t>
            </w:r>
          </w:p>
        </w:tc>
        <w:tc>
          <w:tcPr>
            <w:tcW w:type="dxa" w:w="1242"/>
            <w:shd w:val="clear" w:color="auto" w:fill="231A2E"/>
          </w:tcPr>
          <w:p>
            <w:r/>
            <w:r>
              <w:rPr>
                <w:rFonts w:ascii="Arial" w:hAnsi="Arial" w:cs="Arial" w:eastAsia="Arial"/>
                <w:b/>
                <w:i w:val="0"/>
                <w:color w:val="FBF5E9"/>
                <w:sz w:val="18"/>
              </w:rPr>
              <w:t>Price each</w:t>
            </w:r>
          </w:p>
        </w:tc>
        <w:tc>
          <w:tcPr>
            <w:tcW w:type="dxa" w:w="1242"/>
            <w:shd w:val="clear" w:color="auto" w:fill="231A2E"/>
          </w:tcPr>
          <w:p>
            <w:r/>
            <w:r>
              <w:rPr>
                <w:rFonts w:ascii="Arial" w:hAnsi="Arial" w:cs="Arial" w:eastAsia="Arial"/>
                <w:b/>
                <w:i w:val="0"/>
                <w:color w:val="FBF5E9"/>
                <w:sz w:val="18"/>
              </w:rPr>
              <w:t>How many</w:t>
            </w:r>
          </w:p>
        </w:tc>
        <w:tc>
          <w:tcPr>
            <w:tcW w:type="dxa" w:w="1242"/>
            <w:shd w:val="clear" w:color="auto" w:fill="231A2E"/>
          </w:tcPr>
          <w:p>
            <w:r/>
            <w:r>
              <w:rPr>
                <w:rFonts w:ascii="Arial" w:hAnsi="Arial" w:cs="Arial" w:eastAsia="Arial"/>
                <w:b/>
                <w:i w:val="0"/>
                <w:color w:val="FBF5E9"/>
                <w:sz w:val="18"/>
              </w:rPr>
              <w:t>Line total</w:t>
            </w:r>
          </w:p>
        </w:tc>
      </w:tr>
      <w:tr>
        <w:trPr>
          <w:trHeight w:val="480"/>
        </w:trPr>
        <w:tc>
          <w:tcPr>
            <w:tcW w:type="dxa" w:w="3105"/>
          </w:tcPr>
          <w:p>
            <w:r/>
            <w:r>
              <w:rPr>
                <w:rFonts w:ascii="Arial" w:hAnsi="Arial" w:cs="Arial" w:eastAsia="Arial"/>
                <w:b w:val="0"/>
                <w:i/>
                <w:color w:val="5E5468"/>
                <w:sz w:val="18"/>
              </w:rPr>
              <w:t>Sourdough loaf</w:t>
            </w:r>
          </w:p>
        </w:tc>
        <w:tc>
          <w:tcPr>
            <w:tcW w:type="dxa" w:w="3105"/>
          </w:tcPr>
          <w:p>
            <w:r/>
            <w:r>
              <w:rPr>
                <w:rFonts w:ascii="Arial" w:hAnsi="Arial" w:cs="Arial" w:eastAsia="Arial"/>
                <w:b w:val="0"/>
                <w:i/>
                <w:color w:val="5E5468"/>
                <w:sz w:val="18"/>
              </w:rPr>
              <w:t>[    ] Plain     [    ] Seeded</w:t>
            </w:r>
          </w:p>
        </w:tc>
        <w:tc>
          <w:tcPr>
            <w:tcW w:type="dxa" w:w="1242"/>
          </w:tcPr>
          <w:p>
            <w:r/>
            <w:r>
              <w:rPr>
                <w:rFonts w:ascii="Arial" w:hAnsi="Arial" w:cs="Arial" w:eastAsia="Arial"/>
                <w:b w:val="0"/>
                <w:i/>
                <w:color w:val="5E5468"/>
                <w:sz w:val="18"/>
              </w:rPr>
              <w:t>$8</w:t>
            </w:r>
          </w:p>
        </w:tc>
        <w:tc>
          <w:tcPr>
            <w:tcW w:type="dxa" w:w="1242"/>
          </w:tcPr>
          <w:p>
            <w:r/>
            <w:r>
              <w:rPr>
                <w:rFonts w:ascii="Arial" w:hAnsi="Arial" w:cs="Arial" w:eastAsia="Arial"/>
                <w:b w:val="0"/>
                <w:i/>
                <w:color w:val="5E5468"/>
                <w:sz w:val="18"/>
              </w:rPr>
            </w:r>
          </w:p>
        </w:tc>
        <w:tc>
          <w:tcPr>
            <w:tcW w:type="dxa" w:w="1242"/>
          </w:tcPr>
          <w:p>
            <w:r/>
            <w:r>
              <w:rPr>
                <w:rFonts w:ascii="Arial" w:hAnsi="Arial" w:cs="Arial" w:eastAsia="Arial"/>
                <w:b w:val="0"/>
                <w:i/>
                <w:color w:val="5E5468"/>
                <w:sz w:val="18"/>
              </w:rPr>
            </w:r>
          </w:p>
        </w:tc>
      </w:tr>
      <w:tr>
        <w:trPr>
          <w:trHeight w:val="480"/>
        </w:trPr>
        <w:tc>
          <w:tcPr>
            <w:tcW w:type="dxa" w:w="3105"/>
          </w:tcPr>
          <w:p>
            <w:r/>
            <w:r>
              <w:rPr>
                <w:rFonts w:ascii="Arial" w:hAnsi="Arial" w:cs="Arial" w:eastAsia="Arial"/>
                <w:b w:val="0"/>
                <w:i/>
                <w:color w:val="5E5468"/>
                <w:sz w:val="18"/>
              </w:rPr>
              <w:t>Box of 6 cinnamon rolls</w:t>
            </w:r>
          </w:p>
        </w:tc>
        <w:tc>
          <w:tcPr>
            <w:tcW w:type="dxa" w:w="3105"/>
          </w:tcPr>
          <w:p>
            <w:r/>
            <w:r>
              <w:rPr>
                <w:rFonts w:ascii="Arial" w:hAnsi="Arial" w:cs="Arial" w:eastAsia="Arial"/>
                <w:b w:val="0"/>
                <w:i/>
                <w:color w:val="5E5468"/>
                <w:sz w:val="18"/>
              </w:rPr>
              <w:t>[    ] Classic     [    ] Pecan</w:t>
            </w:r>
          </w:p>
        </w:tc>
        <w:tc>
          <w:tcPr>
            <w:tcW w:type="dxa" w:w="1242"/>
          </w:tcPr>
          <w:p>
            <w:r/>
            <w:r>
              <w:rPr>
                <w:rFonts w:ascii="Arial" w:hAnsi="Arial" w:cs="Arial" w:eastAsia="Arial"/>
                <w:b w:val="0"/>
                <w:i/>
                <w:color w:val="5E5468"/>
                <w:sz w:val="18"/>
              </w:rPr>
              <w:t>$18</w:t>
            </w:r>
          </w:p>
        </w:tc>
        <w:tc>
          <w:tcPr>
            <w:tcW w:type="dxa" w:w="1242"/>
          </w:tcPr>
          <w:p>
            <w:r/>
            <w:r>
              <w:rPr>
                <w:rFonts w:ascii="Arial" w:hAnsi="Arial" w:cs="Arial" w:eastAsia="Arial"/>
                <w:b w:val="0"/>
                <w:i/>
                <w:color w:val="5E5468"/>
                <w:sz w:val="18"/>
              </w:rPr>
            </w:r>
          </w:p>
        </w:tc>
        <w:tc>
          <w:tcPr>
            <w:tcW w:type="dxa" w:w="1242"/>
          </w:tcPr>
          <w:p>
            <w:r/>
            <w:r>
              <w:rPr>
                <w:rFonts w:ascii="Arial" w:hAnsi="Arial" w:cs="Arial" w:eastAsia="Arial"/>
                <w:b w:val="0"/>
                <w:i/>
                <w:color w:val="5E5468"/>
                <w:sz w:val="18"/>
              </w:rPr>
            </w:r>
          </w:p>
        </w:tc>
      </w:tr>
      <w:tr>
        <w:trPr>
          <w:trHeight w:val="480"/>
        </w:trPr>
        <w:tc>
          <w:tcPr>
            <w:tcW w:type="dxa" w:w="3105"/>
          </w:tcPr>
          <w:p>
            <w:r/>
            <w:r>
              <w:rPr>
                <w:rFonts w:ascii="Arial" w:hAnsi="Arial" w:cs="Arial" w:eastAsia="Arial"/>
                <w:b w:val="0"/>
                <w:i w:val="0"/>
                <w:color w:val="231A2E"/>
                <w:sz w:val="18"/>
              </w:rPr>
            </w:r>
          </w:p>
        </w:tc>
        <w:tc>
          <w:tcPr>
            <w:tcW w:type="dxa" w:w="3105"/>
          </w:tcPr>
          <w:p>
            <w:r/>
            <w:r>
              <w:rPr>
                <w:rFonts w:ascii="Arial" w:hAnsi="Arial" w:cs="Arial" w:eastAsia="Arial"/>
                <w:b w:val="0"/>
                <w:i w:val="0"/>
                <w:color w:val="231A2E"/>
                <w:sz w:val="18"/>
              </w:rPr>
            </w:r>
          </w:p>
        </w:tc>
        <w:tc>
          <w:tcPr>
            <w:tcW w:type="dxa" w:w="1242"/>
          </w:tcPr>
          <w:p>
            <w:r/>
            <w:r>
              <w:rPr>
                <w:rFonts w:ascii="Arial" w:hAnsi="Arial" w:cs="Arial" w:eastAsia="Arial"/>
                <w:b w:val="0"/>
                <w:i w:val="0"/>
                <w:color w:val="231A2E"/>
                <w:sz w:val="18"/>
              </w:rPr>
            </w:r>
          </w:p>
        </w:tc>
        <w:tc>
          <w:tcPr>
            <w:tcW w:type="dxa" w:w="1242"/>
          </w:tcPr>
          <w:p>
            <w:r/>
            <w:r>
              <w:rPr>
                <w:rFonts w:ascii="Arial" w:hAnsi="Arial" w:cs="Arial" w:eastAsia="Arial"/>
                <w:b w:val="0"/>
                <w:i w:val="0"/>
                <w:color w:val="231A2E"/>
                <w:sz w:val="18"/>
              </w:rPr>
            </w:r>
          </w:p>
        </w:tc>
        <w:tc>
          <w:tcPr>
            <w:tcW w:type="dxa" w:w="1242"/>
          </w:tcPr>
          <w:p>
            <w:r/>
            <w:r>
              <w:rPr>
                <w:rFonts w:ascii="Arial" w:hAnsi="Arial" w:cs="Arial" w:eastAsia="Arial"/>
                <w:b w:val="0"/>
                <w:i w:val="0"/>
                <w:color w:val="231A2E"/>
                <w:sz w:val="18"/>
              </w:rPr>
            </w:r>
          </w:p>
        </w:tc>
      </w:tr>
      <w:tr>
        <w:trPr>
          <w:trHeight w:val="480"/>
        </w:trPr>
        <w:tc>
          <w:tcPr>
            <w:tcW w:type="dxa" w:w="3105"/>
          </w:tcPr>
          <w:p>
            <w:r/>
            <w:r>
              <w:rPr>
                <w:rFonts w:ascii="Arial" w:hAnsi="Arial" w:cs="Arial" w:eastAsia="Arial"/>
                <w:b w:val="0"/>
                <w:i w:val="0"/>
                <w:color w:val="231A2E"/>
                <w:sz w:val="18"/>
              </w:rPr>
            </w:r>
          </w:p>
        </w:tc>
        <w:tc>
          <w:tcPr>
            <w:tcW w:type="dxa" w:w="3105"/>
          </w:tcPr>
          <w:p>
            <w:r/>
            <w:r>
              <w:rPr>
                <w:rFonts w:ascii="Arial" w:hAnsi="Arial" w:cs="Arial" w:eastAsia="Arial"/>
                <w:b w:val="0"/>
                <w:i w:val="0"/>
                <w:color w:val="231A2E"/>
                <w:sz w:val="18"/>
              </w:rPr>
            </w:r>
          </w:p>
        </w:tc>
        <w:tc>
          <w:tcPr>
            <w:tcW w:type="dxa" w:w="1242"/>
          </w:tcPr>
          <w:p>
            <w:r/>
            <w:r>
              <w:rPr>
                <w:rFonts w:ascii="Arial" w:hAnsi="Arial" w:cs="Arial" w:eastAsia="Arial"/>
                <w:b w:val="0"/>
                <w:i w:val="0"/>
                <w:color w:val="231A2E"/>
                <w:sz w:val="18"/>
              </w:rPr>
            </w:r>
          </w:p>
        </w:tc>
        <w:tc>
          <w:tcPr>
            <w:tcW w:type="dxa" w:w="1242"/>
          </w:tcPr>
          <w:p>
            <w:r/>
            <w:r>
              <w:rPr>
                <w:rFonts w:ascii="Arial" w:hAnsi="Arial" w:cs="Arial" w:eastAsia="Arial"/>
                <w:b w:val="0"/>
                <w:i w:val="0"/>
                <w:color w:val="231A2E"/>
                <w:sz w:val="18"/>
              </w:rPr>
            </w:r>
          </w:p>
        </w:tc>
        <w:tc>
          <w:tcPr>
            <w:tcW w:type="dxa" w:w="1242"/>
          </w:tcPr>
          <w:p>
            <w:r/>
            <w:r>
              <w:rPr>
                <w:rFonts w:ascii="Arial" w:hAnsi="Arial" w:cs="Arial" w:eastAsia="Arial"/>
                <w:b w:val="0"/>
                <w:i w:val="0"/>
                <w:color w:val="231A2E"/>
                <w:sz w:val="18"/>
              </w:rPr>
            </w:r>
          </w:p>
        </w:tc>
      </w:tr>
      <w:tr>
        <w:trPr>
          <w:trHeight w:val="480"/>
        </w:trPr>
        <w:tc>
          <w:tcPr>
            <w:tcW w:type="dxa" w:w="3105"/>
          </w:tcPr>
          <w:p>
            <w:r/>
            <w:r>
              <w:rPr>
                <w:rFonts w:ascii="Arial" w:hAnsi="Arial" w:cs="Arial" w:eastAsia="Arial"/>
                <w:b w:val="0"/>
                <w:i/>
                <w:color w:val="5E5468"/>
                <w:sz w:val="18"/>
              </w:rPr>
              <w:t>Delivery (optional)</w:t>
            </w:r>
          </w:p>
        </w:tc>
        <w:tc>
          <w:tcPr>
            <w:tcW w:type="dxa" w:w="3105"/>
          </w:tcPr>
          <w:p>
            <w:r/>
            <w:r>
              <w:rPr>
                <w:rFonts w:ascii="Arial" w:hAnsi="Arial" w:cs="Arial" w:eastAsia="Arial"/>
                <w:b w:val="0"/>
                <w:i/>
                <w:color w:val="5E5468"/>
                <w:sz w:val="18"/>
              </w:rPr>
              <w:t>Within our delivery area</w:t>
            </w:r>
          </w:p>
        </w:tc>
        <w:tc>
          <w:tcPr>
            <w:tcW w:type="dxa" w:w="1242"/>
          </w:tcPr>
          <w:p>
            <w:r/>
            <w:r>
              <w:rPr>
                <w:rFonts w:ascii="Arial" w:hAnsi="Arial" w:cs="Arial" w:eastAsia="Arial"/>
                <w:b w:val="0"/>
                <w:i/>
                <w:color w:val="5E5468"/>
                <w:sz w:val="18"/>
              </w:rPr>
              <w:t>$5</w:t>
            </w:r>
          </w:p>
        </w:tc>
        <w:tc>
          <w:tcPr>
            <w:tcW w:type="dxa" w:w="1242"/>
          </w:tcPr>
          <w:p>
            <w:r/>
            <w:r>
              <w:rPr>
                <w:rFonts w:ascii="Arial" w:hAnsi="Arial" w:cs="Arial" w:eastAsia="Arial"/>
                <w:b w:val="0"/>
                <w:i/>
                <w:color w:val="5E5468"/>
                <w:sz w:val="18"/>
              </w:rPr>
            </w:r>
          </w:p>
        </w:tc>
        <w:tc>
          <w:tcPr>
            <w:tcW w:type="dxa" w:w="1242"/>
          </w:tcPr>
          <w:p>
            <w:r/>
            <w:r>
              <w:rPr>
                <w:rFonts w:ascii="Arial" w:hAnsi="Arial" w:cs="Arial" w:eastAsia="Arial"/>
                <w:b w:val="0"/>
                <w:i/>
                <w:color w:val="5E5468"/>
                <w:sz w:val="18"/>
              </w:rPr>
            </w:r>
          </w:p>
        </w:tc>
      </w:tr>
    </w:tbl>
    <w:p>
      <w:pPr>
        <w:spacing w:after="40"/>
      </w:pPr>
    </w:p>
    <w:p>
      <w:pPr>
        <w:spacing w:after="100"/>
      </w:pPr>
      <w:r>
        <w:rPr>
          <w:rFonts w:ascii="Arial" w:hAnsi="Arial" w:cs="Arial" w:eastAsia="Arial"/>
          <w:b w:val="0"/>
          <w:i w:val="0"/>
          <w:color w:val="231A2E"/>
          <w:sz w:val="20"/>
        </w:rPr>
        <w:t>Order total: $ ______________</w:t>
      </w:r>
    </w:p>
    <w:p>
      <w:pPr>
        <w:spacing w:after="100"/>
      </w:pPr>
      <w:r>
        <w:rPr>
          <w:rFonts w:ascii="Arial" w:hAnsi="Arial" w:cs="Arial" w:eastAsia="Arial"/>
          <w:b w:val="0"/>
          <w:i/>
          <w:color w:val="5E5468"/>
          <w:sz w:val="17"/>
        </w:rPr>
        <w:t>Most of each batch is made to order. We limit each order to ______ of any one item so more people get some.</w:t>
      </w:r>
    </w:p>
    <w:p>
      <w:pPr>
        <w:keepNext/>
        <w:spacing w:before="240" w:after="80"/>
      </w:pPr>
      <w:r>
        <w:rPr>
          <w:rFonts w:ascii="Arial" w:hAnsi="Arial" w:cs="Arial" w:eastAsia="Arial"/>
          <w:b/>
          <w:i w:val="0"/>
          <w:color w:val="231A2E"/>
          <w:sz w:val="28"/>
        </w:rPr>
        <w:t>Pickup or delivery</w:t>
      </w:r>
    </w:p>
    <w:p>
      <w:pPr>
        <w:spacing w:after="100"/>
      </w:pPr>
      <w:r>
        <w:rPr>
          <w:rFonts w:ascii="Arial" w:hAnsi="Arial" w:cs="Arial" w:eastAsia="Arial"/>
          <w:b w:val="0"/>
          <w:i w:val="0"/>
          <w:color w:val="231A2E"/>
          <w:sz w:val="20"/>
        </w:rPr>
        <w:t>[    ] I'll pick it up     Pickup day and time: ______________________________</w:t>
      </w:r>
    </w:p>
    <w:p>
      <w:pPr>
        <w:spacing w:after="100"/>
      </w:pPr>
      <w:r>
        <w:rPr>
          <w:rFonts w:ascii="Arial" w:hAnsi="Arial" w:cs="Arial" w:eastAsia="Arial"/>
          <w:b w:val="0"/>
          <w:i w:val="0"/>
          <w:color w:val="231A2E"/>
          <w:sz w:val="20"/>
        </w:rPr>
        <w:t>[    ] Please deliver it</w:t>
      </w:r>
    </w:p>
    <w:p>
      <w:pPr>
        <w:keepNext/>
        <w:spacing w:after="20"/>
      </w:pPr>
      <w:r>
        <w:rPr>
          <w:rFonts w:ascii="Arial" w:hAnsi="Arial" w:cs="Arial" w:eastAsia="Arial"/>
          <w:b/>
          <w:i w:val="0"/>
          <w:color w:val="231A2E"/>
          <w:sz w:val="20"/>
        </w:rPr>
        <w:t>Delivery address (street, city, ZIP code)</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Anything we should know? (a gift note, a gate code, the best time to call)</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before="240" w:after="80"/>
      </w:pPr>
      <w:r>
        <w:rPr>
          <w:rFonts w:ascii="Arial" w:hAnsi="Arial" w:cs="Arial" w:eastAsia="Arial"/>
          <w:b/>
          <w:i w:val="0"/>
          <w:color w:val="231A2E"/>
          <w:sz w:val="28"/>
        </w:rPr>
        <w:t>Paying for your pre-order</w:t>
      </w:r>
    </w:p>
    <w:p>
      <w:pPr>
        <w:spacing w:after="100"/>
      </w:pPr>
      <w:r>
        <w:rPr>
          <w:rFonts w:ascii="Arial" w:hAnsi="Arial" w:cs="Arial" w:eastAsia="Arial"/>
          <w:b w:val="0"/>
          <w:i w:val="0"/>
          <w:color w:val="231A2E"/>
          <w:sz w:val="20"/>
        </w:rPr>
        <w:t>How you paid:     [    ] Online with the form     [    ] Cash     [    ] Card at the table     [    ] Other: __________</w:t>
      </w:r>
    </w:p>
    <w:p>
      <w:pPr>
        <w:spacing w:after="100"/>
      </w:pPr>
      <w:r>
        <w:rPr>
          <w:rFonts w:ascii="Arial" w:hAnsi="Arial" w:cs="Arial" w:eastAsia="Arial"/>
          <w:b w:val="0"/>
          <w:i w:val="0"/>
          <w:color w:val="231A2E"/>
          <w:sz w:val="20"/>
        </w:rPr>
        <w:t>Amount paid: $ ______________</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Our promise on dates</w:t>
            </w:r>
          </w:p>
          <w:p>
            <w:r>
              <w:rPr>
                <w:rFonts w:ascii="Arial" w:hAnsi="Arial" w:cs="Arial" w:eastAsia="Arial"/>
                <w:b w:val="0"/>
                <w:i w:val="0"/>
                <w:color w:val="231A2E"/>
                <w:sz w:val="20"/>
              </w:rPr>
              <w:t>We will have your order ready on the day above. If that date has to change, we will tell you before it passes. You can wait for the new date or get all your money back.</w:t>
            </w:r>
          </w:p>
        </w:tc>
      </w:tr>
    </w:tbl>
    <w:p>
      <w:pPr>
        <w:spacing w:after="40"/>
      </w:pP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For us (the seller)</w:t>
            </w:r>
          </w:p>
          <w:p>
            <w:r>
              <w:rPr>
                <w:rFonts w:ascii="Arial" w:hAnsi="Arial" w:cs="Arial" w:eastAsia="Arial"/>
                <w:b w:val="0"/>
                <w:i w:val="0"/>
                <w:color w:val="231A2E"/>
                <w:sz w:val="20"/>
              </w:rPr>
              <w:t>Order number: ________     Date received: ______________     Added to the tracker:     [    ] Yes</w:t>
            </w:r>
          </w:p>
          <w:p>
            <w:r>
              <w:rPr>
                <w:rFonts w:ascii="Arial" w:hAnsi="Arial" w:cs="Arial" w:eastAsia="Arial"/>
                <w:b w:val="0"/>
                <w:i w:val="0"/>
                <w:color w:val="231A2E"/>
                <w:sz w:val="20"/>
              </w:rPr>
              <w:t>Paid:     [    ] Yes     [    ] Part     [    ] Unpaid     Ready:     [    ] Yes     Handed over or delivered:     [    ] Yes</w:t>
            </w:r>
          </w:p>
        </w:tc>
      </w:tr>
    </w:tbl>
    <w:p>
      <w:pPr>
        <w:spacing w:after="40"/>
      </w:pPr>
    </w:p>
    <w:p>
      <w:pPr>
        <w:spacing w:after="100"/>
      </w:pPr>
      <w:r>
        <w:rPr>
          <w:rFonts w:ascii="Arial" w:hAnsi="Arial" w:cs="Arial" w:eastAsia="Arial"/>
          <w:b w:val="0"/>
          <w:i/>
          <w:color w:val="5E5468"/>
          <w:sz w:val="17"/>
        </w:rPr>
        <w:t>Why we ask: we use these details to plan the batch, get your order to you and reach you if something changes.</w:t>
      </w:r>
    </w:p>
    <w:p>
      <w:r>
        <w:br w:type="page"/>
      </w:r>
    </w:p>
    <w:p>
      <w:pPr>
        <w:spacing w:after="40"/>
      </w:pPr>
      <w:r>
        <w:rPr>
          <w:rFonts w:ascii="Arial" w:hAnsi="Arial" w:cs="Arial" w:eastAsia="Arial"/>
          <w:b/>
          <w:i w:val="0"/>
          <w:color w:val="231A2E"/>
          <w:sz w:val="44"/>
        </w:rPr>
        <w:t>Pre-order list</w:t>
      </w:r>
    </w:p>
    <w:p>
      <w:pPr>
        <w:spacing w:after="200"/>
      </w:pPr>
      <w:r>
        <w:rPr>
          <w:rFonts w:ascii="Arial" w:hAnsi="Arial" w:cs="Arial" w:eastAsia="Arial"/>
          <w:b w:val="0"/>
          <w:i w:val="0"/>
          <w:color w:val="5E5468"/>
          <w:sz w:val="22"/>
        </w:rPr>
        <w:t>Batch or product: ______________________     Pickup day: ______________</w:t>
      </w:r>
    </w:p>
    <w:p>
      <w:pPr>
        <w:spacing w:after="100"/>
      </w:pPr>
      <w:r>
        <w:rPr>
          <w:rFonts w:ascii="Arial" w:hAnsi="Arial" w:cs="Arial" w:eastAsia="Arial"/>
          <w:b w:val="0"/>
          <w:i w:val="0"/>
          <w:color w:val="231A2E"/>
          <w:sz w:val="20"/>
        </w:rPr>
        <w:t>Use this page at a market table or a shop counter: one line per order. Tick Paid when the money is in, and Done when the order is picked up or delivered. Add these orders to your tracker at the end of the day.</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1242"/>
        <w:gridCol w:w="1242"/>
        <w:gridCol w:w="1242"/>
        <w:gridCol w:w="1242"/>
        <w:gridCol w:w="1242"/>
        <w:gridCol w:w="1242"/>
        <w:gridCol w:w="1242"/>
        <w:gridCol w:w="1242"/>
      </w:tblGrid>
      <w:tr>
        <w:tc>
          <w:tcPr>
            <w:tcW w:type="dxa" w:w="764"/>
            <w:shd w:val="clear" w:color="auto" w:fill="231A2E"/>
          </w:tcPr>
          <w:p>
            <w:r/>
            <w:r>
              <w:rPr>
                <w:rFonts w:ascii="Arial" w:hAnsi="Arial" w:cs="Arial" w:eastAsia="Arial"/>
                <w:b/>
                <w:i w:val="0"/>
                <w:color w:val="FBF5E9"/>
                <w:sz w:val="18"/>
              </w:rPr>
              <w:t>#</w:t>
            </w:r>
          </w:p>
        </w:tc>
        <w:tc>
          <w:tcPr>
            <w:tcW w:type="dxa" w:w="1911"/>
            <w:shd w:val="clear" w:color="auto" w:fill="231A2E"/>
          </w:tcPr>
          <w:p>
            <w:r/>
            <w:r>
              <w:rPr>
                <w:rFonts w:ascii="Arial" w:hAnsi="Arial" w:cs="Arial" w:eastAsia="Arial"/>
                <w:b/>
                <w:i w:val="0"/>
                <w:color w:val="FBF5E9"/>
                <w:sz w:val="18"/>
              </w:rPr>
              <w:t>Name</w:t>
            </w:r>
          </w:p>
        </w:tc>
        <w:tc>
          <w:tcPr>
            <w:tcW w:type="dxa" w:w="1911"/>
            <w:shd w:val="clear" w:color="auto" w:fill="231A2E"/>
          </w:tcPr>
          <w:p>
            <w:r/>
            <w:r>
              <w:rPr>
                <w:rFonts w:ascii="Arial" w:hAnsi="Arial" w:cs="Arial" w:eastAsia="Arial"/>
                <w:b/>
                <w:i w:val="0"/>
                <w:color w:val="FBF5E9"/>
                <w:sz w:val="18"/>
              </w:rPr>
              <w:t>Phone or email</w:t>
            </w:r>
          </w:p>
        </w:tc>
        <w:tc>
          <w:tcPr>
            <w:tcW w:type="dxa" w:w="2293"/>
            <w:shd w:val="clear" w:color="auto" w:fill="231A2E"/>
          </w:tcPr>
          <w:p>
            <w:r/>
            <w:r>
              <w:rPr>
                <w:rFonts w:ascii="Arial" w:hAnsi="Arial" w:cs="Arial" w:eastAsia="Arial"/>
                <w:b/>
                <w:i w:val="0"/>
                <w:color w:val="FBF5E9"/>
                <w:sz w:val="18"/>
              </w:rPr>
              <w:t>Product and option</w:t>
            </w:r>
          </w:p>
        </w:tc>
        <w:tc>
          <w:tcPr>
            <w:tcW w:type="dxa" w:w="764"/>
            <w:shd w:val="clear" w:color="auto" w:fill="231A2E"/>
          </w:tcPr>
          <w:p>
            <w:r/>
            <w:r>
              <w:rPr>
                <w:rFonts w:ascii="Arial" w:hAnsi="Arial" w:cs="Arial" w:eastAsia="Arial"/>
                <w:b/>
                <w:i w:val="0"/>
                <w:color w:val="FBF5E9"/>
                <w:sz w:val="18"/>
              </w:rPr>
              <w:t>How many</w:t>
            </w:r>
          </w:p>
        </w:tc>
        <w:tc>
          <w:tcPr>
            <w:tcW w:type="dxa" w:w="764"/>
            <w:shd w:val="clear" w:color="auto" w:fill="231A2E"/>
          </w:tcPr>
          <w:p>
            <w:r/>
            <w:r>
              <w:rPr>
                <w:rFonts w:ascii="Arial" w:hAnsi="Arial" w:cs="Arial" w:eastAsia="Arial"/>
                <w:b/>
                <w:i w:val="0"/>
                <w:color w:val="FBF5E9"/>
                <w:sz w:val="18"/>
              </w:rPr>
              <w:t>Total</w:t>
            </w:r>
          </w:p>
        </w:tc>
        <w:tc>
          <w:tcPr>
            <w:tcW w:type="dxa" w:w="764"/>
            <w:shd w:val="clear" w:color="auto" w:fill="231A2E"/>
          </w:tcPr>
          <w:p>
            <w:r/>
            <w:r>
              <w:rPr>
                <w:rFonts w:ascii="Arial" w:hAnsi="Arial" w:cs="Arial" w:eastAsia="Arial"/>
                <w:b/>
                <w:i w:val="0"/>
                <w:color w:val="FBF5E9"/>
                <w:sz w:val="18"/>
              </w:rPr>
              <w:t>Paid</w:t>
            </w:r>
          </w:p>
        </w:tc>
        <w:tc>
          <w:tcPr>
            <w:tcW w:type="dxa" w:w="764"/>
            <w:shd w:val="clear" w:color="auto" w:fill="231A2E"/>
          </w:tcPr>
          <w:p>
            <w:r/>
            <w:r>
              <w:rPr>
                <w:rFonts w:ascii="Arial" w:hAnsi="Arial" w:cs="Arial" w:eastAsia="Arial"/>
                <w:b/>
                <w:i w:val="0"/>
                <w:color w:val="FBF5E9"/>
                <w:sz w:val="18"/>
              </w:rPr>
              <w:t>Done</w:t>
            </w:r>
          </w:p>
        </w:tc>
      </w:tr>
      <w:tr>
        <w:trPr>
          <w:trHeight w:val="480"/>
        </w:trPr>
        <w:tc>
          <w:tcPr>
            <w:tcW w:type="dxa" w:w="764"/>
          </w:tcPr>
          <w:p>
            <w:r/>
            <w:r>
              <w:rPr>
                <w:rFonts w:ascii="Arial" w:hAnsi="Arial" w:cs="Arial" w:eastAsia="Arial"/>
                <w:b w:val="0"/>
                <w:i w:val="0"/>
                <w:color w:val="231A2E"/>
                <w:sz w:val="18"/>
              </w:rPr>
              <w:t>1</w:t>
            </w:r>
          </w:p>
        </w:tc>
        <w:tc>
          <w:tcPr>
            <w:tcW w:type="dxa" w:w="1911"/>
          </w:tcPr>
          <w:p>
            <w:r/>
            <w:r>
              <w:rPr>
                <w:rFonts w:ascii="Arial" w:hAnsi="Arial" w:cs="Arial" w:eastAsia="Arial"/>
                <w:b w:val="0"/>
                <w:i w:val="0"/>
                <w:color w:val="231A2E"/>
                <w:sz w:val="18"/>
              </w:rPr>
            </w:r>
          </w:p>
        </w:tc>
        <w:tc>
          <w:tcPr>
            <w:tcW w:type="dxa" w:w="1911"/>
          </w:tcPr>
          <w:p>
            <w:r/>
            <w:r>
              <w:rPr>
                <w:rFonts w:ascii="Arial" w:hAnsi="Arial" w:cs="Arial" w:eastAsia="Arial"/>
                <w:b w:val="0"/>
                <w:i w:val="0"/>
                <w:color w:val="231A2E"/>
                <w:sz w:val="18"/>
              </w:rPr>
            </w:r>
          </w:p>
        </w:tc>
        <w:tc>
          <w:tcPr>
            <w:tcW w:type="dxa" w:w="2293"/>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t>[    ]</w:t>
            </w:r>
          </w:p>
        </w:tc>
        <w:tc>
          <w:tcPr>
            <w:tcW w:type="dxa" w:w="764"/>
          </w:tcPr>
          <w:p>
            <w:r/>
            <w:r>
              <w:rPr>
                <w:rFonts w:ascii="Arial" w:hAnsi="Arial" w:cs="Arial" w:eastAsia="Arial"/>
                <w:b w:val="0"/>
                <w:i w:val="0"/>
                <w:color w:val="231A2E"/>
                <w:sz w:val="18"/>
              </w:rPr>
              <w:t>[    ]</w:t>
            </w:r>
          </w:p>
        </w:tc>
      </w:tr>
      <w:tr>
        <w:trPr>
          <w:trHeight w:val="480"/>
        </w:trPr>
        <w:tc>
          <w:tcPr>
            <w:tcW w:type="dxa" w:w="764"/>
          </w:tcPr>
          <w:p>
            <w:r/>
            <w:r>
              <w:rPr>
                <w:rFonts w:ascii="Arial" w:hAnsi="Arial" w:cs="Arial" w:eastAsia="Arial"/>
                <w:b w:val="0"/>
                <w:i w:val="0"/>
                <w:color w:val="231A2E"/>
                <w:sz w:val="18"/>
              </w:rPr>
              <w:t>2</w:t>
            </w:r>
          </w:p>
        </w:tc>
        <w:tc>
          <w:tcPr>
            <w:tcW w:type="dxa" w:w="1911"/>
          </w:tcPr>
          <w:p>
            <w:r/>
            <w:r>
              <w:rPr>
                <w:rFonts w:ascii="Arial" w:hAnsi="Arial" w:cs="Arial" w:eastAsia="Arial"/>
                <w:b w:val="0"/>
                <w:i w:val="0"/>
                <w:color w:val="231A2E"/>
                <w:sz w:val="18"/>
              </w:rPr>
            </w:r>
          </w:p>
        </w:tc>
        <w:tc>
          <w:tcPr>
            <w:tcW w:type="dxa" w:w="1911"/>
          </w:tcPr>
          <w:p>
            <w:r/>
            <w:r>
              <w:rPr>
                <w:rFonts w:ascii="Arial" w:hAnsi="Arial" w:cs="Arial" w:eastAsia="Arial"/>
                <w:b w:val="0"/>
                <w:i w:val="0"/>
                <w:color w:val="231A2E"/>
                <w:sz w:val="18"/>
              </w:rPr>
            </w:r>
          </w:p>
        </w:tc>
        <w:tc>
          <w:tcPr>
            <w:tcW w:type="dxa" w:w="2293"/>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t>[    ]</w:t>
            </w:r>
          </w:p>
        </w:tc>
        <w:tc>
          <w:tcPr>
            <w:tcW w:type="dxa" w:w="764"/>
          </w:tcPr>
          <w:p>
            <w:r/>
            <w:r>
              <w:rPr>
                <w:rFonts w:ascii="Arial" w:hAnsi="Arial" w:cs="Arial" w:eastAsia="Arial"/>
                <w:b w:val="0"/>
                <w:i w:val="0"/>
                <w:color w:val="231A2E"/>
                <w:sz w:val="18"/>
              </w:rPr>
              <w:t>[    ]</w:t>
            </w:r>
          </w:p>
        </w:tc>
      </w:tr>
      <w:tr>
        <w:trPr>
          <w:trHeight w:val="480"/>
        </w:trPr>
        <w:tc>
          <w:tcPr>
            <w:tcW w:type="dxa" w:w="764"/>
          </w:tcPr>
          <w:p>
            <w:r/>
            <w:r>
              <w:rPr>
                <w:rFonts w:ascii="Arial" w:hAnsi="Arial" w:cs="Arial" w:eastAsia="Arial"/>
                <w:b w:val="0"/>
                <w:i w:val="0"/>
                <w:color w:val="231A2E"/>
                <w:sz w:val="18"/>
              </w:rPr>
              <w:t>3</w:t>
            </w:r>
          </w:p>
        </w:tc>
        <w:tc>
          <w:tcPr>
            <w:tcW w:type="dxa" w:w="1911"/>
          </w:tcPr>
          <w:p>
            <w:r/>
            <w:r>
              <w:rPr>
                <w:rFonts w:ascii="Arial" w:hAnsi="Arial" w:cs="Arial" w:eastAsia="Arial"/>
                <w:b w:val="0"/>
                <w:i w:val="0"/>
                <w:color w:val="231A2E"/>
                <w:sz w:val="18"/>
              </w:rPr>
            </w:r>
          </w:p>
        </w:tc>
        <w:tc>
          <w:tcPr>
            <w:tcW w:type="dxa" w:w="1911"/>
          </w:tcPr>
          <w:p>
            <w:r/>
            <w:r>
              <w:rPr>
                <w:rFonts w:ascii="Arial" w:hAnsi="Arial" w:cs="Arial" w:eastAsia="Arial"/>
                <w:b w:val="0"/>
                <w:i w:val="0"/>
                <w:color w:val="231A2E"/>
                <w:sz w:val="18"/>
              </w:rPr>
            </w:r>
          </w:p>
        </w:tc>
        <w:tc>
          <w:tcPr>
            <w:tcW w:type="dxa" w:w="2293"/>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t>[    ]</w:t>
            </w:r>
          </w:p>
        </w:tc>
        <w:tc>
          <w:tcPr>
            <w:tcW w:type="dxa" w:w="764"/>
          </w:tcPr>
          <w:p>
            <w:r/>
            <w:r>
              <w:rPr>
                <w:rFonts w:ascii="Arial" w:hAnsi="Arial" w:cs="Arial" w:eastAsia="Arial"/>
                <w:b w:val="0"/>
                <w:i w:val="0"/>
                <w:color w:val="231A2E"/>
                <w:sz w:val="18"/>
              </w:rPr>
              <w:t>[    ]</w:t>
            </w:r>
          </w:p>
        </w:tc>
      </w:tr>
      <w:tr>
        <w:trPr>
          <w:trHeight w:val="480"/>
        </w:trPr>
        <w:tc>
          <w:tcPr>
            <w:tcW w:type="dxa" w:w="764"/>
          </w:tcPr>
          <w:p>
            <w:r/>
            <w:r>
              <w:rPr>
                <w:rFonts w:ascii="Arial" w:hAnsi="Arial" w:cs="Arial" w:eastAsia="Arial"/>
                <w:b w:val="0"/>
                <w:i w:val="0"/>
                <w:color w:val="231A2E"/>
                <w:sz w:val="18"/>
              </w:rPr>
              <w:t>4</w:t>
            </w:r>
          </w:p>
        </w:tc>
        <w:tc>
          <w:tcPr>
            <w:tcW w:type="dxa" w:w="1911"/>
          </w:tcPr>
          <w:p>
            <w:r/>
            <w:r>
              <w:rPr>
                <w:rFonts w:ascii="Arial" w:hAnsi="Arial" w:cs="Arial" w:eastAsia="Arial"/>
                <w:b w:val="0"/>
                <w:i w:val="0"/>
                <w:color w:val="231A2E"/>
                <w:sz w:val="18"/>
              </w:rPr>
            </w:r>
          </w:p>
        </w:tc>
        <w:tc>
          <w:tcPr>
            <w:tcW w:type="dxa" w:w="1911"/>
          </w:tcPr>
          <w:p>
            <w:r/>
            <w:r>
              <w:rPr>
                <w:rFonts w:ascii="Arial" w:hAnsi="Arial" w:cs="Arial" w:eastAsia="Arial"/>
                <w:b w:val="0"/>
                <w:i w:val="0"/>
                <w:color w:val="231A2E"/>
                <w:sz w:val="18"/>
              </w:rPr>
            </w:r>
          </w:p>
        </w:tc>
        <w:tc>
          <w:tcPr>
            <w:tcW w:type="dxa" w:w="2293"/>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t>[    ]</w:t>
            </w:r>
          </w:p>
        </w:tc>
        <w:tc>
          <w:tcPr>
            <w:tcW w:type="dxa" w:w="764"/>
          </w:tcPr>
          <w:p>
            <w:r/>
            <w:r>
              <w:rPr>
                <w:rFonts w:ascii="Arial" w:hAnsi="Arial" w:cs="Arial" w:eastAsia="Arial"/>
                <w:b w:val="0"/>
                <w:i w:val="0"/>
                <w:color w:val="231A2E"/>
                <w:sz w:val="18"/>
              </w:rPr>
              <w:t>[    ]</w:t>
            </w:r>
          </w:p>
        </w:tc>
      </w:tr>
      <w:tr>
        <w:trPr>
          <w:trHeight w:val="480"/>
        </w:trPr>
        <w:tc>
          <w:tcPr>
            <w:tcW w:type="dxa" w:w="764"/>
          </w:tcPr>
          <w:p>
            <w:r/>
            <w:r>
              <w:rPr>
                <w:rFonts w:ascii="Arial" w:hAnsi="Arial" w:cs="Arial" w:eastAsia="Arial"/>
                <w:b w:val="0"/>
                <w:i w:val="0"/>
                <w:color w:val="231A2E"/>
                <w:sz w:val="18"/>
              </w:rPr>
              <w:t>5</w:t>
            </w:r>
          </w:p>
        </w:tc>
        <w:tc>
          <w:tcPr>
            <w:tcW w:type="dxa" w:w="1911"/>
          </w:tcPr>
          <w:p>
            <w:r/>
            <w:r>
              <w:rPr>
                <w:rFonts w:ascii="Arial" w:hAnsi="Arial" w:cs="Arial" w:eastAsia="Arial"/>
                <w:b w:val="0"/>
                <w:i w:val="0"/>
                <w:color w:val="231A2E"/>
                <w:sz w:val="18"/>
              </w:rPr>
            </w:r>
          </w:p>
        </w:tc>
        <w:tc>
          <w:tcPr>
            <w:tcW w:type="dxa" w:w="1911"/>
          </w:tcPr>
          <w:p>
            <w:r/>
            <w:r>
              <w:rPr>
                <w:rFonts w:ascii="Arial" w:hAnsi="Arial" w:cs="Arial" w:eastAsia="Arial"/>
                <w:b w:val="0"/>
                <w:i w:val="0"/>
                <w:color w:val="231A2E"/>
                <w:sz w:val="18"/>
              </w:rPr>
            </w:r>
          </w:p>
        </w:tc>
        <w:tc>
          <w:tcPr>
            <w:tcW w:type="dxa" w:w="2293"/>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t>[    ]</w:t>
            </w:r>
          </w:p>
        </w:tc>
        <w:tc>
          <w:tcPr>
            <w:tcW w:type="dxa" w:w="764"/>
          </w:tcPr>
          <w:p>
            <w:r/>
            <w:r>
              <w:rPr>
                <w:rFonts w:ascii="Arial" w:hAnsi="Arial" w:cs="Arial" w:eastAsia="Arial"/>
                <w:b w:val="0"/>
                <w:i w:val="0"/>
                <w:color w:val="231A2E"/>
                <w:sz w:val="18"/>
              </w:rPr>
              <w:t>[    ]</w:t>
            </w:r>
          </w:p>
        </w:tc>
      </w:tr>
      <w:tr>
        <w:trPr>
          <w:trHeight w:val="480"/>
        </w:trPr>
        <w:tc>
          <w:tcPr>
            <w:tcW w:type="dxa" w:w="764"/>
          </w:tcPr>
          <w:p>
            <w:r/>
            <w:r>
              <w:rPr>
                <w:rFonts w:ascii="Arial" w:hAnsi="Arial" w:cs="Arial" w:eastAsia="Arial"/>
                <w:b w:val="0"/>
                <w:i w:val="0"/>
                <w:color w:val="231A2E"/>
                <w:sz w:val="18"/>
              </w:rPr>
              <w:t>6</w:t>
            </w:r>
          </w:p>
        </w:tc>
        <w:tc>
          <w:tcPr>
            <w:tcW w:type="dxa" w:w="1911"/>
          </w:tcPr>
          <w:p>
            <w:r/>
            <w:r>
              <w:rPr>
                <w:rFonts w:ascii="Arial" w:hAnsi="Arial" w:cs="Arial" w:eastAsia="Arial"/>
                <w:b w:val="0"/>
                <w:i w:val="0"/>
                <w:color w:val="231A2E"/>
                <w:sz w:val="18"/>
              </w:rPr>
            </w:r>
          </w:p>
        </w:tc>
        <w:tc>
          <w:tcPr>
            <w:tcW w:type="dxa" w:w="1911"/>
          </w:tcPr>
          <w:p>
            <w:r/>
            <w:r>
              <w:rPr>
                <w:rFonts w:ascii="Arial" w:hAnsi="Arial" w:cs="Arial" w:eastAsia="Arial"/>
                <w:b w:val="0"/>
                <w:i w:val="0"/>
                <w:color w:val="231A2E"/>
                <w:sz w:val="18"/>
              </w:rPr>
            </w:r>
          </w:p>
        </w:tc>
        <w:tc>
          <w:tcPr>
            <w:tcW w:type="dxa" w:w="2293"/>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t>[    ]</w:t>
            </w:r>
          </w:p>
        </w:tc>
        <w:tc>
          <w:tcPr>
            <w:tcW w:type="dxa" w:w="764"/>
          </w:tcPr>
          <w:p>
            <w:r/>
            <w:r>
              <w:rPr>
                <w:rFonts w:ascii="Arial" w:hAnsi="Arial" w:cs="Arial" w:eastAsia="Arial"/>
                <w:b w:val="0"/>
                <w:i w:val="0"/>
                <w:color w:val="231A2E"/>
                <w:sz w:val="18"/>
              </w:rPr>
              <w:t>[    ]</w:t>
            </w:r>
          </w:p>
        </w:tc>
      </w:tr>
      <w:tr>
        <w:trPr>
          <w:trHeight w:val="480"/>
        </w:trPr>
        <w:tc>
          <w:tcPr>
            <w:tcW w:type="dxa" w:w="764"/>
          </w:tcPr>
          <w:p>
            <w:r/>
            <w:r>
              <w:rPr>
                <w:rFonts w:ascii="Arial" w:hAnsi="Arial" w:cs="Arial" w:eastAsia="Arial"/>
                <w:b w:val="0"/>
                <w:i w:val="0"/>
                <w:color w:val="231A2E"/>
                <w:sz w:val="18"/>
              </w:rPr>
              <w:t>7</w:t>
            </w:r>
          </w:p>
        </w:tc>
        <w:tc>
          <w:tcPr>
            <w:tcW w:type="dxa" w:w="1911"/>
          </w:tcPr>
          <w:p>
            <w:r/>
            <w:r>
              <w:rPr>
                <w:rFonts w:ascii="Arial" w:hAnsi="Arial" w:cs="Arial" w:eastAsia="Arial"/>
                <w:b w:val="0"/>
                <w:i w:val="0"/>
                <w:color w:val="231A2E"/>
                <w:sz w:val="18"/>
              </w:rPr>
            </w:r>
          </w:p>
        </w:tc>
        <w:tc>
          <w:tcPr>
            <w:tcW w:type="dxa" w:w="1911"/>
          </w:tcPr>
          <w:p>
            <w:r/>
            <w:r>
              <w:rPr>
                <w:rFonts w:ascii="Arial" w:hAnsi="Arial" w:cs="Arial" w:eastAsia="Arial"/>
                <w:b w:val="0"/>
                <w:i w:val="0"/>
                <w:color w:val="231A2E"/>
                <w:sz w:val="18"/>
              </w:rPr>
            </w:r>
          </w:p>
        </w:tc>
        <w:tc>
          <w:tcPr>
            <w:tcW w:type="dxa" w:w="2293"/>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t>[    ]</w:t>
            </w:r>
          </w:p>
        </w:tc>
        <w:tc>
          <w:tcPr>
            <w:tcW w:type="dxa" w:w="764"/>
          </w:tcPr>
          <w:p>
            <w:r/>
            <w:r>
              <w:rPr>
                <w:rFonts w:ascii="Arial" w:hAnsi="Arial" w:cs="Arial" w:eastAsia="Arial"/>
                <w:b w:val="0"/>
                <w:i w:val="0"/>
                <w:color w:val="231A2E"/>
                <w:sz w:val="18"/>
              </w:rPr>
              <w:t>[    ]</w:t>
            </w:r>
          </w:p>
        </w:tc>
      </w:tr>
      <w:tr>
        <w:trPr>
          <w:trHeight w:val="480"/>
        </w:trPr>
        <w:tc>
          <w:tcPr>
            <w:tcW w:type="dxa" w:w="764"/>
          </w:tcPr>
          <w:p>
            <w:r/>
            <w:r>
              <w:rPr>
                <w:rFonts w:ascii="Arial" w:hAnsi="Arial" w:cs="Arial" w:eastAsia="Arial"/>
                <w:b w:val="0"/>
                <w:i w:val="0"/>
                <w:color w:val="231A2E"/>
                <w:sz w:val="18"/>
              </w:rPr>
              <w:t>8</w:t>
            </w:r>
          </w:p>
        </w:tc>
        <w:tc>
          <w:tcPr>
            <w:tcW w:type="dxa" w:w="1911"/>
          </w:tcPr>
          <w:p>
            <w:r/>
            <w:r>
              <w:rPr>
                <w:rFonts w:ascii="Arial" w:hAnsi="Arial" w:cs="Arial" w:eastAsia="Arial"/>
                <w:b w:val="0"/>
                <w:i w:val="0"/>
                <w:color w:val="231A2E"/>
                <w:sz w:val="18"/>
              </w:rPr>
            </w:r>
          </w:p>
        </w:tc>
        <w:tc>
          <w:tcPr>
            <w:tcW w:type="dxa" w:w="1911"/>
          </w:tcPr>
          <w:p>
            <w:r/>
            <w:r>
              <w:rPr>
                <w:rFonts w:ascii="Arial" w:hAnsi="Arial" w:cs="Arial" w:eastAsia="Arial"/>
                <w:b w:val="0"/>
                <w:i w:val="0"/>
                <w:color w:val="231A2E"/>
                <w:sz w:val="18"/>
              </w:rPr>
            </w:r>
          </w:p>
        </w:tc>
        <w:tc>
          <w:tcPr>
            <w:tcW w:type="dxa" w:w="2293"/>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t>[    ]</w:t>
            </w:r>
          </w:p>
        </w:tc>
        <w:tc>
          <w:tcPr>
            <w:tcW w:type="dxa" w:w="764"/>
          </w:tcPr>
          <w:p>
            <w:r/>
            <w:r>
              <w:rPr>
                <w:rFonts w:ascii="Arial" w:hAnsi="Arial" w:cs="Arial" w:eastAsia="Arial"/>
                <w:b w:val="0"/>
                <w:i w:val="0"/>
                <w:color w:val="231A2E"/>
                <w:sz w:val="18"/>
              </w:rPr>
              <w:t>[    ]</w:t>
            </w:r>
          </w:p>
        </w:tc>
      </w:tr>
      <w:tr>
        <w:trPr>
          <w:trHeight w:val="480"/>
        </w:trPr>
        <w:tc>
          <w:tcPr>
            <w:tcW w:type="dxa" w:w="764"/>
          </w:tcPr>
          <w:p>
            <w:r/>
            <w:r>
              <w:rPr>
                <w:rFonts w:ascii="Arial" w:hAnsi="Arial" w:cs="Arial" w:eastAsia="Arial"/>
                <w:b w:val="0"/>
                <w:i w:val="0"/>
                <w:color w:val="231A2E"/>
                <w:sz w:val="18"/>
              </w:rPr>
              <w:t>9</w:t>
            </w:r>
          </w:p>
        </w:tc>
        <w:tc>
          <w:tcPr>
            <w:tcW w:type="dxa" w:w="1911"/>
          </w:tcPr>
          <w:p>
            <w:r/>
            <w:r>
              <w:rPr>
                <w:rFonts w:ascii="Arial" w:hAnsi="Arial" w:cs="Arial" w:eastAsia="Arial"/>
                <w:b w:val="0"/>
                <w:i w:val="0"/>
                <w:color w:val="231A2E"/>
                <w:sz w:val="18"/>
              </w:rPr>
            </w:r>
          </w:p>
        </w:tc>
        <w:tc>
          <w:tcPr>
            <w:tcW w:type="dxa" w:w="1911"/>
          </w:tcPr>
          <w:p>
            <w:r/>
            <w:r>
              <w:rPr>
                <w:rFonts w:ascii="Arial" w:hAnsi="Arial" w:cs="Arial" w:eastAsia="Arial"/>
                <w:b w:val="0"/>
                <w:i w:val="0"/>
                <w:color w:val="231A2E"/>
                <w:sz w:val="18"/>
              </w:rPr>
            </w:r>
          </w:p>
        </w:tc>
        <w:tc>
          <w:tcPr>
            <w:tcW w:type="dxa" w:w="2293"/>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t>[    ]</w:t>
            </w:r>
          </w:p>
        </w:tc>
        <w:tc>
          <w:tcPr>
            <w:tcW w:type="dxa" w:w="764"/>
          </w:tcPr>
          <w:p>
            <w:r/>
            <w:r>
              <w:rPr>
                <w:rFonts w:ascii="Arial" w:hAnsi="Arial" w:cs="Arial" w:eastAsia="Arial"/>
                <w:b w:val="0"/>
                <w:i w:val="0"/>
                <w:color w:val="231A2E"/>
                <w:sz w:val="18"/>
              </w:rPr>
              <w:t>[    ]</w:t>
            </w:r>
          </w:p>
        </w:tc>
      </w:tr>
      <w:tr>
        <w:trPr>
          <w:trHeight w:val="480"/>
        </w:trPr>
        <w:tc>
          <w:tcPr>
            <w:tcW w:type="dxa" w:w="764"/>
          </w:tcPr>
          <w:p>
            <w:r/>
            <w:r>
              <w:rPr>
                <w:rFonts w:ascii="Arial" w:hAnsi="Arial" w:cs="Arial" w:eastAsia="Arial"/>
                <w:b w:val="0"/>
                <w:i w:val="0"/>
                <w:color w:val="231A2E"/>
                <w:sz w:val="18"/>
              </w:rPr>
              <w:t>10</w:t>
            </w:r>
          </w:p>
        </w:tc>
        <w:tc>
          <w:tcPr>
            <w:tcW w:type="dxa" w:w="1911"/>
          </w:tcPr>
          <w:p>
            <w:r/>
            <w:r>
              <w:rPr>
                <w:rFonts w:ascii="Arial" w:hAnsi="Arial" w:cs="Arial" w:eastAsia="Arial"/>
                <w:b w:val="0"/>
                <w:i w:val="0"/>
                <w:color w:val="231A2E"/>
                <w:sz w:val="18"/>
              </w:rPr>
            </w:r>
          </w:p>
        </w:tc>
        <w:tc>
          <w:tcPr>
            <w:tcW w:type="dxa" w:w="1911"/>
          </w:tcPr>
          <w:p>
            <w:r/>
            <w:r>
              <w:rPr>
                <w:rFonts w:ascii="Arial" w:hAnsi="Arial" w:cs="Arial" w:eastAsia="Arial"/>
                <w:b w:val="0"/>
                <w:i w:val="0"/>
                <w:color w:val="231A2E"/>
                <w:sz w:val="18"/>
              </w:rPr>
            </w:r>
          </w:p>
        </w:tc>
        <w:tc>
          <w:tcPr>
            <w:tcW w:type="dxa" w:w="2293"/>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t>[    ]</w:t>
            </w:r>
          </w:p>
        </w:tc>
        <w:tc>
          <w:tcPr>
            <w:tcW w:type="dxa" w:w="764"/>
          </w:tcPr>
          <w:p>
            <w:r/>
            <w:r>
              <w:rPr>
                <w:rFonts w:ascii="Arial" w:hAnsi="Arial" w:cs="Arial" w:eastAsia="Arial"/>
                <w:b w:val="0"/>
                <w:i w:val="0"/>
                <w:color w:val="231A2E"/>
                <w:sz w:val="18"/>
              </w:rPr>
              <w:t>[    ]</w:t>
            </w:r>
          </w:p>
        </w:tc>
      </w:tr>
      <w:tr>
        <w:trPr>
          <w:trHeight w:val="480"/>
        </w:trPr>
        <w:tc>
          <w:tcPr>
            <w:tcW w:type="dxa" w:w="764"/>
          </w:tcPr>
          <w:p>
            <w:r/>
            <w:r>
              <w:rPr>
                <w:rFonts w:ascii="Arial" w:hAnsi="Arial" w:cs="Arial" w:eastAsia="Arial"/>
                <w:b w:val="0"/>
                <w:i w:val="0"/>
                <w:color w:val="231A2E"/>
                <w:sz w:val="18"/>
              </w:rPr>
              <w:t>11</w:t>
            </w:r>
          </w:p>
        </w:tc>
        <w:tc>
          <w:tcPr>
            <w:tcW w:type="dxa" w:w="1911"/>
          </w:tcPr>
          <w:p>
            <w:r/>
            <w:r>
              <w:rPr>
                <w:rFonts w:ascii="Arial" w:hAnsi="Arial" w:cs="Arial" w:eastAsia="Arial"/>
                <w:b w:val="0"/>
                <w:i w:val="0"/>
                <w:color w:val="231A2E"/>
                <w:sz w:val="18"/>
              </w:rPr>
            </w:r>
          </w:p>
        </w:tc>
        <w:tc>
          <w:tcPr>
            <w:tcW w:type="dxa" w:w="1911"/>
          </w:tcPr>
          <w:p>
            <w:r/>
            <w:r>
              <w:rPr>
                <w:rFonts w:ascii="Arial" w:hAnsi="Arial" w:cs="Arial" w:eastAsia="Arial"/>
                <w:b w:val="0"/>
                <w:i w:val="0"/>
                <w:color w:val="231A2E"/>
                <w:sz w:val="18"/>
              </w:rPr>
            </w:r>
          </w:p>
        </w:tc>
        <w:tc>
          <w:tcPr>
            <w:tcW w:type="dxa" w:w="2293"/>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t>[    ]</w:t>
            </w:r>
          </w:p>
        </w:tc>
        <w:tc>
          <w:tcPr>
            <w:tcW w:type="dxa" w:w="764"/>
          </w:tcPr>
          <w:p>
            <w:r/>
            <w:r>
              <w:rPr>
                <w:rFonts w:ascii="Arial" w:hAnsi="Arial" w:cs="Arial" w:eastAsia="Arial"/>
                <w:b w:val="0"/>
                <w:i w:val="0"/>
                <w:color w:val="231A2E"/>
                <w:sz w:val="18"/>
              </w:rPr>
              <w:t>[    ]</w:t>
            </w:r>
          </w:p>
        </w:tc>
      </w:tr>
      <w:tr>
        <w:trPr>
          <w:trHeight w:val="480"/>
        </w:trPr>
        <w:tc>
          <w:tcPr>
            <w:tcW w:type="dxa" w:w="764"/>
          </w:tcPr>
          <w:p>
            <w:r/>
            <w:r>
              <w:rPr>
                <w:rFonts w:ascii="Arial" w:hAnsi="Arial" w:cs="Arial" w:eastAsia="Arial"/>
                <w:b w:val="0"/>
                <w:i w:val="0"/>
                <w:color w:val="231A2E"/>
                <w:sz w:val="18"/>
              </w:rPr>
              <w:t>12</w:t>
            </w:r>
          </w:p>
        </w:tc>
        <w:tc>
          <w:tcPr>
            <w:tcW w:type="dxa" w:w="1911"/>
          </w:tcPr>
          <w:p>
            <w:r/>
            <w:r>
              <w:rPr>
                <w:rFonts w:ascii="Arial" w:hAnsi="Arial" w:cs="Arial" w:eastAsia="Arial"/>
                <w:b w:val="0"/>
                <w:i w:val="0"/>
                <w:color w:val="231A2E"/>
                <w:sz w:val="18"/>
              </w:rPr>
            </w:r>
          </w:p>
        </w:tc>
        <w:tc>
          <w:tcPr>
            <w:tcW w:type="dxa" w:w="1911"/>
          </w:tcPr>
          <w:p>
            <w:r/>
            <w:r>
              <w:rPr>
                <w:rFonts w:ascii="Arial" w:hAnsi="Arial" w:cs="Arial" w:eastAsia="Arial"/>
                <w:b w:val="0"/>
                <w:i w:val="0"/>
                <w:color w:val="231A2E"/>
                <w:sz w:val="18"/>
              </w:rPr>
            </w:r>
          </w:p>
        </w:tc>
        <w:tc>
          <w:tcPr>
            <w:tcW w:type="dxa" w:w="2293"/>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t>[    ]</w:t>
            </w:r>
          </w:p>
        </w:tc>
        <w:tc>
          <w:tcPr>
            <w:tcW w:type="dxa" w:w="764"/>
          </w:tcPr>
          <w:p>
            <w:r/>
            <w:r>
              <w:rPr>
                <w:rFonts w:ascii="Arial" w:hAnsi="Arial" w:cs="Arial" w:eastAsia="Arial"/>
                <w:b w:val="0"/>
                <w:i w:val="0"/>
                <w:color w:val="231A2E"/>
                <w:sz w:val="18"/>
              </w:rPr>
              <w:t>[    ]</w:t>
            </w:r>
          </w:p>
        </w:tc>
      </w:tr>
      <w:tr>
        <w:trPr>
          <w:trHeight w:val="480"/>
        </w:trPr>
        <w:tc>
          <w:tcPr>
            <w:tcW w:type="dxa" w:w="764"/>
          </w:tcPr>
          <w:p>
            <w:r/>
            <w:r>
              <w:rPr>
                <w:rFonts w:ascii="Arial" w:hAnsi="Arial" w:cs="Arial" w:eastAsia="Arial"/>
                <w:b w:val="0"/>
                <w:i w:val="0"/>
                <w:color w:val="231A2E"/>
                <w:sz w:val="18"/>
              </w:rPr>
              <w:t>13</w:t>
            </w:r>
          </w:p>
        </w:tc>
        <w:tc>
          <w:tcPr>
            <w:tcW w:type="dxa" w:w="1911"/>
          </w:tcPr>
          <w:p>
            <w:r/>
            <w:r>
              <w:rPr>
                <w:rFonts w:ascii="Arial" w:hAnsi="Arial" w:cs="Arial" w:eastAsia="Arial"/>
                <w:b w:val="0"/>
                <w:i w:val="0"/>
                <w:color w:val="231A2E"/>
                <w:sz w:val="18"/>
              </w:rPr>
            </w:r>
          </w:p>
        </w:tc>
        <w:tc>
          <w:tcPr>
            <w:tcW w:type="dxa" w:w="1911"/>
          </w:tcPr>
          <w:p>
            <w:r/>
            <w:r>
              <w:rPr>
                <w:rFonts w:ascii="Arial" w:hAnsi="Arial" w:cs="Arial" w:eastAsia="Arial"/>
                <w:b w:val="0"/>
                <w:i w:val="0"/>
                <w:color w:val="231A2E"/>
                <w:sz w:val="18"/>
              </w:rPr>
            </w:r>
          </w:p>
        </w:tc>
        <w:tc>
          <w:tcPr>
            <w:tcW w:type="dxa" w:w="2293"/>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t>[    ]</w:t>
            </w:r>
          </w:p>
        </w:tc>
        <w:tc>
          <w:tcPr>
            <w:tcW w:type="dxa" w:w="764"/>
          </w:tcPr>
          <w:p>
            <w:r/>
            <w:r>
              <w:rPr>
                <w:rFonts w:ascii="Arial" w:hAnsi="Arial" w:cs="Arial" w:eastAsia="Arial"/>
                <w:b w:val="0"/>
                <w:i w:val="0"/>
                <w:color w:val="231A2E"/>
                <w:sz w:val="18"/>
              </w:rPr>
              <w:t>[    ]</w:t>
            </w:r>
          </w:p>
        </w:tc>
      </w:tr>
      <w:tr>
        <w:trPr>
          <w:trHeight w:val="480"/>
        </w:trPr>
        <w:tc>
          <w:tcPr>
            <w:tcW w:type="dxa" w:w="764"/>
          </w:tcPr>
          <w:p>
            <w:r/>
            <w:r>
              <w:rPr>
                <w:rFonts w:ascii="Arial" w:hAnsi="Arial" w:cs="Arial" w:eastAsia="Arial"/>
                <w:b w:val="0"/>
                <w:i w:val="0"/>
                <w:color w:val="231A2E"/>
                <w:sz w:val="18"/>
              </w:rPr>
              <w:t>14</w:t>
            </w:r>
          </w:p>
        </w:tc>
        <w:tc>
          <w:tcPr>
            <w:tcW w:type="dxa" w:w="1911"/>
          </w:tcPr>
          <w:p>
            <w:r/>
            <w:r>
              <w:rPr>
                <w:rFonts w:ascii="Arial" w:hAnsi="Arial" w:cs="Arial" w:eastAsia="Arial"/>
                <w:b w:val="0"/>
                <w:i w:val="0"/>
                <w:color w:val="231A2E"/>
                <w:sz w:val="18"/>
              </w:rPr>
            </w:r>
          </w:p>
        </w:tc>
        <w:tc>
          <w:tcPr>
            <w:tcW w:type="dxa" w:w="1911"/>
          </w:tcPr>
          <w:p>
            <w:r/>
            <w:r>
              <w:rPr>
                <w:rFonts w:ascii="Arial" w:hAnsi="Arial" w:cs="Arial" w:eastAsia="Arial"/>
                <w:b w:val="0"/>
                <w:i w:val="0"/>
                <w:color w:val="231A2E"/>
                <w:sz w:val="18"/>
              </w:rPr>
            </w:r>
          </w:p>
        </w:tc>
        <w:tc>
          <w:tcPr>
            <w:tcW w:type="dxa" w:w="2293"/>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t>[    ]</w:t>
            </w:r>
          </w:p>
        </w:tc>
        <w:tc>
          <w:tcPr>
            <w:tcW w:type="dxa" w:w="764"/>
          </w:tcPr>
          <w:p>
            <w:r/>
            <w:r>
              <w:rPr>
                <w:rFonts w:ascii="Arial" w:hAnsi="Arial" w:cs="Arial" w:eastAsia="Arial"/>
                <w:b w:val="0"/>
                <w:i w:val="0"/>
                <w:color w:val="231A2E"/>
                <w:sz w:val="18"/>
              </w:rPr>
              <w:t>[    ]</w:t>
            </w:r>
          </w:p>
        </w:tc>
      </w:tr>
      <w:tr>
        <w:trPr>
          <w:trHeight w:val="480"/>
        </w:trPr>
        <w:tc>
          <w:tcPr>
            <w:tcW w:type="dxa" w:w="764"/>
          </w:tcPr>
          <w:p>
            <w:r/>
            <w:r>
              <w:rPr>
                <w:rFonts w:ascii="Arial" w:hAnsi="Arial" w:cs="Arial" w:eastAsia="Arial"/>
                <w:b w:val="0"/>
                <w:i w:val="0"/>
                <w:color w:val="231A2E"/>
                <w:sz w:val="18"/>
              </w:rPr>
              <w:t>15</w:t>
            </w:r>
          </w:p>
        </w:tc>
        <w:tc>
          <w:tcPr>
            <w:tcW w:type="dxa" w:w="1911"/>
          </w:tcPr>
          <w:p>
            <w:r/>
            <w:r>
              <w:rPr>
                <w:rFonts w:ascii="Arial" w:hAnsi="Arial" w:cs="Arial" w:eastAsia="Arial"/>
                <w:b w:val="0"/>
                <w:i w:val="0"/>
                <w:color w:val="231A2E"/>
                <w:sz w:val="18"/>
              </w:rPr>
            </w:r>
          </w:p>
        </w:tc>
        <w:tc>
          <w:tcPr>
            <w:tcW w:type="dxa" w:w="1911"/>
          </w:tcPr>
          <w:p>
            <w:r/>
            <w:r>
              <w:rPr>
                <w:rFonts w:ascii="Arial" w:hAnsi="Arial" w:cs="Arial" w:eastAsia="Arial"/>
                <w:b w:val="0"/>
                <w:i w:val="0"/>
                <w:color w:val="231A2E"/>
                <w:sz w:val="18"/>
              </w:rPr>
            </w:r>
          </w:p>
        </w:tc>
        <w:tc>
          <w:tcPr>
            <w:tcW w:type="dxa" w:w="2293"/>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r>
          </w:p>
        </w:tc>
        <w:tc>
          <w:tcPr>
            <w:tcW w:type="dxa" w:w="764"/>
          </w:tcPr>
          <w:p>
            <w:r/>
            <w:r>
              <w:rPr>
                <w:rFonts w:ascii="Arial" w:hAnsi="Arial" w:cs="Arial" w:eastAsia="Arial"/>
                <w:b w:val="0"/>
                <w:i w:val="0"/>
                <w:color w:val="231A2E"/>
                <w:sz w:val="18"/>
              </w:rPr>
              <w:t>[    ]</w:t>
            </w:r>
          </w:p>
        </w:tc>
        <w:tc>
          <w:tcPr>
            <w:tcW w:type="dxa" w:w="764"/>
          </w:tcPr>
          <w:p>
            <w:r/>
            <w:r>
              <w:rPr>
                <w:rFonts w:ascii="Arial" w:hAnsi="Arial" w:cs="Arial" w:eastAsia="Arial"/>
                <w:b w:val="0"/>
                <w:i w:val="0"/>
                <w:color w:val="231A2E"/>
                <w:sz w:val="18"/>
              </w:rPr>
              <w:t>[    ]</w:t>
            </w:r>
          </w:p>
        </w:tc>
      </w:tr>
    </w:tbl>
    <w:p>
      <w:pPr>
        <w:spacing w:after="40"/>
      </w:pPr>
    </w:p>
    <w:p>
      <w:pPr>
        <w:spacing w:after="100"/>
      </w:pPr>
      <w:r>
        <w:rPr>
          <w:rFonts w:ascii="Arial" w:hAnsi="Arial" w:cs="Arial" w:eastAsia="Arial"/>
          <w:b w:val="0"/>
          <w:i w:val="0"/>
          <w:color w:val="231A2E"/>
          <w:sz w:val="20"/>
        </w:rPr>
        <w:t>Items on this page: ______     Orders on this page: ______     Money taken: $ ______________</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color w:val="5E5468"/>
        <w:sz w:val="16"/>
      </w:rPr>
      <w:t>Made by HornetForms, https://hornetforms.com/blog/pre-order-form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Pre-order form</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