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Pledge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Organization: ______________________________     Campaign or fund: 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 you for your pledge. Please fill in this form and hand it to us, or return it to ______________________ (name, email or address).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About you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Full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Email: ________________________________________     Phone (optional): 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Mailing address (optional, if you would like your thank-you letter by post)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name as you would like it in our donor list (for example: The Garcia family)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Please list the name above     [    ] Please do not list my name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pledge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total amount I pledge: $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My giving plan, in my own words (for example: all by December 31)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 plan to finish my pledge by (date, optional): 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 gift today (optional)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Yes, all of my pledge today     [    ] Yes, part of it today: $__________     [    ] Not today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Paid by:     [    ] Cash     [    ] Check     [    ] Card or online     [    ] Other: 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pledge statement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I intend to give the amount above, in the way and by the date I wrote above.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Signature: ____________________________________________     Date: 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our team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Pledge ID: ______________     Date received: ______________     Received by: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Gift received today: $__________     Next follow-up date (your own):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Added to the pledge tracker:     [    ] Yes     Gift acknowledged on: ______________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Why we ask: we use these details to record your pledge, to thank you for each gift and to contact you about your pledge.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https://hornetforms.com/blog/pledge-form-template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Pledge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