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Pledge cards</w:t>
      </w:r>
    </w:p>
    <w:p>
      <w:pPr>
        <w:spacing w:after="100"/>
      </w:pPr>
      <w:r>
        <w:rPr>
          <w:rFonts w:ascii="Arial" w:hAnsi="Arial" w:cs="Arial" w:eastAsia="Arial"/>
          <w:b w:val="0"/>
          <w:i/>
          <w:color w:val="5E5468"/>
          <w:sz w:val="17"/>
        </w:rPr>
        <w:t>Two cards per page. Print, cut along the line, and set them out on tables or hand them round. Type each card into the pledge tracker once the event is over.</w:t>
      </w:r>
    </w:p>
    <w:p>
      <w:pPr>
        <w:keepNext/>
        <w:spacing w:before="240" w:after="80"/>
      </w:pPr>
      <w:r>
        <w:rPr>
          <w:rFonts w:ascii="Arial" w:hAnsi="Arial" w:cs="Arial" w:eastAsia="Arial"/>
          <w:b/>
          <w:i w:val="0"/>
          <w:color w:val="231A2E"/>
          <w:sz w:val="28"/>
        </w:rPr>
        <w:t>Pledge card</w:t>
      </w:r>
    </w:p>
    <w:p>
      <w:pPr>
        <w:spacing w:after="100"/>
      </w:pPr>
      <w:r>
        <w:rPr>
          <w:rFonts w:ascii="Arial" w:hAnsi="Arial" w:cs="Arial" w:eastAsia="Arial"/>
          <w:b w:val="0"/>
          <w:i w:val="0"/>
          <w:color w:val="231A2E"/>
          <w:sz w:val="20"/>
        </w:rPr>
        <w:t>Campaign or fund: ____________________________     Date: ______________</w:t>
      </w:r>
    </w:p>
    <w:p>
      <w:pPr>
        <w:spacing w:after="100"/>
      </w:pPr>
      <w:r>
        <w:rPr>
          <w:rFonts w:ascii="Arial" w:hAnsi="Arial" w:cs="Arial" w:eastAsia="Arial"/>
          <w:b w:val="0"/>
          <w:i w:val="0"/>
          <w:color w:val="231A2E"/>
          <w:sz w:val="20"/>
        </w:rPr>
        <w:t>Name: ________________________________________________________________</w:t>
      </w:r>
    </w:p>
    <w:p>
      <w:pPr>
        <w:spacing w:after="100"/>
      </w:pPr>
      <w:r>
        <w:rPr>
          <w:rFonts w:ascii="Arial" w:hAnsi="Arial" w:cs="Arial" w:eastAsia="Arial"/>
          <w:b w:val="0"/>
          <w:i w:val="0"/>
          <w:color w:val="231A2E"/>
          <w:sz w:val="20"/>
        </w:rPr>
        <w:t>Email or phone: _______________________________________________________</w:t>
      </w:r>
    </w:p>
    <w:p>
      <w:pPr>
        <w:spacing w:after="100"/>
      </w:pPr>
      <w:r>
        <w:rPr>
          <w:rFonts w:ascii="Arial" w:hAnsi="Arial" w:cs="Arial" w:eastAsia="Arial"/>
          <w:b w:val="0"/>
          <w:i w:val="0"/>
          <w:color w:val="231A2E"/>
          <w:sz w:val="20"/>
        </w:rPr>
        <w:t>I pledge a total of $______________</w:t>
      </w:r>
    </w:p>
    <w:p>
      <w:pPr>
        <w:spacing w:after="100"/>
      </w:pPr>
      <w:r>
        <w:rPr>
          <w:rFonts w:ascii="Arial" w:hAnsi="Arial" w:cs="Arial" w:eastAsia="Arial"/>
          <w:b w:val="0"/>
          <w:i w:val="0"/>
          <w:color w:val="231A2E"/>
          <w:sz w:val="20"/>
        </w:rPr>
        <w:t>My giving plan, in my own words: ______________________________________</w:t>
      </w:r>
    </w:p>
    <w:p>
      <w:pPr>
        <w:spacing w:after="100"/>
      </w:pPr>
      <w:r>
        <w:rPr>
          <w:rFonts w:ascii="Arial" w:hAnsi="Arial" w:cs="Arial" w:eastAsia="Arial"/>
          <w:b w:val="0"/>
          <w:i w:val="0"/>
          <w:color w:val="231A2E"/>
          <w:sz w:val="20"/>
        </w:rPr>
        <w:t>I plan to finish by: ______________     A gift today: $__________ or [    ] Not today</w:t>
      </w:r>
    </w:p>
    <w:p>
      <w:pPr>
        <w:spacing w:after="100"/>
      </w:pPr>
      <w:r>
        <w:rPr>
          <w:rFonts w:ascii="Arial" w:hAnsi="Arial" w:cs="Arial" w:eastAsia="Arial"/>
          <w:b w:val="0"/>
          <w:i w:val="0"/>
          <w:color w:val="231A2E"/>
          <w:sz w:val="20"/>
        </w:rPr>
        <w:t>[    ] Please do not list my name in our donor list</w:t>
      </w:r>
    </w:p>
    <w:p>
      <w:pPr>
        <w:spacing w:after="100"/>
      </w:pPr>
      <w:r>
        <w:rPr>
          <w:rFonts w:ascii="Arial" w:hAnsi="Arial" w:cs="Arial" w:eastAsia="Arial"/>
          <w:b w:val="0"/>
          <w:i w:val="0"/>
          <w:color w:val="231A2E"/>
          <w:sz w:val="20"/>
        </w:rPr>
        <w:t>Signature: ______________________________________</w:t>
      </w:r>
    </w:p>
    <w:p>
      <w:pPr>
        <w:spacing w:after="100"/>
      </w:pPr>
      <w:r>
        <w:rPr>
          <w:rFonts w:ascii="Arial" w:hAnsi="Arial" w:cs="Arial" w:eastAsia="Arial"/>
          <w:b w:val="0"/>
          <w:i/>
          <w:color w:val="5E5468"/>
          <w:sz w:val="17"/>
        </w:rPr>
        <w:t>For our team: Pledge ID ____________     Next follow-up date (your own) ____________</w:t>
      </w:r>
    </w:p>
    <w:p>
      <w:pPr>
        <w:spacing w:after="100"/>
      </w:pPr>
      <w:r>
        <w:rPr>
          <w:rFonts w:ascii="Arial" w:hAnsi="Arial" w:cs="Arial" w:eastAsia="Arial"/>
          <w:b w:val="0"/>
          <w:i w:val="0"/>
          <w:color w:val="231A2E"/>
          <w:sz w:val="20"/>
        </w:rPr>
        <w:t xml:space="preserve"> </w:t>
      </w:r>
    </w:p>
    <w:p>
      <w:pPr>
        <w:spacing w:after="100"/>
      </w:pPr>
      <w:r>
        <w:rPr>
          <w:rFonts w:ascii="Arial" w:hAnsi="Arial" w:cs="Arial" w:eastAsia="Arial"/>
          <w:b w:val="0"/>
          <w:i w:val="0"/>
          <w:color w:val="231A2E"/>
          <w:sz w:val="20"/>
        </w:rPr>
        <w:t xml:space="preserve"> </w:t>
      </w:r>
    </w:p>
    <w:p>
      <w:pPr>
        <w:spacing w:after="100"/>
      </w:pPr>
      <w:r>
        <w:rPr>
          <w:rFonts w:ascii="Arial" w:hAnsi="Arial" w:cs="Arial" w:eastAsia="Arial"/>
          <w:b w:val="0"/>
          <w:i/>
          <w:color w:val="5E5468"/>
          <w:sz w:val="17"/>
        </w:rPr>
        <w:t>- - - - - - - - - - - - - - - - - - - - cut here - - - - - - - - - - - - - - - - - - - -</w:t>
      </w:r>
    </w:p>
    <w:p>
      <w:pPr>
        <w:keepNext/>
        <w:spacing w:before="240" w:after="80"/>
      </w:pPr>
      <w:r>
        <w:rPr>
          <w:rFonts w:ascii="Arial" w:hAnsi="Arial" w:cs="Arial" w:eastAsia="Arial"/>
          <w:b/>
          <w:i w:val="0"/>
          <w:color w:val="231A2E"/>
          <w:sz w:val="28"/>
        </w:rPr>
        <w:t>Pledge card</w:t>
      </w:r>
    </w:p>
    <w:p>
      <w:pPr>
        <w:spacing w:after="100"/>
      </w:pPr>
      <w:r>
        <w:rPr>
          <w:rFonts w:ascii="Arial" w:hAnsi="Arial" w:cs="Arial" w:eastAsia="Arial"/>
          <w:b w:val="0"/>
          <w:i w:val="0"/>
          <w:color w:val="231A2E"/>
          <w:sz w:val="20"/>
        </w:rPr>
        <w:t>Campaign or fund: ____________________________     Date: ______________</w:t>
      </w:r>
    </w:p>
    <w:p>
      <w:pPr>
        <w:spacing w:after="100"/>
      </w:pPr>
      <w:r>
        <w:rPr>
          <w:rFonts w:ascii="Arial" w:hAnsi="Arial" w:cs="Arial" w:eastAsia="Arial"/>
          <w:b w:val="0"/>
          <w:i w:val="0"/>
          <w:color w:val="231A2E"/>
          <w:sz w:val="20"/>
        </w:rPr>
        <w:t>Name: ________________________________________________________________</w:t>
      </w:r>
    </w:p>
    <w:p>
      <w:pPr>
        <w:spacing w:after="100"/>
      </w:pPr>
      <w:r>
        <w:rPr>
          <w:rFonts w:ascii="Arial" w:hAnsi="Arial" w:cs="Arial" w:eastAsia="Arial"/>
          <w:b w:val="0"/>
          <w:i w:val="0"/>
          <w:color w:val="231A2E"/>
          <w:sz w:val="20"/>
        </w:rPr>
        <w:t>Email or phone: _______________________________________________________</w:t>
      </w:r>
    </w:p>
    <w:p>
      <w:pPr>
        <w:spacing w:after="100"/>
      </w:pPr>
      <w:r>
        <w:rPr>
          <w:rFonts w:ascii="Arial" w:hAnsi="Arial" w:cs="Arial" w:eastAsia="Arial"/>
          <w:b w:val="0"/>
          <w:i w:val="0"/>
          <w:color w:val="231A2E"/>
          <w:sz w:val="20"/>
        </w:rPr>
        <w:t>I pledge a total of $______________</w:t>
      </w:r>
    </w:p>
    <w:p>
      <w:pPr>
        <w:spacing w:after="100"/>
      </w:pPr>
      <w:r>
        <w:rPr>
          <w:rFonts w:ascii="Arial" w:hAnsi="Arial" w:cs="Arial" w:eastAsia="Arial"/>
          <w:b w:val="0"/>
          <w:i w:val="0"/>
          <w:color w:val="231A2E"/>
          <w:sz w:val="20"/>
        </w:rPr>
        <w:t>My giving plan, in my own words: ______________________________________</w:t>
      </w:r>
    </w:p>
    <w:p>
      <w:pPr>
        <w:spacing w:after="100"/>
      </w:pPr>
      <w:r>
        <w:rPr>
          <w:rFonts w:ascii="Arial" w:hAnsi="Arial" w:cs="Arial" w:eastAsia="Arial"/>
          <w:b w:val="0"/>
          <w:i w:val="0"/>
          <w:color w:val="231A2E"/>
          <w:sz w:val="20"/>
        </w:rPr>
        <w:t>I plan to finish by: ______________     A gift today: $__________ or [    ] Not today</w:t>
      </w:r>
    </w:p>
    <w:p>
      <w:pPr>
        <w:spacing w:after="100"/>
      </w:pPr>
      <w:r>
        <w:rPr>
          <w:rFonts w:ascii="Arial" w:hAnsi="Arial" w:cs="Arial" w:eastAsia="Arial"/>
          <w:b w:val="0"/>
          <w:i w:val="0"/>
          <w:color w:val="231A2E"/>
          <w:sz w:val="20"/>
        </w:rPr>
        <w:t>[    ] Please do not list my name in our donor list</w:t>
      </w:r>
    </w:p>
    <w:p>
      <w:pPr>
        <w:spacing w:after="100"/>
      </w:pPr>
      <w:r>
        <w:rPr>
          <w:rFonts w:ascii="Arial" w:hAnsi="Arial" w:cs="Arial" w:eastAsia="Arial"/>
          <w:b w:val="0"/>
          <w:i w:val="0"/>
          <w:color w:val="231A2E"/>
          <w:sz w:val="20"/>
        </w:rPr>
        <w:t>Signature: ______________________________________</w:t>
      </w:r>
    </w:p>
    <w:p>
      <w:pPr>
        <w:spacing w:after="100"/>
      </w:pPr>
      <w:r>
        <w:rPr>
          <w:rFonts w:ascii="Arial" w:hAnsi="Arial" w:cs="Arial" w:eastAsia="Arial"/>
          <w:b w:val="0"/>
          <w:i/>
          <w:color w:val="5E5468"/>
          <w:sz w:val="17"/>
        </w:rPr>
        <w:t>For our team: Pledge ID ____________     Next follow-up date (your own) ____________</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https://hornetforms.com/blog/pledge-form-template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Pledge cards</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