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Online wedding RSVP wording and questions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Copy-ready wording for your invitation card and wedding website, the messages that send your RSVP link, and the questions to ask. Change everything in [brackets].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Invitation card wording for an online RSVP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Every card needs three things: the reply-by date, where to reply, and a way to reply for guests who would rather call. Use a short link people can type, like forms.hornetforms.com/f/garcia-wedding.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231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Style</w:t>
            </w:r>
          </w:p>
        </w:tc>
        <w:tc>
          <w:tcPr>
            <w:tcW w:type="dxa" w:w="761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Wording for an online RSVP card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Classic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Kindly respond by [May 15]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Formal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Kindly reply on or before the [fifteenth of May]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Casual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you make it? Let us know by [May 15]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Link and QR code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Reply online by [May 15]: scan the code or type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Wedding website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Please RSVP on our wedding website by [May 15]: [website address].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Seats in your name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 have saved [two] seats in your name. Reply by [May 15]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With a guest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 are welcome to bring a guest. Add their name and meal when you reply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Adults only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 love your little ones, but our celebration is for adults only. Please reply by [May 15] at [short link].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Meal choice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Please choose a meal for each guest when you reply online by [May 15].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Weekend of events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Tell us which events you will join, and pick a meal for each guest, at [short link] by [May 15].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Destination wedding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Reply by [April 1] at [short link] so we can hold your hotel room and shuttle seat.</w:t>
            </w:r>
          </w:p>
        </w:tc>
      </w:tr>
      <w:tr>
        <w:trPr>
          <w:trHeight w:val="480"/>
        </w:trPr>
        <w:tc>
          <w:tcPr>
            <w:tcW w:type="dxa" w:w="23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Insert for paper invitations</w:t>
            </w:r>
          </w:p>
        </w:tc>
        <w:tc>
          <w:tcPr>
            <w:tcW w:type="dxa" w:w="76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 are collecting replies online. Please RSVP at [short link] by [May 15]. Rather call? [Name], [phone].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Wedding website RSVP page wording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RSVP page intro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 can't wait to celebrate with you! Please reply by [May 15] so we can give our caterer a final count. It only takes a couple of minutes.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One reply per household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Reply once for your whole household. Count everyone named on your invitation, children included, and pick a meal for each person.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Deadline line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Online RSVPs close at [11:59 pm] on [May 15]. After that, please call or text [name] at [phone].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Can I bring a guest?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your invitation says "and guest", yes! Count them when you reply and add their name and meal. If it doesn't, we are keeping things small, and we hope you understand.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Are children invited?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[Children named on your invitation are very welcome.] or [Our celebration is for adults only. We hope you enjoy a night off!]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What if my plans change?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Just let us know at [phone or email] as soon as you can.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I lost my invitation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No problem. Go to [short link] and type your household name as it appears on your envelope.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Messages that send your RSVP link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with the link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Our wedding: please RSVP by [May 15]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 we're getting married on [June 14] in [city], and we would love you there. Please reply for your household at [short link] by [May 15]. You can pick your meals there too. Love, [names]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Text message with the link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[name]! Our wedding RSVP is open: [short link]. Please reply by [May 15]. Can't wait to see you! [names]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A nudge for late replies (your own message)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 we're sending final numbers to the caterer on [May 20]. Could you reply at [short link] when you get a minute? Thank you!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Closed-form message (plain text, up to 500 characters, no links)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Online RSVPs for [names]' wedding closed on [May 15]. Still need to reply? Call or text [name] at [phone].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Confirmation email to guests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Turn on the respondent email in the form's notification settings and pick the "Best email for wedding updates" question as the address. Subject: Thanks for your RSVP!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Body: Thank you for replying. We've saved your answers. Find the schedule, hotel details and directions on our [wedding website](https://example.com). If your plans change, please let us know.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body can use **bold**, *italic* and links written as [text](url), which arrive clickable.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Questions to ask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These are the 17 questions in the free wedding RSVP template in HornetForms, in four pages: Your reply, Who's coming, Travel and the party, and A note for the couple.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57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86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50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 and notes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 Household or family name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Its prefill parameter is household, so a link ending in ?household=The+Okafor+Family fills it in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 Best email for wedding updates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Email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Pick it as the address for the confirmation email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 Will you be joining us?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Joyfully accepts / Regretfully declines. A decline jumps to the note for the couple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 How many of you are coming?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Dropdown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1, 2, 3 or 4. "Count everyone on your invitation who's coming, children included."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 to 12 Each guest's full name and meal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 and Multiple choice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name and one meal per guest. Logic shows as many pairs as the count. Meals: Chicken, Fish, Vegetarian, Child's meal (swap in your menu)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 Allergies or dietary needs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Optional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 Would you like a room in our hotel block?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Yes, please send the details / No, we've sorted our own stay / Not sure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 Will you ride the shuttle between the hotel and the venue?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Multiple choice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Yes / No / Not sure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16 What song gets you on the dance floor?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Optional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17 Your message to the couple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Optional. Guests who decline see this page only</w:t>
            </w:r>
          </w:p>
        </w:tc>
      </w:tr>
    </w:tbl>
    <w:p>
      <w:pPr>
        <w:spacing w:after="40"/>
      </w:pP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Optional questions to add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Add any of these in the editor. Each one is a plain question; put it on the page where it fits.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3571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86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450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Options and notes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Which events will you join?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Welcome drinks (Friday), Ceremony and reception (Saturday), Farewell brunch (Sunday)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 of these food allergies in your group?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Checkboxes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Milk, Eggs, Fish, Crustacean shellfish, Tree nuts, Peanuts, Wheat, Soybeans, Sesame, None of these. Keep the long-answer question for anything else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Ages of children coming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Helps the caterer and the venue plan kids' meals and high chairs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Anything that would make the day easier for you?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For example: step-free access, a seat near the front, a quiet place to rest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Mobile number for day-of updates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Phone number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Optional. Say what you will use it for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Mailing address for your thank-you card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Long answer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Optional. Saves you a second round of messages later</w:t>
            </w:r>
          </w:p>
        </w:tc>
      </w:tr>
      <w:tr>
        <w:trPr>
          <w:trHeight w:val="480"/>
        </w:trPr>
        <w:tc>
          <w:tcPr>
            <w:tcW w:type="dxa" w:w="3571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When do you plan to arrive?</w:t>
            </w:r>
          </w:p>
        </w:tc>
        <w:tc>
          <w:tcPr>
            <w:tcW w:type="dxa" w:w="186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Date</w:t>
            </w:r>
          </w:p>
        </w:tc>
        <w:tc>
          <w:tcPr>
            <w:tcW w:type="dxa" w:w="450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For destination weddings and welcome events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Allergy options: the nine major food allergens named by the US Food and Drug Administration, "Food Allergies", https://www.fda.gov/food/nutrition-food-labeling-and-critical-foods/food-allergies (accessed 28 October 2026). Pass every answer to your caterer as written.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Before you send the link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Pick your RSVP deadline: one to two weeks before your caterer needs the final count, so you have time to nudge late replies.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Swap the four meal choices for your real menu.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Add or remove questions. Ask only what you will use.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Publish the form, set a short custom slug and test it on your own phone.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Set the close date and time to match the date on your cards, and write your closed-form message.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Turn on the confirmation email to guests and an email to yourself for each new response.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Connect Google Sheets if you want a live guest list you can sort and share.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Print the link and the QR code on the card, and put the link on your wedding website.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week before the deadline, check who is missing and send your own nudge.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Your RSVP plan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RSVP deadline (date and time):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Caterer's final count due: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Short link: forms.hornetforms.com/f/______________________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Who answers calls and texts: 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Nudge late replies on: ______________________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https://hornetforms.com/blog/online-wedding-rsvp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wedding RSVP wording and questions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