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RSVP question sets and invite wording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Copy-ready question sets for a party, a baby shower, a graduation party and a work event, with invite wording, a closed-form message and a confirmation email for each.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pack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1. Pick the set that fits your event. Every set starts with the same two questions: a name and a yes or no.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2. Build it in any online form tool. In HornetForms, start from the free RSVP template and change the questions to match, or import online-rsvp-sample-import.csv to get the core questions in one step.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3. Put the two first questions on page 1 and the rest on page 2. Then a guest who can't come jumps straight to the end.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4. Swap the names, dates and [brackets] in the wording for your own. The guide is at https://hornetforms.com/blog/online-rsvp.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core online RSVP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Six questions cover most events. Add one or two from the sets below if you need them, and stop there.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52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Options, settings and logic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name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 For a family invite, ask for the household name instead.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Will you be there?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Yes, No. Required. Logic: when the answer is No, jump to the end, so a guest who can't come answers two questions and sees your thank-you screen.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many people are coming with you?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Description: Not counting you. Min 0, a Max that fits your space, Whole numbers only.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food allergies or dietary needs?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None, Vegetarian, Vegan, Gluten-free, Dairy-free, Nut allergy, Other. Logic: show a short answer "Tell us more" when Other is ticked.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Email for your confirmation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Email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 Pick it in the notification settings to send a confirmation email.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Anything else we should know?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Birthday or house party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Works for a kids' party or a grown-up one. Delete the drop-off questions for adults.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52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Options, settings and logic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name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you make it?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Yes, No. Required. Logic: No jumps to the end.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many adults are coming, counting you?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Min 1, Whole numbers only.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many kids are coming?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Min 0, Whole numbers only.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food allergies or dietary needs?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None, Vegetarian, Vegan, Gluten-free, Dairy-free, Nut allergy, Other. Logic: show a short answer "Tell us more" when Other is ticked.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Will a grown-up stay at the party?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Yes, staying; No, dropping off. Logic: show "Best phone number for pickup" (Phone) when the answer is No, dropping off.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Anything else we should know?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Invite wording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17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</w:t>
            </w:r>
          </w:p>
        </w:tc>
        <w:tc>
          <w:tcPr>
            <w:tcW w:type="dxa" w:w="776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Wording you can copy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Text or chat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Maya is turning 7! Join us on Saturday, June 12, 2 to 4 p.m., at Riverside Park, Shelter B. Tap to RSVP by June 5: [your link]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Card or email line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Please RSVP by June 5. Scan the code or visit [your short link]. One reply per family, please.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Closed-form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RSVPs for Maya's party closed on June 5. Plans changed? Text Sam at [your number].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Confirmation email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Thanks for your RSVP to Maya's party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Body: Thanks for letting us know! If you're coming, here are the details again: Saturday, June 12, 2 to 4 p.m., Riverside Park, Shelter B. [Get directions](your map link). See you there!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Baby shower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Warm and short. The date guess is just for fun, so leave it optional.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52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Options, settings and logic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name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Will you join us?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Joyfully yes, Sadly no. Required. Logic: Sadly no jumps to the end.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many people are coming with you?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Description: Not counting you. Min 0, Whole numbers only.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food allergies or dietary needs?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None, Vegetarian, Vegan, Gluten-free, Dairy-free, Nut allergy, Other. Logic: show a short answer "Tell us more" when Other is ticked.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Guess the baby's birthday (just for fun)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Date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note for the parents-to-be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Mailing address for a thank-you card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 Delete it if you won't mail cards.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Invite wording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17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</w:t>
            </w:r>
          </w:p>
        </w:tc>
        <w:tc>
          <w:tcPr>
            <w:tcW w:type="dxa" w:w="776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Wording you can copy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Text or chat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You're invited to a baby shower for Priya! Sunday, April 25, at 1 p.m., at our place. Can you come? Reply by April 15: [your link]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Card or email line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Kindly reply by April 15 at [your short link].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Closed-form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Replies for Priya's baby shower closed on April 15. Questions? Call Anna at [your number].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Confirmation email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Thanks for your reply to Priya's baby shower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Body: Thank you for replying! If you're joining us, we'll see you on Sunday, April 25, at 1 p.m. Here's the address: [Open the map](your map link). Priya is registered at [the registry](your registry link) if you'd like to look.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Graduation party or open house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Open houses run for hours, so ask when people plan to stop by. It helps you time the food.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52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Options, settings and logic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name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Will you stop by?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Yes, No. Required. Logic: No jumps to the end.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About when will you arrive?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1 to 3 p.m., 3 to 5 p.m., 5 to 7 p.m. (match your hours).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many in your group, counting you?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Min 1, Whole numbers only.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food allergies or dietary needs?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None, Vegetarian, Vegan, Gluten-free, Dairy-free, Nut allergy, Other. Logic: show a short answer "Tell us more" when Other is ticked.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message for the graduate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May we add your message to a memory book?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Yes, No.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Invite wording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17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</w:t>
            </w:r>
          </w:p>
        </w:tc>
        <w:tc>
          <w:tcPr>
            <w:tcW w:type="dxa" w:w="776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Wording you can copy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Text or chat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Jordan graduated! Come celebrate at our open house on Saturday, June 19, any time from 1 to 7 p.m. Let us know by June 12: [your link]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Card or email line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The family of Jordan Lee invites you to an open house in honor of Jordan's graduation. Kindly reply by June 12 at [your short link].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Closed-form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Replies for Jordan's open house closed on June 12. You're still welcome to call us at [your number].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Confirmation email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Thanks for your reply to Jordan's open house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Body: Thanks for replying! If you're coming, drop by any time on Saturday, June 19, between 1 and 7 p.m. [Get directions](your map link).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Work event (team day, lunch or holiday party)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for the work email first: it is your list of names and the address for the confirmation.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52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Options, settings and logic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name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Work email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Email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Required. Pick it in the notification settings for the confirmation email.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 or department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Dropdown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Your list of teams.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Will you attend?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Yes, No. Required. Logic: No jumps to the end.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parts will you join?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Morning session, Lunch, Afternoon session, Evening dinner.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food allergies or dietary needs?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None, Vegetarian, Vegan, Gluten-free, Dairy-free, Nut allergy, Other. Logic: show a short answer "Tell us more" when Other is ticked.</w:t>
            </w:r>
          </w:p>
        </w:tc>
      </w:tr>
      <w:tr>
        <w:trPr>
          <w:trHeight w:val="480"/>
        </w:trPr>
        <w:tc>
          <w:tcPr>
            <w:tcW w:type="dxa" w:w="46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Anything that would make the day easier for you?</w:t>
            </w:r>
          </w:p>
        </w:tc>
        <w:tc>
          <w:tcPr>
            <w:tcW w:type="dxa" w:w="152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Page 2. Optional. Description: For example step-free access or a quiet room.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Invite wording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17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</w:t>
            </w:r>
          </w:p>
        </w:tc>
        <w:tc>
          <w:tcPr>
            <w:tcW w:type="dxa" w:w="776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Wording you can copy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Text or chat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Save your seat: our spring team day is Thursday, May 20, 9 a.m. to 4 p.m., at the Harbor Room, with dinner after. Please reply by Friday, May 14, so we can confirm numbers: [your link]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Card or email line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Please reply by Friday, May 14: [your short link]</w:t>
            </w:r>
          </w:p>
        </w:tc>
      </w:tr>
      <w:tr>
        <w:trPr>
          <w:trHeight w:val="480"/>
        </w:trPr>
        <w:tc>
          <w:tcPr>
            <w:tcW w:type="dxa" w:w="217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Closed-form message</w:t>
            </w:r>
          </w:p>
        </w:tc>
        <w:tc>
          <w:tcPr>
            <w:tcW w:type="dxa" w:w="77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Replies for the spring team day closed on May 14. If your plans changed, message Lee.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Confirmation email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You're on the list for the spring team day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Body: Thanks for replying! If you're coming: Thursday, May 20, 9 a.m. to 4 p.m., Harbor Room, 2nd floor. [Add it to your calendar](your calendar link).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Reply-by lines for any invite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Kindly reply by [date].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Please RSVP by [date] at [your short link].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Let us know by [date] so we can plan the food.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Reply in a minute at [your short link]. No account needed.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Can't make it? Please tell us anyway, so we can plan.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reply per household, please.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 friendly nudge to send from your own phone or email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[name]! We're counting heads for [event] on [date]. Can you let us know by [date]? Here's the link: [your link]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Send it a few days before the reply-by date to anyone who hasn't answered.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Good to know about food allergies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The FDA lists nine major food allergens: "The major food allergens are milk, eggs, fish, Crustacean shellfish, tree nuts, peanuts, wheat, soybeans, and sesame."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Source: U.S. Food and Drug Administration, "Food Allergies", https://www.fda.gov/food/nutrition-food-labeling-and-critical-foods/food-allergies (content current as of 03/11/2026, accessed 28 October 2026).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Seven checkbox options keep the list short. If a guest ticks Nut allergy or Other, the "Tell us more" question lets them say exactly what to avoid.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send the link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Publish the form and open it on your phone. Send one test reply with Yes and one with No.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Check that a No skips the details page.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Set the close date to the evening of your reply-by date, not before it.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Write a closed-form message in plain text, with a phone number or a name to contact.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If space is tight, set a response limit. It counts replies, not people, and a No counts too.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Pick the email question in the notification settings if you want guests to get a confirmation.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Turn on an email to yourself for each new response, or connect Google Sheets.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  ]  Put the link in your invite text, email or card, with the reply-by date beside it.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Notes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Confirmation email: write your own subject (up to 200 characters) and body (up to 5,000). Links written as [text](url) arrive clickable, and **bold** works too.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https://hornetforms.com/blog/online-rsvp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RSVP question sets and invite wording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