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cs="Arial" w:eastAsia="Arial"/>
          <w:b/>
          <w:i w:val="0"/>
          <w:color w:val="231A2E"/>
          <w:sz w:val="44"/>
        </w:rPr>
        <w:t>Online form planning worksheet</w:t>
      </w:r>
    </w:p>
    <w:p>
      <w:pPr>
        <w:spacing w:after="200"/>
      </w:pPr>
      <w:r>
        <w:rPr>
          <w:rFonts w:ascii="Arial" w:hAnsi="Arial" w:cs="Arial" w:eastAsia="Arial"/>
          <w:b w:val="0"/>
          <w:i w:val="0"/>
          <w:color w:val="5E5468"/>
          <w:sz w:val="22"/>
        </w:rPr>
        <w:t>Plan any online form on paper before you build it. Seven short steps, about 20 minutes, one worksheet per form.</w:t>
      </w:r>
    </w:p>
    <w:tbl>
      <w:tblPr>
        <w:tblW w:type="auto" w:w="0"/>
        <w:tblLook w:firstColumn="1" w:firstRow="1" w:lastColumn="0" w:lastRow="0" w:noHBand="0" w:noVBand="1" w:val="04A0"/>
        <w:tblBorders>
          <w:top w:val="single" w:sz="4" w:color="231A2E"/>
          <w:left w:val="single" w:sz="4" w:color="231A2E"/>
          <w:bottom w:val="single" w:sz="4" w:color="231A2E"/>
          <w:right w:val="single" w:sz="4" w:color="231A2E"/>
          <w:insideH w:val="single" w:sz="4" w:color="231A2E"/>
          <w:insideV w:val="single" w:sz="4" w:color="231A2E"/>
        </w:tblBorders>
      </w:tblPr>
      <w:tblGrid>
        <w:gridCol w:w="9936"/>
      </w:tblGrid>
      <w:tr>
        <w:tc>
          <w:tcPr>
            <w:tcW w:type="dxa" w:w="9936"/>
            <w:shd w:val="clear" w:color="auto" w:fill="E4DEFA"/>
          </w:tcPr>
          <w:p>
            <w:r/>
            <w:r>
              <w:rPr>
                <w:rFonts w:ascii="Arial" w:hAnsi="Arial" w:cs="Arial" w:eastAsia="Arial"/>
                <w:b/>
                <w:i w:val="0"/>
                <w:color w:val="231A2E"/>
                <w:sz w:val="22"/>
              </w:rPr>
              <w:t>How to use this worksheet</w:t>
            </w:r>
          </w:p>
          <w:p>
            <w:r>
              <w:rPr>
                <w:rFonts w:ascii="Arial" w:hAnsi="Arial" w:cs="Arial" w:eastAsia="Arial"/>
                <w:b w:val="0"/>
                <w:i w:val="0"/>
                <w:color w:val="231A2E"/>
                <w:sz w:val="20"/>
              </w:rPr>
              <w:t>1. Fill in one worksheet for each form. Work from top to bottom: the purpose comes first.</w:t>
            </w:r>
          </w:p>
          <w:p>
            <w:r>
              <w:rPr>
                <w:rFonts w:ascii="Arial" w:hAnsi="Arial" w:cs="Arial" w:eastAsia="Arial"/>
                <w:b w:val="0"/>
                <w:i w:val="0"/>
                <w:color w:val="231A2E"/>
                <w:sz w:val="20"/>
              </w:rPr>
              <w:t>2. The grey rows are a filled-in example (a contact form for a small design studio). Cross them out or write over them.</w:t>
            </w:r>
          </w:p>
          <w:p>
            <w:r>
              <w:rPr>
                <w:rFonts w:ascii="Arial" w:hAnsi="Arial" w:cs="Arial" w:eastAsia="Arial"/>
                <w:b w:val="0"/>
                <w:i w:val="0"/>
                <w:color w:val="231A2E"/>
                <w:sz w:val="20"/>
              </w:rPr>
              <w:t>3. Keep the worksheet next to you while you build the form, then use the test log in step 7 before you share the link.</w:t>
            </w:r>
          </w:p>
          <w:p>
            <w:r>
              <w:rPr>
                <w:rFonts w:ascii="Arial" w:hAnsi="Arial" w:cs="Arial" w:eastAsia="Arial"/>
                <w:b w:val="0"/>
                <w:i w:val="0"/>
                <w:color w:val="231A2E"/>
                <w:sz w:val="20"/>
              </w:rPr>
              <w:t>4. The steps match the guide at hornetforms.com/blog/how-to-create-an-online-form.</w:t>
            </w:r>
          </w:p>
        </w:tc>
      </w:tr>
    </w:tbl>
    <w:p>
      <w:pPr>
        <w:spacing w:after="40"/>
      </w:pPr>
    </w:p>
    <w:p>
      <w:pPr>
        <w:keepNext/>
        <w:spacing w:before="240" w:after="80"/>
      </w:pPr>
      <w:r>
        <w:rPr>
          <w:rFonts w:ascii="Arial" w:hAnsi="Arial" w:cs="Arial" w:eastAsia="Arial"/>
          <w:b/>
          <w:i w:val="0"/>
          <w:color w:val="231A2E"/>
          <w:sz w:val="28"/>
        </w:rPr>
        <w:t>Step 1: What the form is for</w:t>
      </w:r>
    </w:p>
    <w:p>
      <w:pPr>
        <w:keepNext/>
        <w:spacing w:after="20"/>
      </w:pPr>
      <w:r>
        <w:rPr>
          <w:rFonts w:ascii="Arial" w:hAnsi="Arial" w:cs="Arial" w:eastAsia="Arial"/>
          <w:b/>
          <w:i w:val="0"/>
          <w:color w:val="231A2E"/>
          <w:sz w:val="20"/>
        </w:rPr>
        <w:t>Form name</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In one sentence, what is this form for?</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spacing w:after="100"/>
      </w:pPr>
      <w:r>
        <w:rPr>
          <w:rFonts w:ascii="Arial" w:hAnsi="Arial" w:cs="Arial" w:eastAsia="Arial"/>
          <w:b w:val="0"/>
          <w:i/>
          <w:color w:val="5E5468"/>
          <w:sz w:val="17"/>
        </w:rPr>
        <w:t>Example: Let people ask for a quote, so we can reply with a price within one working day.</w:t>
      </w:r>
    </w:p>
    <w:p>
      <w:pPr>
        <w:keepNext/>
        <w:spacing w:after="20"/>
      </w:pPr>
      <w:r>
        <w:rPr>
          <w:rFonts w:ascii="Arial" w:hAnsi="Arial" w:cs="Arial" w:eastAsia="Arial"/>
          <w:b/>
          <w:i w:val="0"/>
          <w:color w:val="231A2E"/>
          <w:sz w:val="20"/>
        </w:rPr>
        <w:t>Who fills it in? (customers, parents, staff, volunteers...)</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What will you do with each response? Who reads it, and how fast?</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How will you know it worked? (for example: 20 sign-ups by Friday)</w:t>
      </w:r>
    </w:p>
    <w:p>
      <w:pPr>
        <w:spacing w:after="20"/>
      </w:pPr>
      <w:r>
        <w:rPr>
          <w:rFonts w:ascii="Arial" w:hAnsi="Arial" w:cs="Arial" w:eastAsia="Arial"/>
          <w:b w:val="0"/>
          <w:i w:val="0"/>
          <w:color w:val="5E5468"/>
          <w:sz w:val="20"/>
        </w:rPr>
        <w:t>______________________________________________________________________________________</w:t>
      </w:r>
    </w:p>
    <w:p>
      <w:r>
        <w:br w:type="page"/>
      </w:r>
    </w:p>
    <w:p>
      <w:pPr>
        <w:keepNext/>
        <w:spacing w:before="240" w:after="80"/>
      </w:pPr>
      <w:r>
        <w:rPr>
          <w:rFonts w:ascii="Arial" w:hAnsi="Arial" w:cs="Arial" w:eastAsia="Arial"/>
          <w:b/>
          <w:i w:val="0"/>
          <w:color w:val="231A2E"/>
          <w:sz w:val="28"/>
        </w:rPr>
        <w:t>Step 2: The questions (one for each thing you need)</w:t>
      </w:r>
    </w:p>
    <w:p>
      <w:pPr>
        <w:spacing w:after="100"/>
      </w:pPr>
      <w:r>
        <w:rPr>
          <w:rFonts w:ascii="Arial" w:hAnsi="Arial" w:cs="Arial" w:eastAsia="Arial"/>
          <w:b w:val="0"/>
          <w:i w:val="0"/>
          <w:color w:val="231A2E"/>
          <w:sz w:val="20"/>
        </w:rPr>
        <w:t>First list what you need to know, then turn each item into one question. If you can't say why you need an answer, or you won't use it, cross the row out.</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1987"/>
        <w:gridCol w:w="1987"/>
        <w:gridCol w:w="1987"/>
        <w:gridCol w:w="1987"/>
        <w:gridCol w:w="1987"/>
      </w:tblGrid>
      <w:tr>
        <w:tc>
          <w:tcPr>
            <w:tcW w:type="dxa" w:w="563"/>
            <w:shd w:val="clear" w:color="auto" w:fill="231A2E"/>
          </w:tcPr>
          <w:p>
            <w:r/>
            <w:r>
              <w:rPr>
                <w:rFonts w:ascii="Arial" w:hAnsi="Arial" w:cs="Arial" w:eastAsia="Arial"/>
                <w:b/>
                <w:i w:val="0"/>
                <w:color w:val="FBF5E9"/>
                <w:sz w:val="18"/>
              </w:rPr>
              <w:t>#</w:t>
            </w:r>
          </w:p>
        </w:tc>
        <w:tc>
          <w:tcPr>
            <w:tcW w:type="dxa" w:w="2356"/>
            <w:shd w:val="clear" w:color="auto" w:fill="231A2E"/>
          </w:tcPr>
          <w:p>
            <w:r/>
            <w:r>
              <w:rPr>
                <w:rFonts w:ascii="Arial" w:hAnsi="Arial" w:cs="Arial" w:eastAsia="Arial"/>
                <w:b/>
                <w:i w:val="0"/>
                <w:color w:val="FBF5E9"/>
                <w:sz w:val="18"/>
              </w:rPr>
              <w:t>What I need to know</w:t>
            </w:r>
          </w:p>
        </w:tc>
        <w:tc>
          <w:tcPr>
            <w:tcW w:type="dxa" w:w="3380"/>
            <w:shd w:val="clear" w:color="auto" w:fill="231A2E"/>
          </w:tcPr>
          <w:p>
            <w:r/>
            <w:r>
              <w:rPr>
                <w:rFonts w:ascii="Arial" w:hAnsi="Arial" w:cs="Arial" w:eastAsia="Arial"/>
                <w:b/>
                <w:i w:val="0"/>
                <w:color w:val="FBF5E9"/>
                <w:sz w:val="18"/>
              </w:rPr>
              <w:t>Question, as people will read it</w:t>
            </w:r>
          </w:p>
        </w:tc>
        <w:tc>
          <w:tcPr>
            <w:tcW w:type="dxa" w:w="2356"/>
            <w:shd w:val="clear" w:color="auto" w:fill="231A2E"/>
          </w:tcPr>
          <w:p>
            <w:r/>
            <w:r>
              <w:rPr>
                <w:rFonts w:ascii="Arial" w:hAnsi="Arial" w:cs="Arial" w:eastAsia="Arial"/>
                <w:b/>
                <w:i w:val="0"/>
                <w:color w:val="FBF5E9"/>
                <w:sz w:val="18"/>
              </w:rPr>
              <w:t>Why I need it</w:t>
            </w:r>
          </w:p>
        </w:tc>
        <w:tc>
          <w:tcPr>
            <w:tcW w:type="dxa" w:w="1280"/>
            <w:shd w:val="clear" w:color="auto" w:fill="231A2E"/>
          </w:tcPr>
          <w:p>
            <w:r/>
            <w:r>
              <w:rPr>
                <w:rFonts w:ascii="Arial" w:hAnsi="Arial" w:cs="Arial" w:eastAsia="Arial"/>
                <w:b/>
                <w:i w:val="0"/>
                <w:color w:val="FBF5E9"/>
                <w:sz w:val="18"/>
              </w:rPr>
              <w:t>Must answer?</w:t>
            </w:r>
          </w:p>
        </w:tc>
      </w:tr>
      <w:tr>
        <w:trPr>
          <w:trHeight w:val="480"/>
        </w:trPr>
        <w:tc>
          <w:tcPr>
            <w:tcW w:type="dxa" w:w="563"/>
          </w:tcPr>
          <w:p>
            <w:r/>
            <w:r>
              <w:rPr>
                <w:rFonts w:ascii="Arial" w:hAnsi="Arial" w:cs="Arial" w:eastAsia="Arial"/>
                <w:b w:val="0"/>
                <w:i/>
                <w:color w:val="5E5468"/>
                <w:sz w:val="18"/>
              </w:rPr>
              <w:t>1</w:t>
            </w:r>
          </w:p>
        </w:tc>
        <w:tc>
          <w:tcPr>
            <w:tcW w:type="dxa" w:w="2356"/>
          </w:tcPr>
          <w:p>
            <w:r/>
            <w:r>
              <w:rPr>
                <w:rFonts w:ascii="Arial" w:hAnsi="Arial" w:cs="Arial" w:eastAsia="Arial"/>
                <w:b w:val="0"/>
                <w:i/>
                <w:color w:val="5E5468"/>
                <w:sz w:val="18"/>
              </w:rPr>
              <w:t>How to reply</w:t>
            </w:r>
          </w:p>
        </w:tc>
        <w:tc>
          <w:tcPr>
            <w:tcW w:type="dxa" w:w="3380"/>
          </w:tcPr>
          <w:p>
            <w:r/>
            <w:r>
              <w:rPr>
                <w:rFonts w:ascii="Arial" w:hAnsi="Arial" w:cs="Arial" w:eastAsia="Arial"/>
                <w:b w:val="0"/>
                <w:i/>
                <w:color w:val="5E5468"/>
                <w:sz w:val="18"/>
              </w:rPr>
              <w:t>What's your email address?</w:t>
            </w:r>
          </w:p>
        </w:tc>
        <w:tc>
          <w:tcPr>
            <w:tcW w:type="dxa" w:w="2356"/>
          </w:tcPr>
          <w:p>
            <w:r/>
            <w:r>
              <w:rPr>
                <w:rFonts w:ascii="Arial" w:hAnsi="Arial" w:cs="Arial" w:eastAsia="Arial"/>
                <w:b w:val="0"/>
                <w:i/>
                <w:color w:val="5E5468"/>
                <w:sz w:val="18"/>
              </w:rPr>
              <w:t>To send the quote</w:t>
            </w:r>
          </w:p>
        </w:tc>
        <w:tc>
          <w:tcPr>
            <w:tcW w:type="dxa" w:w="1280"/>
          </w:tcPr>
          <w:p>
            <w:r/>
            <w:r>
              <w:rPr>
                <w:rFonts w:ascii="Arial" w:hAnsi="Arial" w:cs="Arial" w:eastAsia="Arial"/>
                <w:b w:val="0"/>
                <w:i/>
                <w:color w:val="5E5468"/>
                <w:sz w:val="18"/>
              </w:rPr>
              <w:t>Yes</w:t>
            </w:r>
          </w:p>
        </w:tc>
      </w:tr>
      <w:tr>
        <w:trPr>
          <w:trHeight w:val="480"/>
        </w:trPr>
        <w:tc>
          <w:tcPr>
            <w:tcW w:type="dxa" w:w="563"/>
          </w:tcPr>
          <w:p>
            <w:r/>
            <w:r>
              <w:rPr>
                <w:rFonts w:ascii="Arial" w:hAnsi="Arial" w:cs="Arial" w:eastAsia="Arial"/>
                <w:b w:val="0"/>
                <w:i/>
                <w:color w:val="5E5468"/>
                <w:sz w:val="18"/>
              </w:rPr>
              <w:t>2</w:t>
            </w:r>
          </w:p>
        </w:tc>
        <w:tc>
          <w:tcPr>
            <w:tcW w:type="dxa" w:w="2356"/>
          </w:tcPr>
          <w:p>
            <w:r/>
            <w:r>
              <w:rPr>
                <w:rFonts w:ascii="Arial" w:hAnsi="Arial" w:cs="Arial" w:eastAsia="Arial"/>
                <w:b w:val="0"/>
                <w:i/>
                <w:color w:val="5E5468"/>
                <w:sz w:val="18"/>
              </w:rPr>
              <w:t>What they need</w:t>
            </w:r>
          </w:p>
        </w:tc>
        <w:tc>
          <w:tcPr>
            <w:tcW w:type="dxa" w:w="3380"/>
          </w:tcPr>
          <w:p>
            <w:r/>
            <w:r>
              <w:rPr>
                <w:rFonts w:ascii="Arial" w:hAnsi="Arial" w:cs="Arial" w:eastAsia="Arial"/>
                <w:b w:val="0"/>
                <w:i/>
                <w:color w:val="5E5468"/>
                <w:sz w:val="18"/>
              </w:rPr>
              <w:t>What can we help you with?</w:t>
            </w:r>
          </w:p>
        </w:tc>
        <w:tc>
          <w:tcPr>
            <w:tcW w:type="dxa" w:w="2356"/>
          </w:tcPr>
          <w:p>
            <w:r/>
            <w:r>
              <w:rPr>
                <w:rFonts w:ascii="Arial" w:hAnsi="Arial" w:cs="Arial" w:eastAsia="Arial"/>
                <w:b w:val="0"/>
                <w:i/>
                <w:color w:val="5E5468"/>
                <w:sz w:val="18"/>
              </w:rPr>
              <w:t>To pick the right person</w:t>
            </w:r>
          </w:p>
        </w:tc>
        <w:tc>
          <w:tcPr>
            <w:tcW w:type="dxa" w:w="1280"/>
          </w:tcPr>
          <w:p>
            <w:r/>
            <w:r>
              <w:rPr>
                <w:rFonts w:ascii="Arial" w:hAnsi="Arial" w:cs="Arial" w:eastAsia="Arial"/>
                <w:b w:val="0"/>
                <w:i/>
                <w:color w:val="5E5468"/>
                <w:sz w:val="18"/>
              </w:rPr>
              <w:t>Yes</w:t>
            </w:r>
          </w:p>
        </w:tc>
      </w:tr>
      <w:tr>
        <w:trPr>
          <w:trHeight w:val="480"/>
        </w:trPr>
        <w:tc>
          <w:tcPr>
            <w:tcW w:type="dxa" w:w="563"/>
          </w:tcPr>
          <w:p>
            <w:r/>
            <w:r>
              <w:rPr>
                <w:rFonts w:ascii="Arial" w:hAnsi="Arial" w:cs="Arial" w:eastAsia="Arial"/>
                <w:b w:val="0"/>
                <w:i w:val="0"/>
                <w:color w:val="231A2E"/>
                <w:sz w:val="18"/>
              </w:rPr>
              <w:t>3</w:t>
            </w:r>
          </w:p>
        </w:tc>
        <w:tc>
          <w:tcPr>
            <w:tcW w:type="dxa" w:w="2356"/>
          </w:tcPr>
          <w:p>
            <w:r/>
            <w:r>
              <w:rPr>
                <w:rFonts w:ascii="Arial" w:hAnsi="Arial" w:cs="Arial" w:eastAsia="Arial"/>
                <w:b w:val="0"/>
                <w:i w:val="0"/>
                <w:color w:val="231A2E"/>
                <w:sz w:val="18"/>
              </w:rPr>
            </w:r>
          </w:p>
        </w:tc>
        <w:tc>
          <w:tcPr>
            <w:tcW w:type="dxa" w:w="3380"/>
          </w:tcPr>
          <w:p>
            <w:r/>
            <w:r>
              <w:rPr>
                <w:rFonts w:ascii="Arial" w:hAnsi="Arial" w:cs="Arial" w:eastAsia="Arial"/>
                <w:b w:val="0"/>
                <w:i w:val="0"/>
                <w:color w:val="231A2E"/>
                <w:sz w:val="18"/>
              </w:rPr>
            </w:r>
          </w:p>
        </w:tc>
        <w:tc>
          <w:tcPr>
            <w:tcW w:type="dxa" w:w="2356"/>
          </w:tcPr>
          <w:p>
            <w:r/>
            <w:r>
              <w:rPr>
                <w:rFonts w:ascii="Arial" w:hAnsi="Arial" w:cs="Arial" w:eastAsia="Arial"/>
                <w:b w:val="0"/>
                <w:i w:val="0"/>
                <w:color w:val="231A2E"/>
                <w:sz w:val="18"/>
              </w:rPr>
            </w:r>
          </w:p>
        </w:tc>
        <w:tc>
          <w:tcPr>
            <w:tcW w:type="dxa" w:w="1280"/>
          </w:tcPr>
          <w:p>
            <w:r/>
            <w:r>
              <w:rPr>
                <w:rFonts w:ascii="Arial" w:hAnsi="Arial" w:cs="Arial" w:eastAsia="Arial"/>
                <w:b w:val="0"/>
                <w:i w:val="0"/>
                <w:color w:val="231A2E"/>
                <w:sz w:val="18"/>
              </w:rPr>
            </w:r>
          </w:p>
        </w:tc>
      </w:tr>
      <w:tr>
        <w:trPr>
          <w:trHeight w:val="480"/>
        </w:trPr>
        <w:tc>
          <w:tcPr>
            <w:tcW w:type="dxa" w:w="563"/>
          </w:tcPr>
          <w:p>
            <w:r/>
            <w:r>
              <w:rPr>
                <w:rFonts w:ascii="Arial" w:hAnsi="Arial" w:cs="Arial" w:eastAsia="Arial"/>
                <w:b w:val="0"/>
                <w:i w:val="0"/>
                <w:color w:val="231A2E"/>
                <w:sz w:val="18"/>
              </w:rPr>
              <w:t>4</w:t>
            </w:r>
          </w:p>
        </w:tc>
        <w:tc>
          <w:tcPr>
            <w:tcW w:type="dxa" w:w="2356"/>
          </w:tcPr>
          <w:p>
            <w:r/>
            <w:r>
              <w:rPr>
                <w:rFonts w:ascii="Arial" w:hAnsi="Arial" w:cs="Arial" w:eastAsia="Arial"/>
                <w:b w:val="0"/>
                <w:i w:val="0"/>
                <w:color w:val="231A2E"/>
                <w:sz w:val="18"/>
              </w:rPr>
            </w:r>
          </w:p>
        </w:tc>
        <w:tc>
          <w:tcPr>
            <w:tcW w:type="dxa" w:w="3380"/>
          </w:tcPr>
          <w:p>
            <w:r/>
            <w:r>
              <w:rPr>
                <w:rFonts w:ascii="Arial" w:hAnsi="Arial" w:cs="Arial" w:eastAsia="Arial"/>
                <w:b w:val="0"/>
                <w:i w:val="0"/>
                <w:color w:val="231A2E"/>
                <w:sz w:val="18"/>
              </w:rPr>
            </w:r>
          </w:p>
        </w:tc>
        <w:tc>
          <w:tcPr>
            <w:tcW w:type="dxa" w:w="2356"/>
          </w:tcPr>
          <w:p>
            <w:r/>
            <w:r>
              <w:rPr>
                <w:rFonts w:ascii="Arial" w:hAnsi="Arial" w:cs="Arial" w:eastAsia="Arial"/>
                <w:b w:val="0"/>
                <w:i w:val="0"/>
                <w:color w:val="231A2E"/>
                <w:sz w:val="18"/>
              </w:rPr>
            </w:r>
          </w:p>
        </w:tc>
        <w:tc>
          <w:tcPr>
            <w:tcW w:type="dxa" w:w="1280"/>
          </w:tcPr>
          <w:p>
            <w:r/>
            <w:r>
              <w:rPr>
                <w:rFonts w:ascii="Arial" w:hAnsi="Arial" w:cs="Arial" w:eastAsia="Arial"/>
                <w:b w:val="0"/>
                <w:i w:val="0"/>
                <w:color w:val="231A2E"/>
                <w:sz w:val="18"/>
              </w:rPr>
            </w:r>
          </w:p>
        </w:tc>
      </w:tr>
      <w:tr>
        <w:trPr>
          <w:trHeight w:val="480"/>
        </w:trPr>
        <w:tc>
          <w:tcPr>
            <w:tcW w:type="dxa" w:w="563"/>
          </w:tcPr>
          <w:p>
            <w:r/>
            <w:r>
              <w:rPr>
                <w:rFonts w:ascii="Arial" w:hAnsi="Arial" w:cs="Arial" w:eastAsia="Arial"/>
                <w:b w:val="0"/>
                <w:i w:val="0"/>
                <w:color w:val="231A2E"/>
                <w:sz w:val="18"/>
              </w:rPr>
              <w:t>5</w:t>
            </w:r>
          </w:p>
        </w:tc>
        <w:tc>
          <w:tcPr>
            <w:tcW w:type="dxa" w:w="2356"/>
          </w:tcPr>
          <w:p>
            <w:r/>
            <w:r>
              <w:rPr>
                <w:rFonts w:ascii="Arial" w:hAnsi="Arial" w:cs="Arial" w:eastAsia="Arial"/>
                <w:b w:val="0"/>
                <w:i w:val="0"/>
                <w:color w:val="231A2E"/>
                <w:sz w:val="18"/>
              </w:rPr>
            </w:r>
          </w:p>
        </w:tc>
        <w:tc>
          <w:tcPr>
            <w:tcW w:type="dxa" w:w="3380"/>
          </w:tcPr>
          <w:p>
            <w:r/>
            <w:r>
              <w:rPr>
                <w:rFonts w:ascii="Arial" w:hAnsi="Arial" w:cs="Arial" w:eastAsia="Arial"/>
                <w:b w:val="0"/>
                <w:i w:val="0"/>
                <w:color w:val="231A2E"/>
                <w:sz w:val="18"/>
              </w:rPr>
            </w:r>
          </w:p>
        </w:tc>
        <w:tc>
          <w:tcPr>
            <w:tcW w:type="dxa" w:w="2356"/>
          </w:tcPr>
          <w:p>
            <w:r/>
            <w:r>
              <w:rPr>
                <w:rFonts w:ascii="Arial" w:hAnsi="Arial" w:cs="Arial" w:eastAsia="Arial"/>
                <w:b w:val="0"/>
                <w:i w:val="0"/>
                <w:color w:val="231A2E"/>
                <w:sz w:val="18"/>
              </w:rPr>
            </w:r>
          </w:p>
        </w:tc>
        <w:tc>
          <w:tcPr>
            <w:tcW w:type="dxa" w:w="1280"/>
          </w:tcPr>
          <w:p>
            <w:r/>
            <w:r>
              <w:rPr>
                <w:rFonts w:ascii="Arial" w:hAnsi="Arial" w:cs="Arial" w:eastAsia="Arial"/>
                <w:b w:val="0"/>
                <w:i w:val="0"/>
                <w:color w:val="231A2E"/>
                <w:sz w:val="18"/>
              </w:rPr>
            </w:r>
          </w:p>
        </w:tc>
      </w:tr>
      <w:tr>
        <w:trPr>
          <w:trHeight w:val="480"/>
        </w:trPr>
        <w:tc>
          <w:tcPr>
            <w:tcW w:type="dxa" w:w="563"/>
          </w:tcPr>
          <w:p>
            <w:r/>
            <w:r>
              <w:rPr>
                <w:rFonts w:ascii="Arial" w:hAnsi="Arial" w:cs="Arial" w:eastAsia="Arial"/>
                <w:b w:val="0"/>
                <w:i w:val="0"/>
                <w:color w:val="231A2E"/>
                <w:sz w:val="18"/>
              </w:rPr>
              <w:t>6</w:t>
            </w:r>
          </w:p>
        </w:tc>
        <w:tc>
          <w:tcPr>
            <w:tcW w:type="dxa" w:w="2356"/>
          </w:tcPr>
          <w:p>
            <w:r/>
            <w:r>
              <w:rPr>
                <w:rFonts w:ascii="Arial" w:hAnsi="Arial" w:cs="Arial" w:eastAsia="Arial"/>
                <w:b w:val="0"/>
                <w:i w:val="0"/>
                <w:color w:val="231A2E"/>
                <w:sz w:val="18"/>
              </w:rPr>
            </w:r>
          </w:p>
        </w:tc>
        <w:tc>
          <w:tcPr>
            <w:tcW w:type="dxa" w:w="3380"/>
          </w:tcPr>
          <w:p>
            <w:r/>
            <w:r>
              <w:rPr>
                <w:rFonts w:ascii="Arial" w:hAnsi="Arial" w:cs="Arial" w:eastAsia="Arial"/>
                <w:b w:val="0"/>
                <w:i w:val="0"/>
                <w:color w:val="231A2E"/>
                <w:sz w:val="18"/>
              </w:rPr>
            </w:r>
          </w:p>
        </w:tc>
        <w:tc>
          <w:tcPr>
            <w:tcW w:type="dxa" w:w="2356"/>
          </w:tcPr>
          <w:p>
            <w:r/>
            <w:r>
              <w:rPr>
                <w:rFonts w:ascii="Arial" w:hAnsi="Arial" w:cs="Arial" w:eastAsia="Arial"/>
                <w:b w:val="0"/>
                <w:i w:val="0"/>
                <w:color w:val="231A2E"/>
                <w:sz w:val="18"/>
              </w:rPr>
            </w:r>
          </w:p>
        </w:tc>
        <w:tc>
          <w:tcPr>
            <w:tcW w:type="dxa" w:w="1280"/>
          </w:tcPr>
          <w:p>
            <w:r/>
            <w:r>
              <w:rPr>
                <w:rFonts w:ascii="Arial" w:hAnsi="Arial" w:cs="Arial" w:eastAsia="Arial"/>
                <w:b w:val="0"/>
                <w:i w:val="0"/>
                <w:color w:val="231A2E"/>
                <w:sz w:val="18"/>
              </w:rPr>
            </w:r>
          </w:p>
        </w:tc>
      </w:tr>
      <w:tr>
        <w:trPr>
          <w:trHeight w:val="480"/>
        </w:trPr>
        <w:tc>
          <w:tcPr>
            <w:tcW w:type="dxa" w:w="563"/>
          </w:tcPr>
          <w:p>
            <w:r/>
            <w:r>
              <w:rPr>
                <w:rFonts w:ascii="Arial" w:hAnsi="Arial" w:cs="Arial" w:eastAsia="Arial"/>
                <w:b w:val="0"/>
                <w:i w:val="0"/>
                <w:color w:val="231A2E"/>
                <w:sz w:val="18"/>
              </w:rPr>
              <w:t>7</w:t>
            </w:r>
          </w:p>
        </w:tc>
        <w:tc>
          <w:tcPr>
            <w:tcW w:type="dxa" w:w="2356"/>
          </w:tcPr>
          <w:p>
            <w:r/>
            <w:r>
              <w:rPr>
                <w:rFonts w:ascii="Arial" w:hAnsi="Arial" w:cs="Arial" w:eastAsia="Arial"/>
                <w:b w:val="0"/>
                <w:i w:val="0"/>
                <w:color w:val="231A2E"/>
                <w:sz w:val="18"/>
              </w:rPr>
            </w:r>
          </w:p>
        </w:tc>
        <w:tc>
          <w:tcPr>
            <w:tcW w:type="dxa" w:w="3380"/>
          </w:tcPr>
          <w:p>
            <w:r/>
            <w:r>
              <w:rPr>
                <w:rFonts w:ascii="Arial" w:hAnsi="Arial" w:cs="Arial" w:eastAsia="Arial"/>
                <w:b w:val="0"/>
                <w:i w:val="0"/>
                <w:color w:val="231A2E"/>
                <w:sz w:val="18"/>
              </w:rPr>
            </w:r>
          </w:p>
        </w:tc>
        <w:tc>
          <w:tcPr>
            <w:tcW w:type="dxa" w:w="2356"/>
          </w:tcPr>
          <w:p>
            <w:r/>
            <w:r>
              <w:rPr>
                <w:rFonts w:ascii="Arial" w:hAnsi="Arial" w:cs="Arial" w:eastAsia="Arial"/>
                <w:b w:val="0"/>
                <w:i w:val="0"/>
                <w:color w:val="231A2E"/>
                <w:sz w:val="18"/>
              </w:rPr>
            </w:r>
          </w:p>
        </w:tc>
        <w:tc>
          <w:tcPr>
            <w:tcW w:type="dxa" w:w="1280"/>
          </w:tcPr>
          <w:p>
            <w:r/>
            <w:r>
              <w:rPr>
                <w:rFonts w:ascii="Arial" w:hAnsi="Arial" w:cs="Arial" w:eastAsia="Arial"/>
                <w:b w:val="0"/>
                <w:i w:val="0"/>
                <w:color w:val="231A2E"/>
                <w:sz w:val="18"/>
              </w:rPr>
            </w:r>
          </w:p>
        </w:tc>
      </w:tr>
      <w:tr>
        <w:trPr>
          <w:trHeight w:val="480"/>
        </w:trPr>
        <w:tc>
          <w:tcPr>
            <w:tcW w:type="dxa" w:w="563"/>
          </w:tcPr>
          <w:p>
            <w:r/>
            <w:r>
              <w:rPr>
                <w:rFonts w:ascii="Arial" w:hAnsi="Arial" w:cs="Arial" w:eastAsia="Arial"/>
                <w:b w:val="0"/>
                <w:i w:val="0"/>
                <w:color w:val="231A2E"/>
                <w:sz w:val="18"/>
              </w:rPr>
              <w:t>8</w:t>
            </w:r>
          </w:p>
        </w:tc>
        <w:tc>
          <w:tcPr>
            <w:tcW w:type="dxa" w:w="2356"/>
          </w:tcPr>
          <w:p>
            <w:r/>
            <w:r>
              <w:rPr>
                <w:rFonts w:ascii="Arial" w:hAnsi="Arial" w:cs="Arial" w:eastAsia="Arial"/>
                <w:b w:val="0"/>
                <w:i w:val="0"/>
                <w:color w:val="231A2E"/>
                <w:sz w:val="18"/>
              </w:rPr>
            </w:r>
          </w:p>
        </w:tc>
        <w:tc>
          <w:tcPr>
            <w:tcW w:type="dxa" w:w="3380"/>
          </w:tcPr>
          <w:p>
            <w:r/>
            <w:r>
              <w:rPr>
                <w:rFonts w:ascii="Arial" w:hAnsi="Arial" w:cs="Arial" w:eastAsia="Arial"/>
                <w:b w:val="0"/>
                <w:i w:val="0"/>
                <w:color w:val="231A2E"/>
                <w:sz w:val="18"/>
              </w:rPr>
            </w:r>
          </w:p>
        </w:tc>
        <w:tc>
          <w:tcPr>
            <w:tcW w:type="dxa" w:w="2356"/>
          </w:tcPr>
          <w:p>
            <w:r/>
            <w:r>
              <w:rPr>
                <w:rFonts w:ascii="Arial" w:hAnsi="Arial" w:cs="Arial" w:eastAsia="Arial"/>
                <w:b w:val="0"/>
                <w:i w:val="0"/>
                <w:color w:val="231A2E"/>
                <w:sz w:val="18"/>
              </w:rPr>
            </w:r>
          </w:p>
        </w:tc>
        <w:tc>
          <w:tcPr>
            <w:tcW w:type="dxa" w:w="1280"/>
          </w:tcPr>
          <w:p>
            <w:r/>
            <w:r>
              <w:rPr>
                <w:rFonts w:ascii="Arial" w:hAnsi="Arial" w:cs="Arial" w:eastAsia="Arial"/>
                <w:b w:val="0"/>
                <w:i w:val="0"/>
                <w:color w:val="231A2E"/>
                <w:sz w:val="18"/>
              </w:rPr>
            </w:r>
          </w:p>
        </w:tc>
      </w:tr>
      <w:tr>
        <w:trPr>
          <w:trHeight w:val="480"/>
        </w:trPr>
        <w:tc>
          <w:tcPr>
            <w:tcW w:type="dxa" w:w="563"/>
          </w:tcPr>
          <w:p>
            <w:r/>
            <w:r>
              <w:rPr>
                <w:rFonts w:ascii="Arial" w:hAnsi="Arial" w:cs="Arial" w:eastAsia="Arial"/>
                <w:b w:val="0"/>
                <w:i w:val="0"/>
                <w:color w:val="231A2E"/>
                <w:sz w:val="18"/>
              </w:rPr>
              <w:t>9</w:t>
            </w:r>
          </w:p>
        </w:tc>
        <w:tc>
          <w:tcPr>
            <w:tcW w:type="dxa" w:w="2356"/>
          </w:tcPr>
          <w:p>
            <w:r/>
            <w:r>
              <w:rPr>
                <w:rFonts w:ascii="Arial" w:hAnsi="Arial" w:cs="Arial" w:eastAsia="Arial"/>
                <w:b w:val="0"/>
                <w:i w:val="0"/>
                <w:color w:val="231A2E"/>
                <w:sz w:val="18"/>
              </w:rPr>
            </w:r>
          </w:p>
        </w:tc>
        <w:tc>
          <w:tcPr>
            <w:tcW w:type="dxa" w:w="3380"/>
          </w:tcPr>
          <w:p>
            <w:r/>
            <w:r>
              <w:rPr>
                <w:rFonts w:ascii="Arial" w:hAnsi="Arial" w:cs="Arial" w:eastAsia="Arial"/>
                <w:b w:val="0"/>
                <w:i w:val="0"/>
                <w:color w:val="231A2E"/>
                <w:sz w:val="18"/>
              </w:rPr>
            </w:r>
          </w:p>
        </w:tc>
        <w:tc>
          <w:tcPr>
            <w:tcW w:type="dxa" w:w="2356"/>
          </w:tcPr>
          <w:p>
            <w:r/>
            <w:r>
              <w:rPr>
                <w:rFonts w:ascii="Arial" w:hAnsi="Arial" w:cs="Arial" w:eastAsia="Arial"/>
                <w:b w:val="0"/>
                <w:i w:val="0"/>
                <w:color w:val="231A2E"/>
                <w:sz w:val="18"/>
              </w:rPr>
            </w:r>
          </w:p>
        </w:tc>
        <w:tc>
          <w:tcPr>
            <w:tcW w:type="dxa" w:w="1280"/>
          </w:tcPr>
          <w:p>
            <w:r/>
            <w:r>
              <w:rPr>
                <w:rFonts w:ascii="Arial" w:hAnsi="Arial" w:cs="Arial" w:eastAsia="Arial"/>
                <w:b w:val="0"/>
                <w:i w:val="0"/>
                <w:color w:val="231A2E"/>
                <w:sz w:val="18"/>
              </w:rPr>
            </w:r>
          </w:p>
        </w:tc>
      </w:tr>
      <w:tr>
        <w:trPr>
          <w:trHeight w:val="480"/>
        </w:trPr>
        <w:tc>
          <w:tcPr>
            <w:tcW w:type="dxa" w:w="563"/>
          </w:tcPr>
          <w:p>
            <w:r/>
            <w:r>
              <w:rPr>
                <w:rFonts w:ascii="Arial" w:hAnsi="Arial" w:cs="Arial" w:eastAsia="Arial"/>
                <w:b w:val="0"/>
                <w:i w:val="0"/>
                <w:color w:val="231A2E"/>
                <w:sz w:val="18"/>
              </w:rPr>
              <w:t>10</w:t>
            </w:r>
          </w:p>
        </w:tc>
        <w:tc>
          <w:tcPr>
            <w:tcW w:type="dxa" w:w="2356"/>
          </w:tcPr>
          <w:p>
            <w:r/>
            <w:r>
              <w:rPr>
                <w:rFonts w:ascii="Arial" w:hAnsi="Arial" w:cs="Arial" w:eastAsia="Arial"/>
                <w:b w:val="0"/>
                <w:i w:val="0"/>
                <w:color w:val="231A2E"/>
                <w:sz w:val="18"/>
              </w:rPr>
            </w:r>
          </w:p>
        </w:tc>
        <w:tc>
          <w:tcPr>
            <w:tcW w:type="dxa" w:w="3380"/>
          </w:tcPr>
          <w:p>
            <w:r/>
            <w:r>
              <w:rPr>
                <w:rFonts w:ascii="Arial" w:hAnsi="Arial" w:cs="Arial" w:eastAsia="Arial"/>
                <w:b w:val="0"/>
                <w:i w:val="0"/>
                <w:color w:val="231A2E"/>
                <w:sz w:val="18"/>
              </w:rPr>
            </w:r>
          </w:p>
        </w:tc>
        <w:tc>
          <w:tcPr>
            <w:tcW w:type="dxa" w:w="2356"/>
          </w:tcPr>
          <w:p>
            <w:r/>
            <w:r>
              <w:rPr>
                <w:rFonts w:ascii="Arial" w:hAnsi="Arial" w:cs="Arial" w:eastAsia="Arial"/>
                <w:b w:val="0"/>
                <w:i w:val="0"/>
                <w:color w:val="231A2E"/>
                <w:sz w:val="18"/>
              </w:rPr>
            </w:r>
          </w:p>
        </w:tc>
        <w:tc>
          <w:tcPr>
            <w:tcW w:type="dxa" w:w="1280"/>
          </w:tcPr>
          <w:p>
            <w:r/>
            <w:r>
              <w:rPr>
                <w:rFonts w:ascii="Arial" w:hAnsi="Arial" w:cs="Arial" w:eastAsia="Arial"/>
                <w:b w:val="0"/>
                <w:i w:val="0"/>
                <w:color w:val="231A2E"/>
                <w:sz w:val="18"/>
              </w:rPr>
            </w:r>
          </w:p>
        </w:tc>
      </w:tr>
      <w:tr>
        <w:trPr>
          <w:trHeight w:val="480"/>
        </w:trPr>
        <w:tc>
          <w:tcPr>
            <w:tcW w:type="dxa" w:w="563"/>
          </w:tcPr>
          <w:p>
            <w:r/>
            <w:r>
              <w:rPr>
                <w:rFonts w:ascii="Arial" w:hAnsi="Arial" w:cs="Arial" w:eastAsia="Arial"/>
                <w:b w:val="0"/>
                <w:i w:val="0"/>
                <w:color w:val="231A2E"/>
                <w:sz w:val="18"/>
              </w:rPr>
              <w:t>11</w:t>
            </w:r>
          </w:p>
        </w:tc>
        <w:tc>
          <w:tcPr>
            <w:tcW w:type="dxa" w:w="2356"/>
          </w:tcPr>
          <w:p>
            <w:r/>
            <w:r>
              <w:rPr>
                <w:rFonts w:ascii="Arial" w:hAnsi="Arial" w:cs="Arial" w:eastAsia="Arial"/>
                <w:b w:val="0"/>
                <w:i w:val="0"/>
                <w:color w:val="231A2E"/>
                <w:sz w:val="18"/>
              </w:rPr>
            </w:r>
          </w:p>
        </w:tc>
        <w:tc>
          <w:tcPr>
            <w:tcW w:type="dxa" w:w="3380"/>
          </w:tcPr>
          <w:p>
            <w:r/>
            <w:r>
              <w:rPr>
                <w:rFonts w:ascii="Arial" w:hAnsi="Arial" w:cs="Arial" w:eastAsia="Arial"/>
                <w:b w:val="0"/>
                <w:i w:val="0"/>
                <w:color w:val="231A2E"/>
                <w:sz w:val="18"/>
              </w:rPr>
            </w:r>
          </w:p>
        </w:tc>
        <w:tc>
          <w:tcPr>
            <w:tcW w:type="dxa" w:w="2356"/>
          </w:tcPr>
          <w:p>
            <w:r/>
            <w:r>
              <w:rPr>
                <w:rFonts w:ascii="Arial" w:hAnsi="Arial" w:cs="Arial" w:eastAsia="Arial"/>
                <w:b w:val="0"/>
                <w:i w:val="0"/>
                <w:color w:val="231A2E"/>
                <w:sz w:val="18"/>
              </w:rPr>
            </w:r>
          </w:p>
        </w:tc>
        <w:tc>
          <w:tcPr>
            <w:tcW w:type="dxa" w:w="1280"/>
          </w:tcPr>
          <w:p>
            <w:r/>
            <w:r>
              <w:rPr>
                <w:rFonts w:ascii="Arial" w:hAnsi="Arial" w:cs="Arial" w:eastAsia="Arial"/>
                <w:b w:val="0"/>
                <w:i w:val="0"/>
                <w:color w:val="231A2E"/>
                <w:sz w:val="18"/>
              </w:rPr>
            </w:r>
          </w:p>
        </w:tc>
      </w:tr>
      <w:tr>
        <w:trPr>
          <w:trHeight w:val="480"/>
        </w:trPr>
        <w:tc>
          <w:tcPr>
            <w:tcW w:type="dxa" w:w="563"/>
          </w:tcPr>
          <w:p>
            <w:r/>
            <w:r>
              <w:rPr>
                <w:rFonts w:ascii="Arial" w:hAnsi="Arial" w:cs="Arial" w:eastAsia="Arial"/>
                <w:b w:val="0"/>
                <w:i w:val="0"/>
                <w:color w:val="231A2E"/>
                <w:sz w:val="18"/>
              </w:rPr>
              <w:t>12</w:t>
            </w:r>
          </w:p>
        </w:tc>
        <w:tc>
          <w:tcPr>
            <w:tcW w:type="dxa" w:w="2356"/>
          </w:tcPr>
          <w:p>
            <w:r/>
            <w:r>
              <w:rPr>
                <w:rFonts w:ascii="Arial" w:hAnsi="Arial" w:cs="Arial" w:eastAsia="Arial"/>
                <w:b w:val="0"/>
                <w:i w:val="0"/>
                <w:color w:val="231A2E"/>
                <w:sz w:val="18"/>
              </w:rPr>
            </w:r>
          </w:p>
        </w:tc>
        <w:tc>
          <w:tcPr>
            <w:tcW w:type="dxa" w:w="3380"/>
          </w:tcPr>
          <w:p>
            <w:r/>
            <w:r>
              <w:rPr>
                <w:rFonts w:ascii="Arial" w:hAnsi="Arial" w:cs="Arial" w:eastAsia="Arial"/>
                <w:b w:val="0"/>
                <w:i w:val="0"/>
                <w:color w:val="231A2E"/>
                <w:sz w:val="18"/>
              </w:rPr>
            </w:r>
          </w:p>
        </w:tc>
        <w:tc>
          <w:tcPr>
            <w:tcW w:type="dxa" w:w="2356"/>
          </w:tcPr>
          <w:p>
            <w:r/>
            <w:r>
              <w:rPr>
                <w:rFonts w:ascii="Arial" w:hAnsi="Arial" w:cs="Arial" w:eastAsia="Arial"/>
                <w:b w:val="0"/>
                <w:i w:val="0"/>
                <w:color w:val="231A2E"/>
                <w:sz w:val="18"/>
              </w:rPr>
            </w:r>
          </w:p>
        </w:tc>
        <w:tc>
          <w:tcPr>
            <w:tcW w:type="dxa" w:w="1280"/>
          </w:tcPr>
          <w:p>
            <w:r/>
            <w:r>
              <w:rPr>
                <w:rFonts w:ascii="Arial" w:hAnsi="Arial" w:cs="Arial" w:eastAsia="Arial"/>
                <w:b w:val="0"/>
                <w:i w:val="0"/>
                <w:color w:val="231A2E"/>
                <w:sz w:val="18"/>
              </w:rPr>
            </w:r>
          </w:p>
        </w:tc>
      </w:tr>
    </w:tbl>
    <w:p>
      <w:pPr>
        <w:spacing w:after="40"/>
      </w:pPr>
    </w:p>
    <w:p>
      <w:r>
        <w:br w:type="page"/>
      </w:r>
    </w:p>
    <w:p>
      <w:pPr>
        <w:keepNext/>
        <w:spacing w:before="240" w:after="80"/>
      </w:pPr>
      <w:r>
        <w:rPr>
          <w:rFonts w:ascii="Arial" w:hAnsi="Arial" w:cs="Arial" w:eastAsia="Arial"/>
          <w:b/>
          <w:i w:val="0"/>
          <w:color w:val="231A2E"/>
          <w:sz w:val="28"/>
        </w:rPr>
        <w:t>Step 3: Question types</w:t>
      </w:r>
    </w:p>
    <w:p>
      <w:pPr>
        <w:spacing w:after="100"/>
      </w:pPr>
      <w:r>
        <w:rPr>
          <w:rFonts w:ascii="Arial" w:hAnsi="Arial" w:cs="Arial" w:eastAsia="Arial"/>
          <w:b w:val="0"/>
          <w:i w:val="0"/>
          <w:color w:val="231A2E"/>
          <w:sz w:val="20"/>
        </w:rPr>
        <w:t>Pick the type from the answer you want back. Choices are quicker to answer than a blank box, so use a choice question wherever you can list the likely answers.</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4968"/>
        <w:gridCol w:w="4968"/>
      </w:tblGrid>
      <w:tr>
        <w:tc>
          <w:tcPr>
            <w:tcW w:type="dxa" w:w="4968"/>
            <w:shd w:val="clear" w:color="auto" w:fill="231A2E"/>
          </w:tcPr>
          <w:p>
            <w:r/>
            <w:r>
              <w:rPr>
                <w:rFonts w:ascii="Arial" w:hAnsi="Arial" w:cs="Arial" w:eastAsia="Arial"/>
                <w:b/>
                <w:i w:val="0"/>
                <w:color w:val="FBF5E9"/>
                <w:sz w:val="18"/>
              </w:rPr>
              <w:t>If you want...</w:t>
            </w:r>
          </w:p>
        </w:tc>
        <w:tc>
          <w:tcPr>
            <w:tcW w:type="dxa" w:w="4968"/>
            <w:shd w:val="clear" w:color="auto" w:fill="231A2E"/>
          </w:tcPr>
          <w:p>
            <w:r/>
            <w:r>
              <w:rPr>
                <w:rFonts w:ascii="Arial" w:hAnsi="Arial" w:cs="Arial" w:eastAsia="Arial"/>
                <w:b/>
                <w:i w:val="0"/>
                <w:color w:val="FBF5E9"/>
                <w:sz w:val="18"/>
              </w:rPr>
              <w:t>Use this question type</w:t>
            </w:r>
          </w:p>
        </w:tc>
      </w:tr>
      <w:tr>
        <w:trPr>
          <w:trHeight w:val="480"/>
        </w:trPr>
        <w:tc>
          <w:tcPr>
            <w:tcW w:type="dxa" w:w="4968"/>
          </w:tcPr>
          <w:p>
            <w:r/>
            <w:r>
              <w:rPr>
                <w:rFonts w:ascii="Arial" w:hAnsi="Arial" w:cs="Arial" w:eastAsia="Arial"/>
                <w:b w:val="0"/>
                <w:i w:val="0"/>
                <w:color w:val="231A2E"/>
                <w:sz w:val="18"/>
              </w:rPr>
              <w:t>One answer from a short list</w:t>
            </w:r>
          </w:p>
        </w:tc>
        <w:tc>
          <w:tcPr>
            <w:tcW w:type="dxa" w:w="4968"/>
          </w:tcPr>
          <w:p>
            <w:r/>
            <w:r>
              <w:rPr>
                <w:rFonts w:ascii="Arial" w:hAnsi="Arial" w:cs="Arial" w:eastAsia="Arial"/>
                <w:b w:val="0"/>
                <w:i w:val="0"/>
                <w:color w:val="231A2E"/>
                <w:sz w:val="18"/>
              </w:rPr>
              <w:t>Multiple choice (a dropdown for long lists)</w:t>
            </w:r>
          </w:p>
        </w:tc>
      </w:tr>
      <w:tr>
        <w:trPr>
          <w:trHeight w:val="480"/>
        </w:trPr>
        <w:tc>
          <w:tcPr>
            <w:tcW w:type="dxa" w:w="4968"/>
          </w:tcPr>
          <w:p>
            <w:r/>
            <w:r>
              <w:rPr>
                <w:rFonts w:ascii="Arial" w:hAnsi="Arial" w:cs="Arial" w:eastAsia="Arial"/>
                <w:b w:val="0"/>
                <w:i w:val="0"/>
                <w:color w:val="231A2E"/>
                <w:sz w:val="18"/>
              </w:rPr>
              <w:t>Several answers from a list</w:t>
            </w:r>
          </w:p>
        </w:tc>
        <w:tc>
          <w:tcPr>
            <w:tcW w:type="dxa" w:w="4968"/>
          </w:tcPr>
          <w:p>
            <w:r/>
            <w:r>
              <w:rPr>
                <w:rFonts w:ascii="Arial" w:hAnsi="Arial" w:cs="Arial" w:eastAsia="Arial"/>
                <w:b w:val="0"/>
                <w:i w:val="0"/>
                <w:color w:val="231A2E"/>
                <w:sz w:val="18"/>
              </w:rPr>
              <w:t>Checkboxes</w:t>
            </w:r>
          </w:p>
        </w:tc>
      </w:tr>
      <w:tr>
        <w:trPr>
          <w:trHeight w:val="480"/>
        </w:trPr>
        <w:tc>
          <w:tcPr>
            <w:tcW w:type="dxa" w:w="4968"/>
          </w:tcPr>
          <w:p>
            <w:r/>
            <w:r>
              <w:rPr>
                <w:rFonts w:ascii="Arial" w:hAnsi="Arial" w:cs="Arial" w:eastAsia="Arial"/>
                <w:b w:val="0"/>
                <w:i w:val="0"/>
                <w:color w:val="231A2E"/>
                <w:sz w:val="18"/>
              </w:rPr>
              <w:t>A name, a short phrase</w:t>
            </w:r>
          </w:p>
        </w:tc>
        <w:tc>
          <w:tcPr>
            <w:tcW w:type="dxa" w:w="4968"/>
          </w:tcPr>
          <w:p>
            <w:r/>
            <w:r>
              <w:rPr>
                <w:rFonts w:ascii="Arial" w:hAnsi="Arial" w:cs="Arial" w:eastAsia="Arial"/>
                <w:b w:val="0"/>
                <w:i w:val="0"/>
                <w:color w:val="231A2E"/>
                <w:sz w:val="18"/>
              </w:rPr>
              <w:t>Short text</w:t>
            </w:r>
          </w:p>
        </w:tc>
      </w:tr>
      <w:tr>
        <w:trPr>
          <w:trHeight w:val="480"/>
        </w:trPr>
        <w:tc>
          <w:tcPr>
            <w:tcW w:type="dxa" w:w="4968"/>
          </w:tcPr>
          <w:p>
            <w:r/>
            <w:r>
              <w:rPr>
                <w:rFonts w:ascii="Arial" w:hAnsi="Arial" w:cs="Arial" w:eastAsia="Arial"/>
                <w:b w:val="0"/>
                <w:i w:val="0"/>
                <w:color w:val="231A2E"/>
                <w:sz w:val="18"/>
              </w:rPr>
              <w:t>A story, a description, feedback</w:t>
            </w:r>
          </w:p>
        </w:tc>
        <w:tc>
          <w:tcPr>
            <w:tcW w:type="dxa" w:w="4968"/>
          </w:tcPr>
          <w:p>
            <w:r/>
            <w:r>
              <w:rPr>
                <w:rFonts w:ascii="Arial" w:hAnsi="Arial" w:cs="Arial" w:eastAsia="Arial"/>
                <w:b w:val="0"/>
                <w:i w:val="0"/>
                <w:color w:val="231A2E"/>
                <w:sz w:val="18"/>
              </w:rPr>
              <w:t>Long text</w:t>
            </w:r>
          </w:p>
        </w:tc>
      </w:tr>
      <w:tr>
        <w:trPr>
          <w:trHeight w:val="480"/>
        </w:trPr>
        <w:tc>
          <w:tcPr>
            <w:tcW w:type="dxa" w:w="4968"/>
          </w:tcPr>
          <w:p>
            <w:r/>
            <w:r>
              <w:rPr>
                <w:rFonts w:ascii="Arial" w:hAnsi="Arial" w:cs="Arial" w:eastAsia="Arial"/>
                <w:b w:val="0"/>
                <w:i w:val="0"/>
                <w:color w:val="231A2E"/>
                <w:sz w:val="18"/>
              </w:rPr>
              <w:t>An email address, phone number or link</w:t>
            </w:r>
          </w:p>
        </w:tc>
        <w:tc>
          <w:tcPr>
            <w:tcW w:type="dxa" w:w="4968"/>
          </w:tcPr>
          <w:p>
            <w:r/>
            <w:r>
              <w:rPr>
                <w:rFonts w:ascii="Arial" w:hAnsi="Arial" w:cs="Arial" w:eastAsia="Arial"/>
                <w:b w:val="0"/>
                <w:i w:val="0"/>
                <w:color w:val="231A2E"/>
                <w:sz w:val="18"/>
              </w:rPr>
              <w:t>Email, phone or URL</w:t>
            </w:r>
          </w:p>
        </w:tc>
      </w:tr>
      <w:tr>
        <w:trPr>
          <w:trHeight w:val="480"/>
        </w:trPr>
        <w:tc>
          <w:tcPr>
            <w:tcW w:type="dxa" w:w="4968"/>
          </w:tcPr>
          <w:p>
            <w:r/>
            <w:r>
              <w:rPr>
                <w:rFonts w:ascii="Arial" w:hAnsi="Arial" w:cs="Arial" w:eastAsia="Arial"/>
                <w:b w:val="0"/>
                <w:i w:val="0"/>
                <w:color w:val="231A2E"/>
                <w:sz w:val="18"/>
              </w:rPr>
              <w:t>A date or a time</w:t>
            </w:r>
          </w:p>
        </w:tc>
        <w:tc>
          <w:tcPr>
            <w:tcW w:type="dxa" w:w="4968"/>
          </w:tcPr>
          <w:p>
            <w:r/>
            <w:r>
              <w:rPr>
                <w:rFonts w:ascii="Arial" w:hAnsi="Arial" w:cs="Arial" w:eastAsia="Arial"/>
                <w:b w:val="0"/>
                <w:i w:val="0"/>
                <w:color w:val="231A2E"/>
                <w:sz w:val="18"/>
              </w:rPr>
              <w:t>Date or time</w:t>
            </w:r>
          </w:p>
        </w:tc>
      </w:tr>
      <w:tr>
        <w:trPr>
          <w:trHeight w:val="480"/>
        </w:trPr>
        <w:tc>
          <w:tcPr>
            <w:tcW w:type="dxa" w:w="4968"/>
          </w:tcPr>
          <w:p>
            <w:r/>
            <w:r>
              <w:rPr>
                <w:rFonts w:ascii="Arial" w:hAnsi="Arial" w:cs="Arial" w:eastAsia="Arial"/>
                <w:b w:val="0"/>
                <w:i w:val="0"/>
                <w:color w:val="231A2E"/>
                <w:sz w:val="18"/>
              </w:rPr>
              <w:t>A number you will add up or compare</w:t>
            </w:r>
          </w:p>
        </w:tc>
        <w:tc>
          <w:tcPr>
            <w:tcW w:type="dxa" w:w="4968"/>
          </w:tcPr>
          <w:p>
            <w:r/>
            <w:r>
              <w:rPr>
                <w:rFonts w:ascii="Arial" w:hAnsi="Arial" w:cs="Arial" w:eastAsia="Arial"/>
                <w:b w:val="0"/>
                <w:i w:val="0"/>
                <w:color w:val="231A2E"/>
                <w:sz w:val="18"/>
              </w:rPr>
              <w:t>Number</w:t>
            </w:r>
          </w:p>
        </w:tc>
      </w:tr>
      <w:tr>
        <w:trPr>
          <w:trHeight w:val="480"/>
        </w:trPr>
        <w:tc>
          <w:tcPr>
            <w:tcW w:type="dxa" w:w="4968"/>
          </w:tcPr>
          <w:p>
            <w:r/>
            <w:r>
              <w:rPr>
                <w:rFonts w:ascii="Arial" w:hAnsi="Arial" w:cs="Arial" w:eastAsia="Arial"/>
                <w:b w:val="0"/>
                <w:i w:val="0"/>
                <w:color w:val="231A2E"/>
                <w:sz w:val="18"/>
              </w:rPr>
              <w:t>A score or an opinion</w:t>
            </w:r>
          </w:p>
        </w:tc>
        <w:tc>
          <w:tcPr>
            <w:tcW w:type="dxa" w:w="4968"/>
          </w:tcPr>
          <w:p>
            <w:r/>
            <w:r>
              <w:rPr>
                <w:rFonts w:ascii="Arial" w:hAnsi="Arial" w:cs="Arial" w:eastAsia="Arial"/>
                <w:b w:val="0"/>
                <w:i w:val="0"/>
                <w:color w:val="231A2E"/>
                <w:sz w:val="18"/>
              </w:rPr>
              <w:t>Rating, or a linear scale with labels on both ends</w:t>
            </w:r>
          </w:p>
        </w:tc>
      </w:tr>
      <w:tr>
        <w:trPr>
          <w:trHeight w:val="480"/>
        </w:trPr>
        <w:tc>
          <w:tcPr>
            <w:tcW w:type="dxa" w:w="4968"/>
          </w:tcPr>
          <w:p>
            <w:r/>
            <w:r>
              <w:rPr>
                <w:rFonts w:ascii="Arial" w:hAnsi="Arial" w:cs="Arial" w:eastAsia="Arial"/>
                <w:b w:val="0"/>
                <w:i w:val="0"/>
                <w:color w:val="231A2E"/>
                <w:sz w:val="18"/>
              </w:rPr>
              <w:t>Several statements on the same scale</w:t>
            </w:r>
          </w:p>
        </w:tc>
        <w:tc>
          <w:tcPr>
            <w:tcW w:type="dxa" w:w="4968"/>
          </w:tcPr>
          <w:p>
            <w:r/>
            <w:r>
              <w:rPr>
                <w:rFonts w:ascii="Arial" w:hAnsi="Arial" w:cs="Arial" w:eastAsia="Arial"/>
                <w:b w:val="0"/>
                <w:i w:val="0"/>
                <w:color w:val="231A2E"/>
                <w:sz w:val="18"/>
              </w:rPr>
              <w:t>Matrix</w:t>
            </w:r>
          </w:p>
        </w:tc>
      </w:tr>
      <w:tr>
        <w:trPr>
          <w:trHeight w:val="480"/>
        </w:trPr>
        <w:tc>
          <w:tcPr>
            <w:tcW w:type="dxa" w:w="4968"/>
          </w:tcPr>
          <w:p>
            <w:r/>
            <w:r>
              <w:rPr>
                <w:rFonts w:ascii="Arial" w:hAnsi="Arial" w:cs="Arial" w:eastAsia="Arial"/>
                <w:b w:val="0"/>
                <w:i w:val="0"/>
                <w:color w:val="231A2E"/>
                <w:sz w:val="18"/>
              </w:rPr>
              <w:t>A photo, a CV, a document</w:t>
            </w:r>
          </w:p>
        </w:tc>
        <w:tc>
          <w:tcPr>
            <w:tcW w:type="dxa" w:w="4968"/>
          </w:tcPr>
          <w:p>
            <w:r/>
            <w:r>
              <w:rPr>
                <w:rFonts w:ascii="Arial" w:hAnsi="Arial" w:cs="Arial" w:eastAsia="Arial"/>
                <w:b w:val="0"/>
                <w:i w:val="0"/>
                <w:color w:val="231A2E"/>
                <w:sz w:val="18"/>
              </w:rPr>
              <w:t>File upload</w:t>
            </w:r>
          </w:p>
        </w:tc>
      </w:tr>
      <w:tr>
        <w:trPr>
          <w:trHeight w:val="480"/>
        </w:trPr>
        <w:tc>
          <w:tcPr>
            <w:tcW w:type="dxa" w:w="4968"/>
          </w:tcPr>
          <w:p>
            <w:r/>
            <w:r>
              <w:rPr>
                <w:rFonts w:ascii="Arial" w:hAnsi="Arial" w:cs="Arial" w:eastAsia="Arial"/>
                <w:b w:val="0"/>
                <w:i w:val="0"/>
                <w:color w:val="231A2E"/>
                <w:sz w:val="18"/>
              </w:rPr>
              <w:t>A booked call or a time slot</w:t>
            </w:r>
          </w:p>
        </w:tc>
        <w:tc>
          <w:tcPr>
            <w:tcW w:type="dxa" w:w="4968"/>
          </w:tcPr>
          <w:p>
            <w:r/>
            <w:r>
              <w:rPr>
                <w:rFonts w:ascii="Arial" w:hAnsi="Arial" w:cs="Arial" w:eastAsia="Arial"/>
                <w:b w:val="0"/>
                <w:i w:val="0"/>
                <w:color w:val="231A2E"/>
                <w:sz w:val="18"/>
              </w:rPr>
              <w:t>Scheduling (Calendly or Cal.com)</w:t>
            </w:r>
          </w:p>
        </w:tc>
      </w:tr>
      <w:tr>
        <w:trPr>
          <w:trHeight w:val="480"/>
        </w:trPr>
        <w:tc>
          <w:tcPr>
            <w:tcW w:type="dxa" w:w="4968"/>
          </w:tcPr>
          <w:p>
            <w:r/>
            <w:r>
              <w:rPr>
                <w:rFonts w:ascii="Arial" w:hAnsi="Arial" w:cs="Arial" w:eastAsia="Arial"/>
                <w:b w:val="0"/>
                <w:i w:val="0"/>
                <w:color w:val="231A2E"/>
                <w:sz w:val="18"/>
              </w:rPr>
              <w:t>A signature</w:t>
            </w:r>
          </w:p>
        </w:tc>
        <w:tc>
          <w:tcPr>
            <w:tcW w:type="dxa" w:w="4968"/>
          </w:tcPr>
          <w:p>
            <w:r/>
            <w:r>
              <w:rPr>
                <w:rFonts w:ascii="Arial" w:hAnsi="Arial" w:cs="Arial" w:eastAsia="Arial"/>
                <w:b w:val="0"/>
                <w:i w:val="0"/>
                <w:color w:val="231A2E"/>
                <w:sz w:val="18"/>
              </w:rPr>
              <w:t>Signature</w:t>
            </w:r>
          </w:p>
        </w:tc>
      </w:tr>
    </w:tbl>
    <w:p>
      <w:pPr>
        <w:spacing w:after="40"/>
      </w:pP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2484"/>
        <w:gridCol w:w="2484"/>
        <w:gridCol w:w="2484"/>
        <w:gridCol w:w="2484"/>
      </w:tblGrid>
      <w:tr>
        <w:tc>
          <w:tcPr>
            <w:tcW w:type="dxa" w:w="566"/>
            <w:shd w:val="clear" w:color="auto" w:fill="231A2E"/>
          </w:tcPr>
          <w:p>
            <w:r/>
            <w:r>
              <w:rPr>
                <w:rFonts w:ascii="Arial" w:hAnsi="Arial" w:cs="Arial" w:eastAsia="Arial"/>
                <w:b/>
                <w:i w:val="0"/>
                <w:color w:val="FBF5E9"/>
                <w:sz w:val="18"/>
              </w:rPr>
              <w:t>#</w:t>
            </w:r>
          </w:p>
        </w:tc>
        <w:tc>
          <w:tcPr>
            <w:tcW w:type="dxa" w:w="2368"/>
            <w:shd w:val="clear" w:color="auto" w:fill="231A2E"/>
          </w:tcPr>
          <w:p>
            <w:r/>
            <w:r>
              <w:rPr>
                <w:rFonts w:ascii="Arial" w:hAnsi="Arial" w:cs="Arial" w:eastAsia="Arial"/>
                <w:b/>
                <w:i w:val="0"/>
                <w:color w:val="FBF5E9"/>
                <w:sz w:val="18"/>
              </w:rPr>
              <w:t>Question type</w:t>
            </w:r>
          </w:p>
        </w:tc>
        <w:tc>
          <w:tcPr>
            <w:tcW w:type="dxa" w:w="3604"/>
            <w:shd w:val="clear" w:color="auto" w:fill="231A2E"/>
          </w:tcPr>
          <w:p>
            <w:r/>
            <w:r>
              <w:rPr>
                <w:rFonts w:ascii="Arial" w:hAnsi="Arial" w:cs="Arial" w:eastAsia="Arial"/>
                <w:b/>
                <w:i w:val="0"/>
                <w:color w:val="FBF5E9"/>
                <w:sz w:val="18"/>
              </w:rPr>
              <w:t>Choices, scale or format</w:t>
            </w:r>
          </w:p>
        </w:tc>
        <w:tc>
          <w:tcPr>
            <w:tcW w:type="dxa" w:w="3398"/>
            <w:shd w:val="clear" w:color="auto" w:fill="231A2E"/>
          </w:tcPr>
          <w:p>
            <w:r/>
            <w:r>
              <w:rPr>
                <w:rFonts w:ascii="Arial" w:hAnsi="Arial" w:cs="Arial" w:eastAsia="Arial"/>
                <w:b/>
                <w:i w:val="0"/>
                <w:color w:val="FBF5E9"/>
                <w:sz w:val="18"/>
              </w:rPr>
              <w:t>Hint text (if needed)</w:t>
            </w:r>
          </w:p>
        </w:tc>
      </w:tr>
      <w:tr>
        <w:trPr>
          <w:trHeight w:val="480"/>
        </w:trPr>
        <w:tc>
          <w:tcPr>
            <w:tcW w:type="dxa" w:w="566"/>
          </w:tcPr>
          <w:p>
            <w:r/>
            <w:r>
              <w:rPr>
                <w:rFonts w:ascii="Arial" w:hAnsi="Arial" w:cs="Arial" w:eastAsia="Arial"/>
                <w:b w:val="0"/>
                <w:i/>
                <w:color w:val="5E5468"/>
                <w:sz w:val="18"/>
              </w:rPr>
              <w:t>1</w:t>
            </w:r>
          </w:p>
        </w:tc>
        <w:tc>
          <w:tcPr>
            <w:tcW w:type="dxa" w:w="2368"/>
          </w:tcPr>
          <w:p>
            <w:r/>
            <w:r>
              <w:rPr>
                <w:rFonts w:ascii="Arial" w:hAnsi="Arial" w:cs="Arial" w:eastAsia="Arial"/>
                <w:b w:val="0"/>
                <w:i/>
                <w:color w:val="5E5468"/>
                <w:sz w:val="18"/>
              </w:rPr>
              <w:t>Email</w:t>
            </w:r>
          </w:p>
        </w:tc>
        <w:tc>
          <w:tcPr>
            <w:tcW w:type="dxa" w:w="3604"/>
          </w:tcPr>
          <w:p>
            <w:r/>
            <w:r>
              <w:rPr>
                <w:rFonts w:ascii="Arial" w:hAnsi="Arial" w:cs="Arial" w:eastAsia="Arial"/>
                <w:b w:val="0"/>
                <w:i/>
                <w:color w:val="5E5468"/>
                <w:sz w:val="18"/>
              </w:rPr>
              <w:t>One email address</w:t>
            </w:r>
          </w:p>
        </w:tc>
        <w:tc>
          <w:tcPr>
            <w:tcW w:type="dxa" w:w="3398"/>
          </w:tcPr>
          <w:p>
            <w:r/>
            <w:r>
              <w:rPr>
                <w:rFonts w:ascii="Arial" w:hAnsi="Arial" w:cs="Arial" w:eastAsia="Arial"/>
                <w:b w:val="0"/>
                <w:i/>
                <w:color w:val="5E5468"/>
                <w:sz w:val="18"/>
              </w:rPr>
              <w:t>We reply within one working day</w:t>
            </w:r>
          </w:p>
        </w:tc>
      </w:tr>
      <w:tr>
        <w:trPr>
          <w:trHeight w:val="480"/>
        </w:trPr>
        <w:tc>
          <w:tcPr>
            <w:tcW w:type="dxa" w:w="566"/>
          </w:tcPr>
          <w:p>
            <w:r/>
            <w:r>
              <w:rPr>
                <w:rFonts w:ascii="Arial" w:hAnsi="Arial" w:cs="Arial" w:eastAsia="Arial"/>
                <w:b w:val="0"/>
                <w:i/>
                <w:color w:val="5E5468"/>
                <w:sz w:val="18"/>
              </w:rPr>
              <w:t>2</w:t>
            </w:r>
          </w:p>
        </w:tc>
        <w:tc>
          <w:tcPr>
            <w:tcW w:type="dxa" w:w="2368"/>
          </w:tcPr>
          <w:p>
            <w:r/>
            <w:r>
              <w:rPr>
                <w:rFonts w:ascii="Arial" w:hAnsi="Arial" w:cs="Arial" w:eastAsia="Arial"/>
                <w:b w:val="0"/>
                <w:i/>
                <w:color w:val="5E5468"/>
                <w:sz w:val="18"/>
              </w:rPr>
              <w:t>Multiple choice</w:t>
            </w:r>
          </w:p>
        </w:tc>
        <w:tc>
          <w:tcPr>
            <w:tcW w:type="dxa" w:w="3604"/>
          </w:tcPr>
          <w:p>
            <w:r/>
            <w:r>
              <w:rPr>
                <w:rFonts w:ascii="Arial" w:hAnsi="Arial" w:cs="Arial" w:eastAsia="Arial"/>
                <w:b w:val="0"/>
                <w:i/>
                <w:color w:val="5E5468"/>
                <w:sz w:val="18"/>
              </w:rPr>
              <w:t>New website, Logo, Something else</w:t>
            </w:r>
          </w:p>
        </w:tc>
        <w:tc>
          <w:tcPr>
            <w:tcW w:type="dxa" w:w="3398"/>
          </w:tcPr>
          <w:p>
            <w:r/>
            <w:r>
              <w:rPr>
                <w:rFonts w:ascii="Arial" w:hAnsi="Arial" w:cs="Arial" w:eastAsia="Arial"/>
                <w:b w:val="0"/>
                <w:i/>
                <w:color w:val="5E5468"/>
                <w:sz w:val="18"/>
              </w:rPr>
            </w:r>
          </w:p>
        </w:tc>
      </w:tr>
      <w:tr>
        <w:trPr>
          <w:trHeight w:val="480"/>
        </w:trPr>
        <w:tc>
          <w:tcPr>
            <w:tcW w:type="dxa" w:w="566"/>
          </w:tcPr>
          <w:p>
            <w:r/>
            <w:r>
              <w:rPr>
                <w:rFonts w:ascii="Arial" w:hAnsi="Arial" w:cs="Arial" w:eastAsia="Arial"/>
                <w:b w:val="0"/>
                <w:i w:val="0"/>
                <w:color w:val="231A2E"/>
                <w:sz w:val="18"/>
              </w:rPr>
              <w:t>3</w:t>
            </w:r>
          </w:p>
        </w:tc>
        <w:tc>
          <w:tcPr>
            <w:tcW w:type="dxa" w:w="2368"/>
          </w:tcPr>
          <w:p>
            <w:r/>
            <w:r>
              <w:rPr>
                <w:rFonts w:ascii="Arial" w:hAnsi="Arial" w:cs="Arial" w:eastAsia="Arial"/>
                <w:b w:val="0"/>
                <w:i w:val="0"/>
                <w:color w:val="231A2E"/>
                <w:sz w:val="18"/>
              </w:rPr>
            </w:r>
          </w:p>
        </w:tc>
        <w:tc>
          <w:tcPr>
            <w:tcW w:type="dxa" w:w="3604"/>
          </w:tcPr>
          <w:p>
            <w:r/>
            <w:r>
              <w:rPr>
                <w:rFonts w:ascii="Arial" w:hAnsi="Arial" w:cs="Arial" w:eastAsia="Arial"/>
                <w:b w:val="0"/>
                <w:i w:val="0"/>
                <w:color w:val="231A2E"/>
                <w:sz w:val="18"/>
              </w:rPr>
            </w:r>
          </w:p>
        </w:tc>
        <w:tc>
          <w:tcPr>
            <w:tcW w:type="dxa" w:w="3398"/>
          </w:tcPr>
          <w:p>
            <w:r/>
            <w:r>
              <w:rPr>
                <w:rFonts w:ascii="Arial" w:hAnsi="Arial" w:cs="Arial" w:eastAsia="Arial"/>
                <w:b w:val="0"/>
                <w:i w:val="0"/>
                <w:color w:val="231A2E"/>
                <w:sz w:val="18"/>
              </w:rPr>
            </w:r>
          </w:p>
        </w:tc>
      </w:tr>
      <w:tr>
        <w:trPr>
          <w:trHeight w:val="480"/>
        </w:trPr>
        <w:tc>
          <w:tcPr>
            <w:tcW w:type="dxa" w:w="566"/>
          </w:tcPr>
          <w:p>
            <w:r/>
            <w:r>
              <w:rPr>
                <w:rFonts w:ascii="Arial" w:hAnsi="Arial" w:cs="Arial" w:eastAsia="Arial"/>
                <w:b w:val="0"/>
                <w:i w:val="0"/>
                <w:color w:val="231A2E"/>
                <w:sz w:val="18"/>
              </w:rPr>
              <w:t>4</w:t>
            </w:r>
          </w:p>
        </w:tc>
        <w:tc>
          <w:tcPr>
            <w:tcW w:type="dxa" w:w="2368"/>
          </w:tcPr>
          <w:p>
            <w:r/>
            <w:r>
              <w:rPr>
                <w:rFonts w:ascii="Arial" w:hAnsi="Arial" w:cs="Arial" w:eastAsia="Arial"/>
                <w:b w:val="0"/>
                <w:i w:val="0"/>
                <w:color w:val="231A2E"/>
                <w:sz w:val="18"/>
              </w:rPr>
            </w:r>
          </w:p>
        </w:tc>
        <w:tc>
          <w:tcPr>
            <w:tcW w:type="dxa" w:w="3604"/>
          </w:tcPr>
          <w:p>
            <w:r/>
            <w:r>
              <w:rPr>
                <w:rFonts w:ascii="Arial" w:hAnsi="Arial" w:cs="Arial" w:eastAsia="Arial"/>
                <w:b w:val="0"/>
                <w:i w:val="0"/>
                <w:color w:val="231A2E"/>
                <w:sz w:val="18"/>
              </w:rPr>
            </w:r>
          </w:p>
        </w:tc>
        <w:tc>
          <w:tcPr>
            <w:tcW w:type="dxa" w:w="3398"/>
          </w:tcPr>
          <w:p>
            <w:r/>
            <w:r>
              <w:rPr>
                <w:rFonts w:ascii="Arial" w:hAnsi="Arial" w:cs="Arial" w:eastAsia="Arial"/>
                <w:b w:val="0"/>
                <w:i w:val="0"/>
                <w:color w:val="231A2E"/>
                <w:sz w:val="18"/>
              </w:rPr>
            </w:r>
          </w:p>
        </w:tc>
      </w:tr>
      <w:tr>
        <w:trPr>
          <w:trHeight w:val="480"/>
        </w:trPr>
        <w:tc>
          <w:tcPr>
            <w:tcW w:type="dxa" w:w="566"/>
          </w:tcPr>
          <w:p>
            <w:r/>
            <w:r>
              <w:rPr>
                <w:rFonts w:ascii="Arial" w:hAnsi="Arial" w:cs="Arial" w:eastAsia="Arial"/>
                <w:b w:val="0"/>
                <w:i w:val="0"/>
                <w:color w:val="231A2E"/>
                <w:sz w:val="18"/>
              </w:rPr>
              <w:t>5</w:t>
            </w:r>
          </w:p>
        </w:tc>
        <w:tc>
          <w:tcPr>
            <w:tcW w:type="dxa" w:w="2368"/>
          </w:tcPr>
          <w:p>
            <w:r/>
            <w:r>
              <w:rPr>
                <w:rFonts w:ascii="Arial" w:hAnsi="Arial" w:cs="Arial" w:eastAsia="Arial"/>
                <w:b w:val="0"/>
                <w:i w:val="0"/>
                <w:color w:val="231A2E"/>
                <w:sz w:val="18"/>
              </w:rPr>
            </w:r>
          </w:p>
        </w:tc>
        <w:tc>
          <w:tcPr>
            <w:tcW w:type="dxa" w:w="3604"/>
          </w:tcPr>
          <w:p>
            <w:r/>
            <w:r>
              <w:rPr>
                <w:rFonts w:ascii="Arial" w:hAnsi="Arial" w:cs="Arial" w:eastAsia="Arial"/>
                <w:b w:val="0"/>
                <w:i w:val="0"/>
                <w:color w:val="231A2E"/>
                <w:sz w:val="18"/>
              </w:rPr>
            </w:r>
          </w:p>
        </w:tc>
        <w:tc>
          <w:tcPr>
            <w:tcW w:type="dxa" w:w="3398"/>
          </w:tcPr>
          <w:p>
            <w:r/>
            <w:r>
              <w:rPr>
                <w:rFonts w:ascii="Arial" w:hAnsi="Arial" w:cs="Arial" w:eastAsia="Arial"/>
                <w:b w:val="0"/>
                <w:i w:val="0"/>
                <w:color w:val="231A2E"/>
                <w:sz w:val="18"/>
              </w:rPr>
            </w:r>
          </w:p>
        </w:tc>
      </w:tr>
      <w:tr>
        <w:trPr>
          <w:trHeight w:val="480"/>
        </w:trPr>
        <w:tc>
          <w:tcPr>
            <w:tcW w:type="dxa" w:w="566"/>
          </w:tcPr>
          <w:p>
            <w:r/>
            <w:r>
              <w:rPr>
                <w:rFonts w:ascii="Arial" w:hAnsi="Arial" w:cs="Arial" w:eastAsia="Arial"/>
                <w:b w:val="0"/>
                <w:i w:val="0"/>
                <w:color w:val="231A2E"/>
                <w:sz w:val="18"/>
              </w:rPr>
              <w:t>6</w:t>
            </w:r>
          </w:p>
        </w:tc>
        <w:tc>
          <w:tcPr>
            <w:tcW w:type="dxa" w:w="2368"/>
          </w:tcPr>
          <w:p>
            <w:r/>
            <w:r>
              <w:rPr>
                <w:rFonts w:ascii="Arial" w:hAnsi="Arial" w:cs="Arial" w:eastAsia="Arial"/>
                <w:b w:val="0"/>
                <w:i w:val="0"/>
                <w:color w:val="231A2E"/>
                <w:sz w:val="18"/>
              </w:rPr>
            </w:r>
          </w:p>
        </w:tc>
        <w:tc>
          <w:tcPr>
            <w:tcW w:type="dxa" w:w="3604"/>
          </w:tcPr>
          <w:p>
            <w:r/>
            <w:r>
              <w:rPr>
                <w:rFonts w:ascii="Arial" w:hAnsi="Arial" w:cs="Arial" w:eastAsia="Arial"/>
                <w:b w:val="0"/>
                <w:i w:val="0"/>
                <w:color w:val="231A2E"/>
                <w:sz w:val="18"/>
              </w:rPr>
            </w:r>
          </w:p>
        </w:tc>
        <w:tc>
          <w:tcPr>
            <w:tcW w:type="dxa" w:w="3398"/>
          </w:tcPr>
          <w:p>
            <w:r/>
            <w:r>
              <w:rPr>
                <w:rFonts w:ascii="Arial" w:hAnsi="Arial" w:cs="Arial" w:eastAsia="Arial"/>
                <w:b w:val="0"/>
                <w:i w:val="0"/>
                <w:color w:val="231A2E"/>
                <w:sz w:val="18"/>
              </w:rPr>
            </w:r>
          </w:p>
        </w:tc>
      </w:tr>
      <w:tr>
        <w:trPr>
          <w:trHeight w:val="480"/>
        </w:trPr>
        <w:tc>
          <w:tcPr>
            <w:tcW w:type="dxa" w:w="566"/>
          </w:tcPr>
          <w:p>
            <w:r/>
            <w:r>
              <w:rPr>
                <w:rFonts w:ascii="Arial" w:hAnsi="Arial" w:cs="Arial" w:eastAsia="Arial"/>
                <w:b w:val="0"/>
                <w:i w:val="0"/>
                <w:color w:val="231A2E"/>
                <w:sz w:val="18"/>
              </w:rPr>
              <w:t>7</w:t>
            </w:r>
          </w:p>
        </w:tc>
        <w:tc>
          <w:tcPr>
            <w:tcW w:type="dxa" w:w="2368"/>
          </w:tcPr>
          <w:p>
            <w:r/>
            <w:r>
              <w:rPr>
                <w:rFonts w:ascii="Arial" w:hAnsi="Arial" w:cs="Arial" w:eastAsia="Arial"/>
                <w:b w:val="0"/>
                <w:i w:val="0"/>
                <w:color w:val="231A2E"/>
                <w:sz w:val="18"/>
              </w:rPr>
            </w:r>
          </w:p>
        </w:tc>
        <w:tc>
          <w:tcPr>
            <w:tcW w:type="dxa" w:w="3604"/>
          </w:tcPr>
          <w:p>
            <w:r/>
            <w:r>
              <w:rPr>
                <w:rFonts w:ascii="Arial" w:hAnsi="Arial" w:cs="Arial" w:eastAsia="Arial"/>
                <w:b w:val="0"/>
                <w:i w:val="0"/>
                <w:color w:val="231A2E"/>
                <w:sz w:val="18"/>
              </w:rPr>
            </w:r>
          </w:p>
        </w:tc>
        <w:tc>
          <w:tcPr>
            <w:tcW w:type="dxa" w:w="3398"/>
          </w:tcPr>
          <w:p>
            <w:r/>
            <w:r>
              <w:rPr>
                <w:rFonts w:ascii="Arial" w:hAnsi="Arial" w:cs="Arial" w:eastAsia="Arial"/>
                <w:b w:val="0"/>
                <w:i w:val="0"/>
                <w:color w:val="231A2E"/>
                <w:sz w:val="18"/>
              </w:rPr>
            </w:r>
          </w:p>
        </w:tc>
      </w:tr>
      <w:tr>
        <w:trPr>
          <w:trHeight w:val="480"/>
        </w:trPr>
        <w:tc>
          <w:tcPr>
            <w:tcW w:type="dxa" w:w="566"/>
          </w:tcPr>
          <w:p>
            <w:r/>
            <w:r>
              <w:rPr>
                <w:rFonts w:ascii="Arial" w:hAnsi="Arial" w:cs="Arial" w:eastAsia="Arial"/>
                <w:b w:val="0"/>
                <w:i w:val="0"/>
                <w:color w:val="231A2E"/>
                <w:sz w:val="18"/>
              </w:rPr>
              <w:t>8</w:t>
            </w:r>
          </w:p>
        </w:tc>
        <w:tc>
          <w:tcPr>
            <w:tcW w:type="dxa" w:w="2368"/>
          </w:tcPr>
          <w:p>
            <w:r/>
            <w:r>
              <w:rPr>
                <w:rFonts w:ascii="Arial" w:hAnsi="Arial" w:cs="Arial" w:eastAsia="Arial"/>
                <w:b w:val="0"/>
                <w:i w:val="0"/>
                <w:color w:val="231A2E"/>
                <w:sz w:val="18"/>
              </w:rPr>
            </w:r>
          </w:p>
        </w:tc>
        <w:tc>
          <w:tcPr>
            <w:tcW w:type="dxa" w:w="3604"/>
          </w:tcPr>
          <w:p>
            <w:r/>
            <w:r>
              <w:rPr>
                <w:rFonts w:ascii="Arial" w:hAnsi="Arial" w:cs="Arial" w:eastAsia="Arial"/>
                <w:b w:val="0"/>
                <w:i w:val="0"/>
                <w:color w:val="231A2E"/>
                <w:sz w:val="18"/>
              </w:rPr>
            </w:r>
          </w:p>
        </w:tc>
        <w:tc>
          <w:tcPr>
            <w:tcW w:type="dxa" w:w="3398"/>
          </w:tcPr>
          <w:p>
            <w:r/>
            <w:r>
              <w:rPr>
                <w:rFonts w:ascii="Arial" w:hAnsi="Arial" w:cs="Arial" w:eastAsia="Arial"/>
                <w:b w:val="0"/>
                <w:i w:val="0"/>
                <w:color w:val="231A2E"/>
                <w:sz w:val="18"/>
              </w:rPr>
            </w:r>
          </w:p>
        </w:tc>
      </w:tr>
    </w:tbl>
    <w:p>
      <w:pPr>
        <w:spacing w:after="40"/>
      </w:pPr>
    </w:p>
    <w:p>
      <w:r>
        <w:br w:type="page"/>
      </w:r>
    </w:p>
    <w:p>
      <w:pPr>
        <w:keepNext/>
        <w:spacing w:before="240" w:after="80"/>
      </w:pPr>
      <w:r>
        <w:rPr>
          <w:rFonts w:ascii="Arial" w:hAnsi="Arial" w:cs="Arial" w:eastAsia="Arial"/>
          <w:b/>
          <w:i w:val="0"/>
          <w:color w:val="231A2E"/>
          <w:sz w:val="28"/>
        </w:rPr>
        <w:t>Step 4: Logic (so people skip what doesn't apply)</w:t>
      </w:r>
    </w:p>
    <w:p>
      <w:pPr>
        <w:spacing w:after="100"/>
      </w:pPr>
      <w:r>
        <w:rPr>
          <w:rFonts w:ascii="Arial" w:hAnsi="Arial" w:cs="Arial" w:eastAsia="Arial"/>
          <w:b w:val="0"/>
          <w:i w:val="0"/>
          <w:color w:val="231A2E"/>
          <w:sz w:val="20"/>
        </w:rPr>
        <w:t>Write one rule per row. In HornetForms a rule can show, hide, require, jump, calculate, hide the submit button or redirect.</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3312"/>
        <w:gridCol w:w="3312"/>
        <w:gridCol w:w="3312"/>
      </w:tblGrid>
      <w:tr>
        <w:tc>
          <w:tcPr>
            <w:tcW w:type="dxa" w:w="3974"/>
            <w:shd w:val="clear" w:color="auto" w:fill="231A2E"/>
          </w:tcPr>
          <w:p>
            <w:r/>
            <w:r>
              <w:rPr>
                <w:rFonts w:ascii="Arial" w:hAnsi="Arial" w:cs="Arial" w:eastAsia="Arial"/>
                <w:b/>
                <w:i w:val="0"/>
                <w:color w:val="FBF5E9"/>
                <w:sz w:val="18"/>
              </w:rPr>
              <w:t>If someone answers...</w:t>
            </w:r>
          </w:p>
        </w:tc>
        <w:tc>
          <w:tcPr>
            <w:tcW w:type="dxa" w:w="1987"/>
            <w:shd w:val="clear" w:color="auto" w:fill="231A2E"/>
          </w:tcPr>
          <w:p>
            <w:r/>
            <w:r>
              <w:rPr>
                <w:rFonts w:ascii="Arial" w:hAnsi="Arial" w:cs="Arial" w:eastAsia="Arial"/>
                <w:b/>
                <w:i w:val="0"/>
                <w:color w:val="FBF5E9"/>
                <w:sz w:val="18"/>
              </w:rPr>
              <w:t>Then...</w:t>
            </w:r>
          </w:p>
        </w:tc>
        <w:tc>
          <w:tcPr>
            <w:tcW w:type="dxa" w:w="3974"/>
            <w:shd w:val="clear" w:color="auto" w:fill="231A2E"/>
          </w:tcPr>
          <w:p>
            <w:r/>
            <w:r>
              <w:rPr>
                <w:rFonts w:ascii="Arial" w:hAnsi="Arial" w:cs="Arial" w:eastAsia="Arial"/>
                <w:b/>
                <w:i w:val="0"/>
                <w:color w:val="FBF5E9"/>
                <w:sz w:val="18"/>
              </w:rPr>
              <w:t>Which question, page or ending</w:t>
            </w:r>
          </w:p>
        </w:tc>
      </w:tr>
      <w:tr>
        <w:trPr>
          <w:trHeight w:val="480"/>
        </w:trPr>
        <w:tc>
          <w:tcPr>
            <w:tcW w:type="dxa" w:w="3974"/>
          </w:tcPr>
          <w:p>
            <w:r/>
            <w:r>
              <w:rPr>
                <w:rFonts w:ascii="Arial" w:hAnsi="Arial" w:cs="Arial" w:eastAsia="Arial"/>
                <w:b w:val="0"/>
                <w:i/>
                <w:color w:val="5E5468"/>
                <w:sz w:val="18"/>
              </w:rPr>
              <w:t>Q2 is "Something else"</w:t>
            </w:r>
          </w:p>
        </w:tc>
        <w:tc>
          <w:tcPr>
            <w:tcW w:type="dxa" w:w="1987"/>
          </w:tcPr>
          <w:p>
            <w:r/>
            <w:r>
              <w:rPr>
                <w:rFonts w:ascii="Arial" w:hAnsi="Arial" w:cs="Arial" w:eastAsia="Arial"/>
                <w:b w:val="0"/>
                <w:i/>
                <w:color w:val="5E5468"/>
                <w:sz w:val="18"/>
              </w:rPr>
              <w:t>Show</w:t>
            </w:r>
          </w:p>
        </w:tc>
        <w:tc>
          <w:tcPr>
            <w:tcW w:type="dxa" w:w="3974"/>
          </w:tcPr>
          <w:p>
            <w:r/>
            <w:r>
              <w:rPr>
                <w:rFonts w:ascii="Arial" w:hAnsi="Arial" w:cs="Arial" w:eastAsia="Arial"/>
                <w:b w:val="0"/>
                <w:i/>
                <w:color w:val="5E5468"/>
                <w:sz w:val="18"/>
              </w:rPr>
              <w:t>Q3 "Tell us a bit more"</w:t>
            </w:r>
          </w:p>
        </w:tc>
      </w:tr>
      <w:tr>
        <w:trPr>
          <w:trHeight w:val="480"/>
        </w:trPr>
        <w:tc>
          <w:tcPr>
            <w:tcW w:type="dxa" w:w="3974"/>
          </w:tcPr>
          <w:p>
            <w:r/>
            <w:r>
              <w:rPr>
                <w:rFonts w:ascii="Arial" w:hAnsi="Arial" w:cs="Arial" w:eastAsia="Arial"/>
                <w:b w:val="0"/>
                <w:i w:val="0"/>
                <w:color w:val="231A2E"/>
                <w:sz w:val="18"/>
              </w:rPr>
            </w:r>
          </w:p>
        </w:tc>
        <w:tc>
          <w:tcPr>
            <w:tcW w:type="dxa" w:w="1987"/>
          </w:tcPr>
          <w:p>
            <w:r/>
            <w:r>
              <w:rPr>
                <w:rFonts w:ascii="Arial" w:hAnsi="Arial" w:cs="Arial" w:eastAsia="Arial"/>
                <w:b w:val="0"/>
                <w:i w:val="0"/>
                <w:color w:val="231A2E"/>
                <w:sz w:val="18"/>
              </w:rPr>
            </w:r>
          </w:p>
        </w:tc>
        <w:tc>
          <w:tcPr>
            <w:tcW w:type="dxa" w:w="3974"/>
          </w:tcPr>
          <w:p>
            <w:r/>
            <w:r>
              <w:rPr>
                <w:rFonts w:ascii="Arial" w:hAnsi="Arial" w:cs="Arial" w:eastAsia="Arial"/>
                <w:b w:val="0"/>
                <w:i w:val="0"/>
                <w:color w:val="231A2E"/>
                <w:sz w:val="18"/>
              </w:rPr>
            </w:r>
          </w:p>
        </w:tc>
      </w:tr>
      <w:tr>
        <w:trPr>
          <w:trHeight w:val="480"/>
        </w:trPr>
        <w:tc>
          <w:tcPr>
            <w:tcW w:type="dxa" w:w="3974"/>
          </w:tcPr>
          <w:p>
            <w:r/>
            <w:r>
              <w:rPr>
                <w:rFonts w:ascii="Arial" w:hAnsi="Arial" w:cs="Arial" w:eastAsia="Arial"/>
                <w:b w:val="0"/>
                <w:i w:val="0"/>
                <w:color w:val="231A2E"/>
                <w:sz w:val="18"/>
              </w:rPr>
            </w:r>
          </w:p>
        </w:tc>
        <w:tc>
          <w:tcPr>
            <w:tcW w:type="dxa" w:w="1987"/>
          </w:tcPr>
          <w:p>
            <w:r/>
            <w:r>
              <w:rPr>
                <w:rFonts w:ascii="Arial" w:hAnsi="Arial" w:cs="Arial" w:eastAsia="Arial"/>
                <w:b w:val="0"/>
                <w:i w:val="0"/>
                <w:color w:val="231A2E"/>
                <w:sz w:val="18"/>
              </w:rPr>
            </w:r>
          </w:p>
        </w:tc>
        <w:tc>
          <w:tcPr>
            <w:tcW w:type="dxa" w:w="3974"/>
          </w:tcPr>
          <w:p>
            <w:r/>
            <w:r>
              <w:rPr>
                <w:rFonts w:ascii="Arial" w:hAnsi="Arial" w:cs="Arial" w:eastAsia="Arial"/>
                <w:b w:val="0"/>
                <w:i w:val="0"/>
                <w:color w:val="231A2E"/>
                <w:sz w:val="18"/>
              </w:rPr>
            </w:r>
          </w:p>
        </w:tc>
      </w:tr>
      <w:tr>
        <w:trPr>
          <w:trHeight w:val="480"/>
        </w:trPr>
        <w:tc>
          <w:tcPr>
            <w:tcW w:type="dxa" w:w="3974"/>
          </w:tcPr>
          <w:p>
            <w:r/>
            <w:r>
              <w:rPr>
                <w:rFonts w:ascii="Arial" w:hAnsi="Arial" w:cs="Arial" w:eastAsia="Arial"/>
                <w:b w:val="0"/>
                <w:i w:val="0"/>
                <w:color w:val="231A2E"/>
                <w:sz w:val="18"/>
              </w:rPr>
            </w:r>
          </w:p>
        </w:tc>
        <w:tc>
          <w:tcPr>
            <w:tcW w:type="dxa" w:w="1987"/>
          </w:tcPr>
          <w:p>
            <w:r/>
            <w:r>
              <w:rPr>
                <w:rFonts w:ascii="Arial" w:hAnsi="Arial" w:cs="Arial" w:eastAsia="Arial"/>
                <w:b w:val="0"/>
                <w:i w:val="0"/>
                <w:color w:val="231A2E"/>
                <w:sz w:val="18"/>
              </w:rPr>
            </w:r>
          </w:p>
        </w:tc>
        <w:tc>
          <w:tcPr>
            <w:tcW w:type="dxa" w:w="3974"/>
          </w:tcPr>
          <w:p>
            <w:r/>
            <w:r>
              <w:rPr>
                <w:rFonts w:ascii="Arial" w:hAnsi="Arial" w:cs="Arial" w:eastAsia="Arial"/>
                <w:b w:val="0"/>
                <w:i w:val="0"/>
                <w:color w:val="231A2E"/>
                <w:sz w:val="18"/>
              </w:rPr>
            </w:r>
          </w:p>
        </w:tc>
      </w:tr>
      <w:tr>
        <w:trPr>
          <w:trHeight w:val="480"/>
        </w:trPr>
        <w:tc>
          <w:tcPr>
            <w:tcW w:type="dxa" w:w="3974"/>
          </w:tcPr>
          <w:p>
            <w:r/>
            <w:r>
              <w:rPr>
                <w:rFonts w:ascii="Arial" w:hAnsi="Arial" w:cs="Arial" w:eastAsia="Arial"/>
                <w:b w:val="0"/>
                <w:i w:val="0"/>
                <w:color w:val="231A2E"/>
                <w:sz w:val="18"/>
              </w:rPr>
            </w:r>
          </w:p>
        </w:tc>
        <w:tc>
          <w:tcPr>
            <w:tcW w:type="dxa" w:w="1987"/>
          </w:tcPr>
          <w:p>
            <w:r/>
            <w:r>
              <w:rPr>
                <w:rFonts w:ascii="Arial" w:hAnsi="Arial" w:cs="Arial" w:eastAsia="Arial"/>
                <w:b w:val="0"/>
                <w:i w:val="0"/>
                <w:color w:val="231A2E"/>
                <w:sz w:val="18"/>
              </w:rPr>
            </w:r>
          </w:p>
        </w:tc>
        <w:tc>
          <w:tcPr>
            <w:tcW w:type="dxa" w:w="3974"/>
          </w:tcPr>
          <w:p>
            <w:r/>
            <w:r>
              <w:rPr>
                <w:rFonts w:ascii="Arial" w:hAnsi="Arial" w:cs="Arial" w:eastAsia="Arial"/>
                <w:b w:val="0"/>
                <w:i w:val="0"/>
                <w:color w:val="231A2E"/>
                <w:sz w:val="18"/>
              </w:rPr>
            </w:r>
          </w:p>
        </w:tc>
      </w:tr>
      <w:tr>
        <w:trPr>
          <w:trHeight w:val="480"/>
        </w:trPr>
        <w:tc>
          <w:tcPr>
            <w:tcW w:type="dxa" w:w="3974"/>
          </w:tcPr>
          <w:p>
            <w:r/>
            <w:r>
              <w:rPr>
                <w:rFonts w:ascii="Arial" w:hAnsi="Arial" w:cs="Arial" w:eastAsia="Arial"/>
                <w:b w:val="0"/>
                <w:i w:val="0"/>
                <w:color w:val="231A2E"/>
                <w:sz w:val="18"/>
              </w:rPr>
            </w:r>
          </w:p>
        </w:tc>
        <w:tc>
          <w:tcPr>
            <w:tcW w:type="dxa" w:w="1987"/>
          </w:tcPr>
          <w:p>
            <w:r/>
            <w:r>
              <w:rPr>
                <w:rFonts w:ascii="Arial" w:hAnsi="Arial" w:cs="Arial" w:eastAsia="Arial"/>
                <w:b w:val="0"/>
                <w:i w:val="0"/>
                <w:color w:val="231A2E"/>
                <w:sz w:val="18"/>
              </w:rPr>
            </w:r>
          </w:p>
        </w:tc>
        <w:tc>
          <w:tcPr>
            <w:tcW w:type="dxa" w:w="3974"/>
          </w:tcPr>
          <w:p>
            <w:r/>
            <w:r>
              <w:rPr>
                <w:rFonts w:ascii="Arial" w:hAnsi="Arial" w:cs="Arial" w:eastAsia="Arial"/>
                <w:b w:val="0"/>
                <w:i w:val="0"/>
                <w:color w:val="231A2E"/>
                <w:sz w:val="18"/>
              </w:rPr>
            </w:r>
          </w:p>
        </w:tc>
      </w:tr>
      <w:tr>
        <w:trPr>
          <w:trHeight w:val="480"/>
        </w:trPr>
        <w:tc>
          <w:tcPr>
            <w:tcW w:type="dxa" w:w="3974"/>
          </w:tcPr>
          <w:p>
            <w:r/>
            <w:r>
              <w:rPr>
                <w:rFonts w:ascii="Arial" w:hAnsi="Arial" w:cs="Arial" w:eastAsia="Arial"/>
                <w:b w:val="0"/>
                <w:i w:val="0"/>
                <w:color w:val="231A2E"/>
                <w:sz w:val="18"/>
              </w:rPr>
            </w:r>
          </w:p>
        </w:tc>
        <w:tc>
          <w:tcPr>
            <w:tcW w:type="dxa" w:w="1987"/>
          </w:tcPr>
          <w:p>
            <w:r/>
            <w:r>
              <w:rPr>
                <w:rFonts w:ascii="Arial" w:hAnsi="Arial" w:cs="Arial" w:eastAsia="Arial"/>
                <w:b w:val="0"/>
                <w:i w:val="0"/>
                <w:color w:val="231A2E"/>
                <w:sz w:val="18"/>
              </w:rPr>
            </w:r>
          </w:p>
        </w:tc>
        <w:tc>
          <w:tcPr>
            <w:tcW w:type="dxa" w:w="3974"/>
          </w:tcPr>
          <w:p>
            <w:r/>
            <w:r>
              <w:rPr>
                <w:rFonts w:ascii="Arial" w:hAnsi="Arial" w:cs="Arial" w:eastAsia="Arial"/>
                <w:b w:val="0"/>
                <w:i w:val="0"/>
                <w:color w:val="231A2E"/>
                <w:sz w:val="18"/>
              </w:rPr>
            </w:r>
          </w:p>
        </w:tc>
      </w:tr>
    </w:tbl>
    <w:p>
      <w:pPr>
        <w:spacing w:after="40"/>
      </w:pPr>
    </w:p>
    <w:p>
      <w:pPr>
        <w:keepNext/>
        <w:spacing w:before="240" w:after="80"/>
      </w:pPr>
      <w:r>
        <w:rPr>
          <w:rFonts w:ascii="Arial" w:hAnsi="Arial" w:cs="Arial" w:eastAsia="Arial"/>
          <w:b/>
          <w:i w:val="0"/>
          <w:color w:val="231A2E"/>
          <w:sz w:val="28"/>
        </w:rPr>
        <w:t>Step 5: What happens after someone presses submit</w:t>
      </w:r>
    </w:p>
    <w:p>
      <w:pPr>
        <w:spacing w:after="100"/>
      </w:pPr>
      <w:r>
        <w:rPr>
          <w:rFonts w:ascii="Arial" w:hAnsi="Arial" w:cs="Arial" w:eastAsia="Arial"/>
          <w:b w:val="0"/>
          <w:i w:val="0"/>
          <w:color w:val="231A2E"/>
          <w:sz w:val="20"/>
        </w:rPr>
        <w:t>Tick everything you will set up.</w:t>
      </w:r>
    </w:p>
    <w:p>
      <w:pPr>
        <w:spacing w:after="100"/>
      </w:pPr>
      <w:r>
        <w:rPr>
          <w:rFonts w:ascii="Arial" w:hAnsi="Arial" w:cs="Arial" w:eastAsia="Arial"/>
          <w:b w:val="0"/>
          <w:i w:val="0"/>
          <w:color w:val="231A2E"/>
          <w:sz w:val="20"/>
        </w:rPr>
        <w:t>[   ] Thank-you message     [   ] Different endings for different answers     [   ] Send people to a page (redirect)</w:t>
      </w:r>
    </w:p>
    <w:p>
      <w:pPr>
        <w:spacing w:after="100"/>
      </w:pPr>
      <w:r>
        <w:rPr>
          <w:rFonts w:ascii="Arial" w:hAnsi="Arial" w:cs="Arial" w:eastAsia="Arial"/>
          <w:b w:val="0"/>
          <w:i w:val="0"/>
          <w:color w:val="231A2E"/>
          <w:sz w:val="20"/>
        </w:rPr>
        <w:t>[   ] Confirmation email to the person who answered     [   ] Close date     [   ] Response limit</w:t>
      </w:r>
    </w:p>
    <w:p>
      <w:pPr>
        <w:keepNext/>
        <w:spacing w:after="20"/>
      </w:pPr>
      <w:r>
        <w:rPr>
          <w:rFonts w:ascii="Arial" w:hAnsi="Arial" w:cs="Arial" w:eastAsia="Arial"/>
          <w:b/>
          <w:i w:val="0"/>
          <w:color w:val="231A2E"/>
          <w:sz w:val="20"/>
        </w:rPr>
        <w:t>Thank-you message: what happens next, and when?</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spacing w:after="100"/>
      </w:pPr>
      <w:r>
        <w:rPr>
          <w:rFonts w:ascii="Arial" w:hAnsi="Arial" w:cs="Arial" w:eastAsia="Arial"/>
          <w:b w:val="0"/>
          <w:i/>
          <w:color w:val="5E5468"/>
          <w:sz w:val="17"/>
        </w:rPr>
        <w:t>Example: Thanks! We'll email you a quote by the end of the next working day.</w:t>
      </w:r>
    </w:p>
    <w:p>
      <w:pPr>
        <w:keepNext/>
        <w:spacing w:after="20"/>
      </w:pPr>
      <w:r>
        <w:rPr>
          <w:rFonts w:ascii="Arial" w:hAnsi="Arial" w:cs="Arial" w:eastAsia="Arial"/>
          <w:b/>
          <w:i w:val="0"/>
          <w:color w:val="231A2E"/>
          <w:sz w:val="20"/>
        </w:rPr>
        <w:t>Redirect address (if any)</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Confirmation email: subject line, and which email question holds the address</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Close date or response limit (if any)</w:t>
      </w:r>
    </w:p>
    <w:p>
      <w:pPr>
        <w:spacing w:after="20"/>
      </w:pPr>
      <w:r>
        <w:rPr>
          <w:rFonts w:ascii="Arial" w:hAnsi="Arial" w:cs="Arial" w:eastAsia="Arial"/>
          <w:b w:val="0"/>
          <w:i w:val="0"/>
          <w:color w:val="5E5468"/>
          <w:sz w:val="20"/>
        </w:rPr>
        <w:t>______________________________________________________________________________________</w:t>
      </w:r>
    </w:p>
    <w:p>
      <w:r>
        <w:br w:type="page"/>
      </w:r>
    </w:p>
    <w:p>
      <w:pPr>
        <w:keepNext/>
        <w:spacing w:before="240" w:after="80"/>
      </w:pPr>
      <w:r>
        <w:rPr>
          <w:rFonts w:ascii="Arial" w:hAnsi="Arial" w:cs="Arial" w:eastAsia="Arial"/>
          <w:b/>
          <w:i w:val="0"/>
          <w:color w:val="231A2E"/>
          <w:sz w:val="28"/>
        </w:rPr>
        <w:t>Step 6: Where the answers go</w:t>
      </w:r>
    </w:p>
    <w:p>
      <w:pPr>
        <w:spacing w:after="100"/>
      </w:pPr>
      <w:r>
        <w:rPr>
          <w:rFonts w:ascii="Arial" w:hAnsi="Arial" w:cs="Arial" w:eastAsia="Arial"/>
          <w:b w:val="0"/>
          <w:i w:val="0"/>
          <w:color w:val="231A2E"/>
          <w:sz w:val="20"/>
        </w:rPr>
        <w:t>Pick the places your team already checks. The email to yourself starts switched off, so turn it on if you want one for each new response.</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2484"/>
        <w:gridCol w:w="2484"/>
        <w:gridCol w:w="2484"/>
        <w:gridCol w:w="2484"/>
      </w:tblGrid>
      <w:tr>
        <w:tc>
          <w:tcPr>
            <w:tcW w:type="dxa" w:w="4571"/>
            <w:shd w:val="clear" w:color="auto" w:fill="231A2E"/>
          </w:tcPr>
          <w:p>
            <w:r/>
            <w:r>
              <w:rPr>
                <w:rFonts w:ascii="Arial" w:hAnsi="Arial" w:cs="Arial" w:eastAsia="Arial"/>
                <w:b/>
                <w:i w:val="0"/>
                <w:color w:val="FBF5E9"/>
                <w:sz w:val="18"/>
              </w:rPr>
              <w:t>Destination</w:t>
            </w:r>
          </w:p>
        </w:tc>
        <w:tc>
          <w:tcPr>
            <w:tcW w:type="dxa" w:w="1391"/>
            <w:shd w:val="clear" w:color="auto" w:fill="231A2E"/>
          </w:tcPr>
          <w:p>
            <w:r/>
            <w:r>
              <w:rPr>
                <w:rFonts w:ascii="Arial" w:hAnsi="Arial" w:cs="Arial" w:eastAsia="Arial"/>
                <w:b/>
                <w:i w:val="0"/>
                <w:color w:val="FBF5E9"/>
                <w:sz w:val="18"/>
              </w:rPr>
              <w:t>Use it?</w:t>
            </w:r>
          </w:p>
        </w:tc>
        <w:tc>
          <w:tcPr>
            <w:tcW w:type="dxa" w:w="2583"/>
            <w:shd w:val="clear" w:color="auto" w:fill="231A2E"/>
          </w:tcPr>
          <w:p>
            <w:r/>
            <w:r>
              <w:rPr>
                <w:rFonts w:ascii="Arial" w:hAnsi="Arial" w:cs="Arial" w:eastAsia="Arial"/>
                <w:b/>
                <w:i w:val="0"/>
                <w:color w:val="FBF5E9"/>
                <w:sz w:val="18"/>
              </w:rPr>
              <w:t>Who watches it</w:t>
            </w:r>
          </w:p>
        </w:tc>
        <w:tc>
          <w:tcPr>
            <w:tcW w:type="dxa" w:w="1391"/>
            <w:shd w:val="clear" w:color="auto" w:fill="231A2E"/>
          </w:tcPr>
          <w:p>
            <w:r/>
            <w:r>
              <w:rPr>
                <w:rFonts w:ascii="Arial" w:hAnsi="Arial" w:cs="Arial" w:eastAsia="Arial"/>
                <w:b/>
                <w:i w:val="0"/>
                <w:color w:val="FBF5E9"/>
                <w:sz w:val="18"/>
              </w:rPr>
              <w:t>Done?</w:t>
            </w:r>
          </w:p>
        </w:tc>
      </w:tr>
      <w:tr>
        <w:trPr>
          <w:trHeight w:val="480"/>
        </w:trPr>
        <w:tc>
          <w:tcPr>
            <w:tcW w:type="dxa" w:w="4571"/>
          </w:tcPr>
          <w:p>
            <w:r/>
            <w:r>
              <w:rPr>
                <w:rFonts w:ascii="Arial" w:hAnsi="Arial" w:cs="Arial" w:eastAsia="Arial"/>
                <w:b w:val="0"/>
                <w:i/>
                <w:color w:val="5E5468"/>
                <w:sz w:val="18"/>
              </w:rPr>
              <w:t>Email to yourself for each new response</w:t>
            </w:r>
          </w:p>
        </w:tc>
        <w:tc>
          <w:tcPr>
            <w:tcW w:type="dxa" w:w="1391"/>
          </w:tcPr>
          <w:p>
            <w:r/>
            <w:r>
              <w:rPr>
                <w:rFonts w:ascii="Arial" w:hAnsi="Arial" w:cs="Arial" w:eastAsia="Arial"/>
                <w:b w:val="0"/>
                <w:i/>
                <w:color w:val="5E5468"/>
                <w:sz w:val="18"/>
              </w:rPr>
              <w:t>Yes</w:t>
            </w:r>
          </w:p>
        </w:tc>
        <w:tc>
          <w:tcPr>
            <w:tcW w:type="dxa" w:w="2583"/>
          </w:tcPr>
          <w:p>
            <w:r/>
            <w:r>
              <w:rPr>
                <w:rFonts w:ascii="Arial" w:hAnsi="Arial" w:cs="Arial" w:eastAsia="Arial"/>
                <w:b w:val="0"/>
                <w:i/>
                <w:color w:val="5E5468"/>
                <w:sz w:val="18"/>
              </w:rPr>
              <w:t>Sam</w:t>
            </w:r>
          </w:p>
        </w:tc>
        <w:tc>
          <w:tcPr>
            <w:tcW w:type="dxa" w:w="1391"/>
          </w:tcPr>
          <w:p>
            <w:r/>
            <w:r>
              <w:rPr>
                <w:rFonts w:ascii="Arial" w:hAnsi="Arial" w:cs="Arial" w:eastAsia="Arial"/>
                <w:b w:val="0"/>
                <w:i/>
                <w:color w:val="5E5468"/>
                <w:sz w:val="18"/>
              </w:rPr>
              <w:t>Yes</w:t>
            </w:r>
          </w:p>
        </w:tc>
      </w:tr>
      <w:tr>
        <w:trPr>
          <w:trHeight w:val="480"/>
        </w:trPr>
        <w:tc>
          <w:tcPr>
            <w:tcW w:type="dxa" w:w="4571"/>
          </w:tcPr>
          <w:p>
            <w:r/>
            <w:r>
              <w:rPr>
                <w:rFonts w:ascii="Arial" w:hAnsi="Arial" w:cs="Arial" w:eastAsia="Arial"/>
                <w:b w:val="0"/>
                <w:i w:val="0"/>
                <w:color w:val="231A2E"/>
                <w:sz w:val="18"/>
              </w:rPr>
              <w:t>Google Sheets (one row per response)</w:t>
            </w:r>
          </w:p>
        </w:tc>
        <w:tc>
          <w:tcPr>
            <w:tcW w:type="dxa" w:w="1391"/>
          </w:tcPr>
          <w:p>
            <w:r/>
            <w:r>
              <w:rPr>
                <w:rFonts w:ascii="Arial" w:hAnsi="Arial" w:cs="Arial" w:eastAsia="Arial"/>
                <w:b w:val="0"/>
                <w:i w:val="0"/>
                <w:color w:val="231A2E"/>
                <w:sz w:val="18"/>
              </w:rPr>
            </w:r>
          </w:p>
        </w:tc>
        <w:tc>
          <w:tcPr>
            <w:tcW w:type="dxa" w:w="2583"/>
          </w:tcPr>
          <w:p>
            <w:r/>
            <w:r>
              <w:rPr>
                <w:rFonts w:ascii="Arial" w:hAnsi="Arial" w:cs="Arial" w:eastAsia="Arial"/>
                <w:b w:val="0"/>
                <w:i w:val="0"/>
                <w:color w:val="231A2E"/>
                <w:sz w:val="18"/>
              </w:rPr>
            </w:r>
          </w:p>
        </w:tc>
        <w:tc>
          <w:tcPr>
            <w:tcW w:type="dxa" w:w="1391"/>
          </w:tcPr>
          <w:p>
            <w:r/>
            <w:r>
              <w:rPr>
                <w:rFonts w:ascii="Arial" w:hAnsi="Arial" w:cs="Arial" w:eastAsia="Arial"/>
                <w:b w:val="0"/>
                <w:i w:val="0"/>
                <w:color w:val="231A2E"/>
                <w:sz w:val="18"/>
              </w:rPr>
            </w:r>
          </w:p>
        </w:tc>
      </w:tr>
      <w:tr>
        <w:trPr>
          <w:trHeight w:val="480"/>
        </w:trPr>
        <w:tc>
          <w:tcPr>
            <w:tcW w:type="dxa" w:w="4571"/>
          </w:tcPr>
          <w:p>
            <w:r/>
            <w:r>
              <w:rPr>
                <w:rFonts w:ascii="Arial" w:hAnsi="Arial" w:cs="Arial" w:eastAsia="Arial"/>
                <w:b w:val="0"/>
                <w:i w:val="0"/>
                <w:color w:val="231A2E"/>
                <w:sz w:val="18"/>
              </w:rPr>
              <w:t>Slack or Discord channel</w:t>
            </w:r>
          </w:p>
        </w:tc>
        <w:tc>
          <w:tcPr>
            <w:tcW w:type="dxa" w:w="1391"/>
          </w:tcPr>
          <w:p>
            <w:r/>
            <w:r>
              <w:rPr>
                <w:rFonts w:ascii="Arial" w:hAnsi="Arial" w:cs="Arial" w:eastAsia="Arial"/>
                <w:b w:val="0"/>
                <w:i w:val="0"/>
                <w:color w:val="231A2E"/>
                <w:sz w:val="18"/>
              </w:rPr>
            </w:r>
          </w:p>
        </w:tc>
        <w:tc>
          <w:tcPr>
            <w:tcW w:type="dxa" w:w="2583"/>
          </w:tcPr>
          <w:p>
            <w:r/>
            <w:r>
              <w:rPr>
                <w:rFonts w:ascii="Arial" w:hAnsi="Arial" w:cs="Arial" w:eastAsia="Arial"/>
                <w:b w:val="0"/>
                <w:i w:val="0"/>
                <w:color w:val="231A2E"/>
                <w:sz w:val="18"/>
              </w:rPr>
            </w:r>
          </w:p>
        </w:tc>
        <w:tc>
          <w:tcPr>
            <w:tcW w:type="dxa" w:w="1391"/>
          </w:tcPr>
          <w:p>
            <w:r/>
            <w:r>
              <w:rPr>
                <w:rFonts w:ascii="Arial" w:hAnsi="Arial" w:cs="Arial" w:eastAsia="Arial"/>
                <w:b w:val="0"/>
                <w:i w:val="0"/>
                <w:color w:val="231A2E"/>
                <w:sz w:val="18"/>
              </w:rPr>
            </w:r>
          </w:p>
        </w:tc>
      </w:tr>
      <w:tr>
        <w:trPr>
          <w:trHeight w:val="480"/>
        </w:trPr>
        <w:tc>
          <w:tcPr>
            <w:tcW w:type="dxa" w:w="4571"/>
          </w:tcPr>
          <w:p>
            <w:r/>
            <w:r>
              <w:rPr>
                <w:rFonts w:ascii="Arial" w:hAnsi="Arial" w:cs="Arial" w:eastAsia="Arial"/>
                <w:b w:val="0"/>
                <w:i w:val="0"/>
                <w:color w:val="231A2E"/>
                <w:sz w:val="18"/>
              </w:rPr>
              <w:t>Notion database</w:t>
            </w:r>
          </w:p>
        </w:tc>
        <w:tc>
          <w:tcPr>
            <w:tcW w:type="dxa" w:w="1391"/>
          </w:tcPr>
          <w:p>
            <w:r/>
            <w:r>
              <w:rPr>
                <w:rFonts w:ascii="Arial" w:hAnsi="Arial" w:cs="Arial" w:eastAsia="Arial"/>
                <w:b w:val="0"/>
                <w:i w:val="0"/>
                <w:color w:val="231A2E"/>
                <w:sz w:val="18"/>
              </w:rPr>
            </w:r>
          </w:p>
        </w:tc>
        <w:tc>
          <w:tcPr>
            <w:tcW w:type="dxa" w:w="2583"/>
          </w:tcPr>
          <w:p>
            <w:r/>
            <w:r>
              <w:rPr>
                <w:rFonts w:ascii="Arial" w:hAnsi="Arial" w:cs="Arial" w:eastAsia="Arial"/>
                <w:b w:val="0"/>
                <w:i w:val="0"/>
                <w:color w:val="231A2E"/>
                <w:sz w:val="18"/>
              </w:rPr>
            </w:r>
          </w:p>
        </w:tc>
        <w:tc>
          <w:tcPr>
            <w:tcW w:type="dxa" w:w="1391"/>
          </w:tcPr>
          <w:p>
            <w:r/>
            <w:r>
              <w:rPr>
                <w:rFonts w:ascii="Arial" w:hAnsi="Arial" w:cs="Arial" w:eastAsia="Arial"/>
                <w:b w:val="0"/>
                <w:i w:val="0"/>
                <w:color w:val="231A2E"/>
                <w:sz w:val="18"/>
              </w:rPr>
            </w:r>
          </w:p>
        </w:tc>
      </w:tr>
      <w:tr>
        <w:trPr>
          <w:trHeight w:val="480"/>
        </w:trPr>
        <w:tc>
          <w:tcPr>
            <w:tcW w:type="dxa" w:w="4571"/>
          </w:tcPr>
          <w:p>
            <w:r/>
            <w:r>
              <w:rPr>
                <w:rFonts w:ascii="Arial" w:hAnsi="Arial" w:cs="Arial" w:eastAsia="Arial"/>
                <w:b w:val="0"/>
                <w:i w:val="0"/>
                <w:color w:val="231A2E"/>
                <w:sz w:val="18"/>
              </w:rPr>
              <w:t>CSV export (any time, from the responses table)</w:t>
            </w:r>
          </w:p>
        </w:tc>
        <w:tc>
          <w:tcPr>
            <w:tcW w:type="dxa" w:w="1391"/>
          </w:tcPr>
          <w:p>
            <w:r/>
            <w:r>
              <w:rPr>
                <w:rFonts w:ascii="Arial" w:hAnsi="Arial" w:cs="Arial" w:eastAsia="Arial"/>
                <w:b w:val="0"/>
                <w:i w:val="0"/>
                <w:color w:val="231A2E"/>
                <w:sz w:val="18"/>
              </w:rPr>
            </w:r>
          </w:p>
        </w:tc>
        <w:tc>
          <w:tcPr>
            <w:tcW w:type="dxa" w:w="2583"/>
          </w:tcPr>
          <w:p>
            <w:r/>
            <w:r>
              <w:rPr>
                <w:rFonts w:ascii="Arial" w:hAnsi="Arial" w:cs="Arial" w:eastAsia="Arial"/>
                <w:b w:val="0"/>
                <w:i w:val="0"/>
                <w:color w:val="231A2E"/>
                <w:sz w:val="18"/>
              </w:rPr>
            </w:r>
          </w:p>
        </w:tc>
        <w:tc>
          <w:tcPr>
            <w:tcW w:type="dxa" w:w="1391"/>
          </w:tcPr>
          <w:p>
            <w:r/>
            <w:r>
              <w:rPr>
                <w:rFonts w:ascii="Arial" w:hAnsi="Arial" w:cs="Arial" w:eastAsia="Arial"/>
                <w:b w:val="0"/>
                <w:i w:val="0"/>
                <w:color w:val="231A2E"/>
                <w:sz w:val="18"/>
              </w:rPr>
            </w:r>
          </w:p>
        </w:tc>
      </w:tr>
      <w:tr>
        <w:trPr>
          <w:trHeight w:val="480"/>
        </w:trPr>
        <w:tc>
          <w:tcPr>
            <w:tcW w:type="dxa" w:w="4571"/>
          </w:tcPr>
          <w:p>
            <w:r/>
            <w:r>
              <w:rPr>
                <w:rFonts w:ascii="Arial" w:hAnsi="Arial" w:cs="Arial" w:eastAsia="Arial"/>
                <w:b w:val="0"/>
                <w:i w:val="0"/>
                <w:color w:val="231A2E"/>
                <w:sz w:val="18"/>
              </w:rPr>
              <w:t>Zapier or a webhook</w:t>
            </w:r>
          </w:p>
        </w:tc>
        <w:tc>
          <w:tcPr>
            <w:tcW w:type="dxa" w:w="1391"/>
          </w:tcPr>
          <w:p>
            <w:r/>
            <w:r>
              <w:rPr>
                <w:rFonts w:ascii="Arial" w:hAnsi="Arial" w:cs="Arial" w:eastAsia="Arial"/>
                <w:b w:val="0"/>
                <w:i w:val="0"/>
                <w:color w:val="231A2E"/>
                <w:sz w:val="18"/>
              </w:rPr>
            </w:r>
          </w:p>
        </w:tc>
        <w:tc>
          <w:tcPr>
            <w:tcW w:type="dxa" w:w="2583"/>
          </w:tcPr>
          <w:p>
            <w:r/>
            <w:r>
              <w:rPr>
                <w:rFonts w:ascii="Arial" w:hAnsi="Arial" w:cs="Arial" w:eastAsia="Arial"/>
                <w:b w:val="0"/>
                <w:i w:val="0"/>
                <w:color w:val="231A2E"/>
                <w:sz w:val="18"/>
              </w:rPr>
            </w:r>
          </w:p>
        </w:tc>
        <w:tc>
          <w:tcPr>
            <w:tcW w:type="dxa" w:w="1391"/>
          </w:tcPr>
          <w:p>
            <w:r/>
            <w:r>
              <w:rPr>
                <w:rFonts w:ascii="Arial" w:hAnsi="Arial" w:cs="Arial" w:eastAsia="Arial"/>
                <w:b w:val="0"/>
                <w:i w:val="0"/>
                <w:color w:val="231A2E"/>
                <w:sz w:val="18"/>
              </w:rPr>
            </w:r>
          </w:p>
        </w:tc>
      </w:tr>
    </w:tbl>
    <w:p>
      <w:pPr>
        <w:spacing w:after="40"/>
      </w:pPr>
    </w:p>
    <w:p>
      <w:pPr>
        <w:spacing w:after="100"/>
      </w:pPr>
      <w:r>
        <w:rPr>
          <w:rFonts w:ascii="Arial" w:hAnsi="Arial" w:cs="Arial" w:eastAsia="Arial"/>
          <w:b w:val="0"/>
          <w:i/>
          <w:color w:val="5E5468"/>
          <w:sz w:val="17"/>
        </w:rPr>
        <w:t>Everyone you add to your HornetForms workspace can read every response in it. Add only the people who should see the answers.</w:t>
      </w:r>
    </w:p>
    <w:p>
      <w:pPr>
        <w:keepNext/>
        <w:spacing w:before="240" w:after="80"/>
      </w:pPr>
      <w:r>
        <w:rPr>
          <w:rFonts w:ascii="Arial" w:hAnsi="Arial" w:cs="Arial" w:eastAsia="Arial"/>
          <w:b/>
          <w:i w:val="0"/>
          <w:color w:val="231A2E"/>
          <w:sz w:val="28"/>
        </w:rPr>
        <w:t>Step 7: Test log, then share</w:t>
      </w:r>
    </w:p>
    <w:p>
      <w:pPr>
        <w:spacing w:after="100"/>
      </w:pPr>
      <w:r>
        <w:rPr>
          <w:rFonts w:ascii="Arial" w:hAnsi="Arial" w:cs="Arial" w:eastAsia="Arial"/>
          <w:b w:val="0"/>
          <w:i w:val="0"/>
          <w:color w:val="231A2E"/>
          <w:sz w:val="20"/>
        </w:rPr>
        <w:t>Run every test before you share the link. Write what happened and tick it when it works.</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2484"/>
        <w:gridCol w:w="2484"/>
        <w:gridCol w:w="2484"/>
        <w:gridCol w:w="2484"/>
      </w:tblGrid>
      <w:tr>
        <w:tc>
          <w:tcPr>
            <w:tcW w:type="dxa" w:w="544"/>
            <w:shd w:val="clear" w:color="auto" w:fill="231A2E"/>
          </w:tcPr>
          <w:p>
            <w:r/>
            <w:r>
              <w:rPr>
                <w:rFonts w:ascii="Arial" w:hAnsi="Arial" w:cs="Arial" w:eastAsia="Arial"/>
                <w:b/>
                <w:i w:val="0"/>
                <w:color w:val="FBF5E9"/>
                <w:sz w:val="18"/>
              </w:rPr>
              <w:t>#</w:t>
            </w:r>
          </w:p>
        </w:tc>
        <w:tc>
          <w:tcPr>
            <w:tcW w:type="dxa" w:w="4548"/>
            <w:shd w:val="clear" w:color="auto" w:fill="231A2E"/>
          </w:tcPr>
          <w:p>
            <w:r/>
            <w:r>
              <w:rPr>
                <w:rFonts w:ascii="Arial" w:hAnsi="Arial" w:cs="Arial" w:eastAsia="Arial"/>
                <w:b/>
                <w:i w:val="0"/>
                <w:color w:val="FBF5E9"/>
                <w:sz w:val="18"/>
              </w:rPr>
              <w:t>Test</w:t>
            </w:r>
          </w:p>
        </w:tc>
        <w:tc>
          <w:tcPr>
            <w:tcW w:type="dxa" w:w="3658"/>
            <w:shd w:val="clear" w:color="auto" w:fill="231A2E"/>
          </w:tcPr>
          <w:p>
            <w:r/>
            <w:r>
              <w:rPr>
                <w:rFonts w:ascii="Arial" w:hAnsi="Arial" w:cs="Arial" w:eastAsia="Arial"/>
                <w:b/>
                <w:i w:val="0"/>
                <w:color w:val="FBF5E9"/>
                <w:sz w:val="18"/>
              </w:rPr>
              <w:t>What happened</w:t>
            </w:r>
          </w:p>
        </w:tc>
        <w:tc>
          <w:tcPr>
            <w:tcW w:type="dxa" w:w="1186"/>
            <w:shd w:val="clear" w:color="auto" w:fill="231A2E"/>
          </w:tcPr>
          <w:p>
            <w:r/>
            <w:r>
              <w:rPr>
                <w:rFonts w:ascii="Arial" w:hAnsi="Arial" w:cs="Arial" w:eastAsia="Arial"/>
                <w:b/>
                <w:i w:val="0"/>
                <w:color w:val="FBF5E9"/>
                <w:sz w:val="18"/>
              </w:rPr>
              <w:t>Works?</w:t>
            </w:r>
          </w:p>
        </w:tc>
      </w:tr>
      <w:tr>
        <w:trPr>
          <w:trHeight w:val="480"/>
        </w:trPr>
        <w:tc>
          <w:tcPr>
            <w:tcW w:type="dxa" w:w="544"/>
          </w:tcPr>
          <w:p>
            <w:r/>
            <w:r>
              <w:rPr>
                <w:rFonts w:ascii="Arial" w:hAnsi="Arial" w:cs="Arial" w:eastAsia="Arial"/>
                <w:b w:val="0"/>
                <w:i w:val="0"/>
                <w:color w:val="231A2E"/>
                <w:sz w:val="18"/>
              </w:rPr>
              <w:t>1</w:t>
            </w:r>
          </w:p>
        </w:tc>
        <w:tc>
          <w:tcPr>
            <w:tcW w:type="dxa" w:w="4548"/>
          </w:tcPr>
          <w:p>
            <w:r/>
            <w:r>
              <w:rPr>
                <w:rFonts w:ascii="Arial" w:hAnsi="Arial" w:cs="Arial" w:eastAsia="Arial"/>
                <w:b w:val="0"/>
                <w:i w:val="0"/>
                <w:color w:val="231A2E"/>
                <w:sz w:val="18"/>
              </w:rPr>
              <w:t>Preview it in the desktop view and the mobile view</w:t>
            </w:r>
          </w:p>
        </w:tc>
        <w:tc>
          <w:tcPr>
            <w:tcW w:type="dxa" w:w="3658"/>
          </w:tcPr>
          <w:p>
            <w:r/>
            <w:r>
              <w:rPr>
                <w:rFonts w:ascii="Arial" w:hAnsi="Arial" w:cs="Arial" w:eastAsia="Arial"/>
                <w:b w:val="0"/>
                <w:i w:val="0"/>
                <w:color w:val="231A2E"/>
                <w:sz w:val="18"/>
              </w:rPr>
            </w:r>
          </w:p>
        </w:tc>
        <w:tc>
          <w:tcPr>
            <w:tcW w:type="dxa" w:w="1186"/>
          </w:tcPr>
          <w:p>
            <w:r/>
            <w:r>
              <w:rPr>
                <w:rFonts w:ascii="Arial" w:hAnsi="Arial" w:cs="Arial" w:eastAsia="Arial"/>
                <w:b w:val="0"/>
                <w:i w:val="0"/>
                <w:color w:val="231A2E"/>
                <w:sz w:val="18"/>
              </w:rPr>
            </w:r>
          </w:p>
        </w:tc>
      </w:tr>
      <w:tr>
        <w:trPr>
          <w:trHeight w:val="480"/>
        </w:trPr>
        <w:tc>
          <w:tcPr>
            <w:tcW w:type="dxa" w:w="544"/>
          </w:tcPr>
          <w:p>
            <w:r/>
            <w:r>
              <w:rPr>
                <w:rFonts w:ascii="Arial" w:hAnsi="Arial" w:cs="Arial" w:eastAsia="Arial"/>
                <w:b w:val="0"/>
                <w:i w:val="0"/>
                <w:color w:val="231A2E"/>
                <w:sz w:val="18"/>
              </w:rPr>
              <w:t>2</w:t>
            </w:r>
          </w:p>
        </w:tc>
        <w:tc>
          <w:tcPr>
            <w:tcW w:type="dxa" w:w="4548"/>
          </w:tcPr>
          <w:p>
            <w:r/>
            <w:r>
              <w:rPr>
                <w:rFonts w:ascii="Arial" w:hAnsi="Arial" w:cs="Arial" w:eastAsia="Arial"/>
                <w:b w:val="0"/>
                <w:i w:val="0"/>
                <w:color w:val="231A2E"/>
                <w:sz w:val="18"/>
              </w:rPr>
              <w:t>Fill it in on your own phone, start to finish</w:t>
            </w:r>
          </w:p>
        </w:tc>
        <w:tc>
          <w:tcPr>
            <w:tcW w:type="dxa" w:w="3658"/>
          </w:tcPr>
          <w:p>
            <w:r/>
            <w:r>
              <w:rPr>
                <w:rFonts w:ascii="Arial" w:hAnsi="Arial" w:cs="Arial" w:eastAsia="Arial"/>
                <w:b w:val="0"/>
                <w:i w:val="0"/>
                <w:color w:val="231A2E"/>
                <w:sz w:val="18"/>
              </w:rPr>
            </w:r>
          </w:p>
        </w:tc>
        <w:tc>
          <w:tcPr>
            <w:tcW w:type="dxa" w:w="1186"/>
          </w:tcPr>
          <w:p>
            <w:r/>
            <w:r>
              <w:rPr>
                <w:rFonts w:ascii="Arial" w:hAnsi="Arial" w:cs="Arial" w:eastAsia="Arial"/>
                <w:b w:val="0"/>
                <w:i w:val="0"/>
                <w:color w:val="231A2E"/>
                <w:sz w:val="18"/>
              </w:rPr>
            </w:r>
          </w:p>
        </w:tc>
      </w:tr>
      <w:tr>
        <w:trPr>
          <w:trHeight w:val="480"/>
        </w:trPr>
        <w:tc>
          <w:tcPr>
            <w:tcW w:type="dxa" w:w="544"/>
          </w:tcPr>
          <w:p>
            <w:r/>
            <w:r>
              <w:rPr>
                <w:rFonts w:ascii="Arial" w:hAnsi="Arial" w:cs="Arial" w:eastAsia="Arial"/>
                <w:b w:val="0"/>
                <w:i w:val="0"/>
                <w:color w:val="231A2E"/>
                <w:sz w:val="18"/>
              </w:rPr>
              <w:t>3</w:t>
            </w:r>
          </w:p>
        </w:tc>
        <w:tc>
          <w:tcPr>
            <w:tcW w:type="dxa" w:w="4548"/>
          </w:tcPr>
          <w:p>
            <w:r/>
            <w:r>
              <w:rPr>
                <w:rFonts w:ascii="Arial" w:hAnsi="Arial" w:cs="Arial" w:eastAsia="Arial"/>
                <w:b w:val="0"/>
                <w:i w:val="0"/>
                <w:color w:val="231A2E"/>
                <w:sz w:val="18"/>
              </w:rPr>
              <w:t>Fill it in on a computer</w:t>
            </w:r>
          </w:p>
        </w:tc>
        <w:tc>
          <w:tcPr>
            <w:tcW w:type="dxa" w:w="3658"/>
          </w:tcPr>
          <w:p>
            <w:r/>
            <w:r>
              <w:rPr>
                <w:rFonts w:ascii="Arial" w:hAnsi="Arial" w:cs="Arial" w:eastAsia="Arial"/>
                <w:b w:val="0"/>
                <w:i w:val="0"/>
                <w:color w:val="231A2E"/>
                <w:sz w:val="18"/>
              </w:rPr>
            </w:r>
          </w:p>
        </w:tc>
        <w:tc>
          <w:tcPr>
            <w:tcW w:type="dxa" w:w="1186"/>
          </w:tcPr>
          <w:p>
            <w:r/>
            <w:r>
              <w:rPr>
                <w:rFonts w:ascii="Arial" w:hAnsi="Arial" w:cs="Arial" w:eastAsia="Arial"/>
                <w:b w:val="0"/>
                <w:i w:val="0"/>
                <w:color w:val="231A2E"/>
                <w:sz w:val="18"/>
              </w:rPr>
            </w:r>
          </w:p>
        </w:tc>
      </w:tr>
      <w:tr>
        <w:trPr>
          <w:trHeight w:val="480"/>
        </w:trPr>
        <w:tc>
          <w:tcPr>
            <w:tcW w:type="dxa" w:w="544"/>
          </w:tcPr>
          <w:p>
            <w:r/>
            <w:r>
              <w:rPr>
                <w:rFonts w:ascii="Arial" w:hAnsi="Arial" w:cs="Arial" w:eastAsia="Arial"/>
                <w:b w:val="0"/>
                <w:i w:val="0"/>
                <w:color w:val="231A2E"/>
                <w:sz w:val="18"/>
              </w:rPr>
              <w:t>4</w:t>
            </w:r>
          </w:p>
        </w:tc>
        <w:tc>
          <w:tcPr>
            <w:tcW w:type="dxa" w:w="4548"/>
          </w:tcPr>
          <w:p>
            <w:r/>
            <w:r>
              <w:rPr>
                <w:rFonts w:ascii="Arial" w:hAnsi="Arial" w:cs="Arial" w:eastAsia="Arial"/>
                <w:b w:val="0"/>
                <w:i w:val="0"/>
                <w:color w:val="231A2E"/>
                <w:sz w:val="18"/>
              </w:rPr>
              <w:t>Skip a required question: is the message clear?</w:t>
            </w:r>
          </w:p>
        </w:tc>
        <w:tc>
          <w:tcPr>
            <w:tcW w:type="dxa" w:w="3658"/>
          </w:tcPr>
          <w:p>
            <w:r/>
            <w:r>
              <w:rPr>
                <w:rFonts w:ascii="Arial" w:hAnsi="Arial" w:cs="Arial" w:eastAsia="Arial"/>
                <w:b w:val="0"/>
                <w:i w:val="0"/>
                <w:color w:val="231A2E"/>
                <w:sz w:val="18"/>
              </w:rPr>
            </w:r>
          </w:p>
        </w:tc>
        <w:tc>
          <w:tcPr>
            <w:tcW w:type="dxa" w:w="1186"/>
          </w:tcPr>
          <w:p>
            <w:r/>
            <w:r>
              <w:rPr>
                <w:rFonts w:ascii="Arial" w:hAnsi="Arial" w:cs="Arial" w:eastAsia="Arial"/>
                <w:b w:val="0"/>
                <w:i w:val="0"/>
                <w:color w:val="231A2E"/>
                <w:sz w:val="18"/>
              </w:rPr>
            </w:r>
          </w:p>
        </w:tc>
      </w:tr>
      <w:tr>
        <w:trPr>
          <w:trHeight w:val="480"/>
        </w:trPr>
        <w:tc>
          <w:tcPr>
            <w:tcW w:type="dxa" w:w="544"/>
          </w:tcPr>
          <w:p>
            <w:r/>
            <w:r>
              <w:rPr>
                <w:rFonts w:ascii="Arial" w:hAnsi="Arial" w:cs="Arial" w:eastAsia="Arial"/>
                <w:b w:val="0"/>
                <w:i w:val="0"/>
                <w:color w:val="231A2E"/>
                <w:sz w:val="18"/>
              </w:rPr>
              <w:t>5</w:t>
            </w:r>
          </w:p>
        </w:tc>
        <w:tc>
          <w:tcPr>
            <w:tcW w:type="dxa" w:w="4548"/>
          </w:tcPr>
          <w:p>
            <w:r/>
            <w:r>
              <w:rPr>
                <w:rFonts w:ascii="Arial" w:hAnsi="Arial" w:cs="Arial" w:eastAsia="Arial"/>
                <w:b w:val="0"/>
                <w:i w:val="0"/>
                <w:color w:val="231A2E"/>
                <w:sz w:val="18"/>
              </w:rPr>
              <w:t>Mistype an email, phone or URL: is the message clear?</w:t>
            </w:r>
          </w:p>
        </w:tc>
        <w:tc>
          <w:tcPr>
            <w:tcW w:type="dxa" w:w="3658"/>
          </w:tcPr>
          <w:p>
            <w:r/>
            <w:r>
              <w:rPr>
                <w:rFonts w:ascii="Arial" w:hAnsi="Arial" w:cs="Arial" w:eastAsia="Arial"/>
                <w:b w:val="0"/>
                <w:i w:val="0"/>
                <w:color w:val="231A2E"/>
                <w:sz w:val="18"/>
              </w:rPr>
            </w:r>
          </w:p>
        </w:tc>
        <w:tc>
          <w:tcPr>
            <w:tcW w:type="dxa" w:w="1186"/>
          </w:tcPr>
          <w:p>
            <w:r/>
            <w:r>
              <w:rPr>
                <w:rFonts w:ascii="Arial" w:hAnsi="Arial" w:cs="Arial" w:eastAsia="Arial"/>
                <w:b w:val="0"/>
                <w:i w:val="0"/>
                <w:color w:val="231A2E"/>
                <w:sz w:val="18"/>
              </w:rPr>
            </w:r>
          </w:p>
        </w:tc>
      </w:tr>
      <w:tr>
        <w:trPr>
          <w:trHeight w:val="480"/>
        </w:trPr>
        <w:tc>
          <w:tcPr>
            <w:tcW w:type="dxa" w:w="544"/>
          </w:tcPr>
          <w:p>
            <w:r/>
            <w:r>
              <w:rPr>
                <w:rFonts w:ascii="Arial" w:hAnsi="Arial" w:cs="Arial" w:eastAsia="Arial"/>
                <w:b w:val="0"/>
                <w:i w:val="0"/>
                <w:color w:val="231A2E"/>
                <w:sz w:val="18"/>
              </w:rPr>
              <w:t>6</w:t>
            </w:r>
          </w:p>
        </w:tc>
        <w:tc>
          <w:tcPr>
            <w:tcW w:type="dxa" w:w="4548"/>
          </w:tcPr>
          <w:p>
            <w:r/>
            <w:r>
              <w:rPr>
                <w:rFonts w:ascii="Arial" w:hAnsi="Arial" w:cs="Arial" w:eastAsia="Arial"/>
                <w:b w:val="0"/>
                <w:i w:val="0"/>
                <w:color w:val="231A2E"/>
                <w:sz w:val="18"/>
              </w:rPr>
              <w:t>Try each logic rule from step 4</w:t>
            </w:r>
          </w:p>
        </w:tc>
        <w:tc>
          <w:tcPr>
            <w:tcW w:type="dxa" w:w="3658"/>
          </w:tcPr>
          <w:p>
            <w:r/>
            <w:r>
              <w:rPr>
                <w:rFonts w:ascii="Arial" w:hAnsi="Arial" w:cs="Arial" w:eastAsia="Arial"/>
                <w:b w:val="0"/>
                <w:i w:val="0"/>
                <w:color w:val="231A2E"/>
                <w:sz w:val="18"/>
              </w:rPr>
            </w:r>
          </w:p>
        </w:tc>
        <w:tc>
          <w:tcPr>
            <w:tcW w:type="dxa" w:w="1186"/>
          </w:tcPr>
          <w:p>
            <w:r/>
            <w:r>
              <w:rPr>
                <w:rFonts w:ascii="Arial" w:hAnsi="Arial" w:cs="Arial" w:eastAsia="Arial"/>
                <w:b w:val="0"/>
                <w:i w:val="0"/>
                <w:color w:val="231A2E"/>
                <w:sz w:val="18"/>
              </w:rPr>
            </w:r>
          </w:p>
        </w:tc>
      </w:tr>
      <w:tr>
        <w:trPr>
          <w:trHeight w:val="480"/>
        </w:trPr>
        <w:tc>
          <w:tcPr>
            <w:tcW w:type="dxa" w:w="544"/>
          </w:tcPr>
          <w:p>
            <w:r/>
            <w:r>
              <w:rPr>
                <w:rFonts w:ascii="Arial" w:hAnsi="Arial" w:cs="Arial" w:eastAsia="Arial"/>
                <w:b w:val="0"/>
                <w:i w:val="0"/>
                <w:color w:val="231A2E"/>
                <w:sz w:val="18"/>
              </w:rPr>
              <w:t>7</w:t>
            </w:r>
          </w:p>
        </w:tc>
        <w:tc>
          <w:tcPr>
            <w:tcW w:type="dxa" w:w="4548"/>
          </w:tcPr>
          <w:p>
            <w:r/>
            <w:r>
              <w:rPr>
                <w:rFonts w:ascii="Arial" w:hAnsi="Arial" w:cs="Arial" w:eastAsia="Arial"/>
                <w:b w:val="0"/>
                <w:i w:val="0"/>
                <w:color w:val="231A2E"/>
                <w:sz w:val="18"/>
              </w:rPr>
              <w:t>Check the thank-you message, ending or redirect</w:t>
            </w:r>
          </w:p>
        </w:tc>
        <w:tc>
          <w:tcPr>
            <w:tcW w:type="dxa" w:w="3658"/>
          </w:tcPr>
          <w:p>
            <w:r/>
            <w:r>
              <w:rPr>
                <w:rFonts w:ascii="Arial" w:hAnsi="Arial" w:cs="Arial" w:eastAsia="Arial"/>
                <w:b w:val="0"/>
                <w:i w:val="0"/>
                <w:color w:val="231A2E"/>
                <w:sz w:val="18"/>
              </w:rPr>
            </w:r>
          </w:p>
        </w:tc>
        <w:tc>
          <w:tcPr>
            <w:tcW w:type="dxa" w:w="1186"/>
          </w:tcPr>
          <w:p>
            <w:r/>
            <w:r>
              <w:rPr>
                <w:rFonts w:ascii="Arial" w:hAnsi="Arial" w:cs="Arial" w:eastAsia="Arial"/>
                <w:b w:val="0"/>
                <w:i w:val="0"/>
                <w:color w:val="231A2E"/>
                <w:sz w:val="18"/>
              </w:rPr>
            </w:r>
          </w:p>
        </w:tc>
      </w:tr>
      <w:tr>
        <w:trPr>
          <w:trHeight w:val="480"/>
        </w:trPr>
        <w:tc>
          <w:tcPr>
            <w:tcW w:type="dxa" w:w="544"/>
          </w:tcPr>
          <w:p>
            <w:r/>
            <w:r>
              <w:rPr>
                <w:rFonts w:ascii="Arial" w:hAnsi="Arial" w:cs="Arial" w:eastAsia="Arial"/>
                <w:b w:val="0"/>
                <w:i w:val="0"/>
                <w:color w:val="231A2E"/>
                <w:sz w:val="18"/>
              </w:rPr>
              <w:t>8</w:t>
            </w:r>
          </w:p>
        </w:tc>
        <w:tc>
          <w:tcPr>
            <w:tcW w:type="dxa" w:w="4548"/>
          </w:tcPr>
          <w:p>
            <w:r/>
            <w:r>
              <w:rPr>
                <w:rFonts w:ascii="Arial" w:hAnsi="Arial" w:cs="Arial" w:eastAsia="Arial"/>
                <w:b w:val="0"/>
                <w:i w:val="0"/>
                <w:color w:val="231A2E"/>
                <w:sz w:val="18"/>
              </w:rPr>
              <w:t>Check the email to yourself arrived</w:t>
            </w:r>
          </w:p>
        </w:tc>
        <w:tc>
          <w:tcPr>
            <w:tcW w:type="dxa" w:w="3658"/>
          </w:tcPr>
          <w:p>
            <w:r/>
            <w:r>
              <w:rPr>
                <w:rFonts w:ascii="Arial" w:hAnsi="Arial" w:cs="Arial" w:eastAsia="Arial"/>
                <w:b w:val="0"/>
                <w:i w:val="0"/>
                <w:color w:val="231A2E"/>
                <w:sz w:val="18"/>
              </w:rPr>
            </w:r>
          </w:p>
        </w:tc>
        <w:tc>
          <w:tcPr>
            <w:tcW w:type="dxa" w:w="1186"/>
          </w:tcPr>
          <w:p>
            <w:r/>
            <w:r>
              <w:rPr>
                <w:rFonts w:ascii="Arial" w:hAnsi="Arial" w:cs="Arial" w:eastAsia="Arial"/>
                <w:b w:val="0"/>
                <w:i w:val="0"/>
                <w:color w:val="231A2E"/>
                <w:sz w:val="18"/>
              </w:rPr>
            </w:r>
          </w:p>
        </w:tc>
      </w:tr>
      <w:tr>
        <w:trPr>
          <w:trHeight w:val="480"/>
        </w:trPr>
        <w:tc>
          <w:tcPr>
            <w:tcW w:type="dxa" w:w="544"/>
          </w:tcPr>
          <w:p>
            <w:r/>
            <w:r>
              <w:rPr>
                <w:rFonts w:ascii="Arial" w:hAnsi="Arial" w:cs="Arial" w:eastAsia="Arial"/>
                <w:b w:val="0"/>
                <w:i w:val="0"/>
                <w:color w:val="231A2E"/>
                <w:sz w:val="18"/>
              </w:rPr>
              <w:t>9</w:t>
            </w:r>
          </w:p>
        </w:tc>
        <w:tc>
          <w:tcPr>
            <w:tcW w:type="dxa" w:w="4548"/>
          </w:tcPr>
          <w:p>
            <w:r/>
            <w:r>
              <w:rPr>
                <w:rFonts w:ascii="Arial" w:hAnsi="Arial" w:cs="Arial" w:eastAsia="Arial"/>
                <w:b w:val="0"/>
                <w:i w:val="0"/>
                <w:color w:val="231A2E"/>
                <w:sz w:val="18"/>
              </w:rPr>
              <w:t>Check the answers arrived in Sheets, Slack or Notion</w:t>
            </w:r>
          </w:p>
        </w:tc>
        <w:tc>
          <w:tcPr>
            <w:tcW w:type="dxa" w:w="3658"/>
          </w:tcPr>
          <w:p>
            <w:r/>
            <w:r>
              <w:rPr>
                <w:rFonts w:ascii="Arial" w:hAnsi="Arial" w:cs="Arial" w:eastAsia="Arial"/>
                <w:b w:val="0"/>
                <w:i w:val="0"/>
                <w:color w:val="231A2E"/>
                <w:sz w:val="18"/>
              </w:rPr>
            </w:r>
          </w:p>
        </w:tc>
        <w:tc>
          <w:tcPr>
            <w:tcW w:type="dxa" w:w="1186"/>
          </w:tcPr>
          <w:p>
            <w:r/>
            <w:r>
              <w:rPr>
                <w:rFonts w:ascii="Arial" w:hAnsi="Arial" w:cs="Arial" w:eastAsia="Arial"/>
                <w:b w:val="0"/>
                <w:i w:val="0"/>
                <w:color w:val="231A2E"/>
                <w:sz w:val="18"/>
              </w:rPr>
            </w:r>
          </w:p>
        </w:tc>
      </w:tr>
      <w:tr>
        <w:trPr>
          <w:trHeight w:val="480"/>
        </w:trPr>
        <w:tc>
          <w:tcPr>
            <w:tcW w:type="dxa" w:w="544"/>
          </w:tcPr>
          <w:p>
            <w:r/>
            <w:r>
              <w:rPr>
                <w:rFonts w:ascii="Arial" w:hAnsi="Arial" w:cs="Arial" w:eastAsia="Arial"/>
                <w:b w:val="0"/>
                <w:i w:val="0"/>
                <w:color w:val="231A2E"/>
                <w:sz w:val="18"/>
              </w:rPr>
              <w:t>10</w:t>
            </w:r>
          </w:p>
        </w:tc>
        <w:tc>
          <w:tcPr>
            <w:tcW w:type="dxa" w:w="4548"/>
          </w:tcPr>
          <w:p>
            <w:r/>
            <w:r>
              <w:rPr>
                <w:rFonts w:ascii="Arial" w:hAnsi="Arial" w:cs="Arial" w:eastAsia="Arial"/>
                <w:b w:val="0"/>
                <w:i w:val="0"/>
                <w:color w:val="231A2E"/>
                <w:sz w:val="18"/>
              </w:rPr>
              <w:t>Check the confirmation email arrived (if you set one up)</w:t>
            </w:r>
          </w:p>
        </w:tc>
        <w:tc>
          <w:tcPr>
            <w:tcW w:type="dxa" w:w="3658"/>
          </w:tcPr>
          <w:p>
            <w:r/>
            <w:r>
              <w:rPr>
                <w:rFonts w:ascii="Arial" w:hAnsi="Arial" w:cs="Arial" w:eastAsia="Arial"/>
                <w:b w:val="0"/>
                <w:i w:val="0"/>
                <w:color w:val="231A2E"/>
                <w:sz w:val="18"/>
              </w:rPr>
            </w:r>
          </w:p>
        </w:tc>
        <w:tc>
          <w:tcPr>
            <w:tcW w:type="dxa" w:w="1186"/>
          </w:tcPr>
          <w:p>
            <w:r/>
            <w:r>
              <w:rPr>
                <w:rFonts w:ascii="Arial" w:hAnsi="Arial" w:cs="Arial" w:eastAsia="Arial"/>
                <w:b w:val="0"/>
                <w:i w:val="0"/>
                <w:color w:val="231A2E"/>
                <w:sz w:val="18"/>
              </w:rPr>
            </w:r>
          </w:p>
        </w:tc>
      </w:tr>
      <w:tr>
        <w:trPr>
          <w:trHeight w:val="480"/>
        </w:trPr>
        <w:tc>
          <w:tcPr>
            <w:tcW w:type="dxa" w:w="544"/>
          </w:tcPr>
          <w:p>
            <w:r/>
            <w:r>
              <w:rPr>
                <w:rFonts w:ascii="Arial" w:hAnsi="Arial" w:cs="Arial" w:eastAsia="Arial"/>
                <w:b w:val="0"/>
                <w:i w:val="0"/>
                <w:color w:val="231A2E"/>
                <w:sz w:val="18"/>
              </w:rPr>
              <w:t>11</w:t>
            </w:r>
          </w:p>
        </w:tc>
        <w:tc>
          <w:tcPr>
            <w:tcW w:type="dxa" w:w="4548"/>
          </w:tcPr>
          <w:p>
            <w:r/>
            <w:r>
              <w:rPr>
                <w:rFonts w:ascii="Arial" w:hAnsi="Arial" w:cs="Arial" w:eastAsia="Arial"/>
                <w:b w:val="0"/>
                <w:i w:val="0"/>
                <w:color w:val="231A2E"/>
                <w:sz w:val="18"/>
              </w:rPr>
              <w:t>Ask one person who has never seen it to fill it in</w:t>
            </w:r>
          </w:p>
        </w:tc>
        <w:tc>
          <w:tcPr>
            <w:tcW w:type="dxa" w:w="3658"/>
          </w:tcPr>
          <w:p>
            <w:r/>
            <w:r>
              <w:rPr>
                <w:rFonts w:ascii="Arial" w:hAnsi="Arial" w:cs="Arial" w:eastAsia="Arial"/>
                <w:b w:val="0"/>
                <w:i w:val="0"/>
                <w:color w:val="231A2E"/>
                <w:sz w:val="18"/>
              </w:rPr>
            </w:r>
          </w:p>
        </w:tc>
        <w:tc>
          <w:tcPr>
            <w:tcW w:type="dxa" w:w="1186"/>
          </w:tcPr>
          <w:p>
            <w:r/>
            <w:r>
              <w:rPr>
                <w:rFonts w:ascii="Arial" w:hAnsi="Arial" w:cs="Arial" w:eastAsia="Arial"/>
                <w:b w:val="0"/>
                <w:i w:val="0"/>
                <w:color w:val="231A2E"/>
                <w:sz w:val="18"/>
              </w:rPr>
            </w:r>
          </w:p>
        </w:tc>
      </w:tr>
    </w:tbl>
    <w:p>
      <w:pPr>
        <w:spacing w:after="40"/>
      </w:pPr>
    </w:p>
    <w:p>
      <w:r>
        <w:br w:type="page"/>
      </w:r>
    </w:p>
    <w:p>
      <w:pPr>
        <w:keepNext/>
        <w:spacing w:before="240" w:after="80"/>
      </w:pPr>
      <w:r>
        <w:rPr>
          <w:rFonts w:ascii="Arial" w:hAnsi="Arial" w:cs="Arial" w:eastAsia="Arial"/>
          <w:b/>
          <w:i w:val="0"/>
          <w:color w:val="231A2E"/>
          <w:sz w:val="28"/>
        </w:rPr>
        <w:t>Where you will share it</w:t>
      </w:r>
    </w:p>
    <w:p>
      <w:pPr>
        <w:spacing w:after="100"/>
      </w:pPr>
      <w:r>
        <w:rPr>
          <w:rFonts w:ascii="Arial" w:hAnsi="Arial" w:cs="Arial" w:eastAsia="Arial"/>
          <w:b w:val="0"/>
          <w:i w:val="0"/>
          <w:color w:val="231A2E"/>
          <w:sz w:val="20"/>
        </w:rPr>
        <w:t>Share the same link everywhere, or one link per place if you want to know which one worked.</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3312"/>
        <w:gridCol w:w="3312"/>
        <w:gridCol w:w="3312"/>
      </w:tblGrid>
      <w:tr>
        <w:tc>
          <w:tcPr>
            <w:tcW w:type="dxa" w:w="3974"/>
            <w:shd w:val="clear" w:color="auto" w:fill="231A2E"/>
          </w:tcPr>
          <w:p>
            <w:r/>
            <w:r>
              <w:rPr>
                <w:rFonts w:ascii="Arial" w:hAnsi="Arial" w:cs="Arial" w:eastAsia="Arial"/>
                <w:b/>
                <w:i w:val="0"/>
                <w:color w:val="FBF5E9"/>
                <w:sz w:val="18"/>
              </w:rPr>
              <w:t>Where</w:t>
            </w:r>
          </w:p>
        </w:tc>
        <w:tc>
          <w:tcPr>
            <w:tcW w:type="dxa" w:w="3974"/>
            <w:shd w:val="clear" w:color="auto" w:fill="231A2E"/>
          </w:tcPr>
          <w:p>
            <w:r/>
            <w:r>
              <w:rPr>
                <w:rFonts w:ascii="Arial" w:hAnsi="Arial" w:cs="Arial" w:eastAsia="Arial"/>
                <w:b/>
                <w:i w:val="0"/>
                <w:color w:val="FBF5E9"/>
                <w:sz w:val="18"/>
              </w:rPr>
              <w:t>How (link, QR code, embed)</w:t>
            </w:r>
          </w:p>
        </w:tc>
        <w:tc>
          <w:tcPr>
            <w:tcW w:type="dxa" w:w="1987"/>
            <w:shd w:val="clear" w:color="auto" w:fill="231A2E"/>
          </w:tcPr>
          <w:p>
            <w:r/>
            <w:r>
              <w:rPr>
                <w:rFonts w:ascii="Arial" w:hAnsi="Arial" w:cs="Arial" w:eastAsia="Arial"/>
                <w:b/>
                <w:i w:val="0"/>
                <w:color w:val="FBF5E9"/>
                <w:sz w:val="18"/>
              </w:rPr>
              <w:t>Date shared</w:t>
            </w:r>
          </w:p>
        </w:tc>
      </w:tr>
      <w:tr>
        <w:trPr>
          <w:trHeight w:val="480"/>
        </w:trPr>
        <w:tc>
          <w:tcPr>
            <w:tcW w:type="dxa" w:w="3974"/>
          </w:tcPr>
          <w:p>
            <w:r/>
            <w:r>
              <w:rPr>
                <w:rFonts w:ascii="Arial" w:hAnsi="Arial" w:cs="Arial" w:eastAsia="Arial"/>
                <w:b w:val="0"/>
                <w:i/>
                <w:color w:val="5E5468"/>
                <w:sz w:val="18"/>
              </w:rPr>
              <w:t>Website contact page</w:t>
            </w:r>
          </w:p>
        </w:tc>
        <w:tc>
          <w:tcPr>
            <w:tcW w:type="dxa" w:w="3974"/>
          </w:tcPr>
          <w:p>
            <w:r/>
            <w:r>
              <w:rPr>
                <w:rFonts w:ascii="Arial" w:hAnsi="Arial" w:cs="Arial" w:eastAsia="Arial"/>
                <w:b w:val="0"/>
                <w:i/>
                <w:color w:val="5E5468"/>
                <w:sz w:val="18"/>
              </w:rPr>
              <w:t>Inline embed</w:t>
            </w:r>
          </w:p>
        </w:tc>
        <w:tc>
          <w:tcPr>
            <w:tcW w:type="dxa" w:w="1987"/>
          </w:tcPr>
          <w:p>
            <w:r/>
            <w:r>
              <w:rPr>
                <w:rFonts w:ascii="Arial" w:hAnsi="Arial" w:cs="Arial" w:eastAsia="Arial"/>
                <w:b w:val="0"/>
                <w:i/>
                <w:color w:val="5E5468"/>
                <w:sz w:val="18"/>
              </w:rPr>
              <w:t>3 March</w:t>
            </w:r>
          </w:p>
        </w:tc>
      </w:tr>
      <w:tr>
        <w:trPr>
          <w:trHeight w:val="480"/>
        </w:trPr>
        <w:tc>
          <w:tcPr>
            <w:tcW w:type="dxa" w:w="3974"/>
          </w:tcPr>
          <w:p>
            <w:r/>
            <w:r>
              <w:rPr>
                <w:rFonts w:ascii="Arial" w:hAnsi="Arial" w:cs="Arial" w:eastAsia="Arial"/>
                <w:b w:val="0"/>
                <w:i w:val="0"/>
                <w:color w:val="231A2E"/>
                <w:sz w:val="18"/>
              </w:rPr>
            </w:r>
          </w:p>
        </w:tc>
        <w:tc>
          <w:tcPr>
            <w:tcW w:type="dxa" w:w="3974"/>
          </w:tcPr>
          <w:p>
            <w:r/>
            <w:r>
              <w:rPr>
                <w:rFonts w:ascii="Arial" w:hAnsi="Arial" w:cs="Arial" w:eastAsia="Arial"/>
                <w:b w:val="0"/>
                <w:i w:val="0"/>
                <w:color w:val="231A2E"/>
                <w:sz w:val="18"/>
              </w:rPr>
            </w:r>
          </w:p>
        </w:tc>
        <w:tc>
          <w:tcPr>
            <w:tcW w:type="dxa" w:w="1987"/>
          </w:tcPr>
          <w:p>
            <w:r/>
            <w:r>
              <w:rPr>
                <w:rFonts w:ascii="Arial" w:hAnsi="Arial" w:cs="Arial" w:eastAsia="Arial"/>
                <w:b w:val="0"/>
                <w:i w:val="0"/>
                <w:color w:val="231A2E"/>
                <w:sz w:val="18"/>
              </w:rPr>
            </w:r>
          </w:p>
        </w:tc>
      </w:tr>
      <w:tr>
        <w:trPr>
          <w:trHeight w:val="480"/>
        </w:trPr>
        <w:tc>
          <w:tcPr>
            <w:tcW w:type="dxa" w:w="3974"/>
          </w:tcPr>
          <w:p>
            <w:r/>
            <w:r>
              <w:rPr>
                <w:rFonts w:ascii="Arial" w:hAnsi="Arial" w:cs="Arial" w:eastAsia="Arial"/>
                <w:b w:val="0"/>
                <w:i w:val="0"/>
                <w:color w:val="231A2E"/>
                <w:sz w:val="18"/>
              </w:rPr>
            </w:r>
          </w:p>
        </w:tc>
        <w:tc>
          <w:tcPr>
            <w:tcW w:type="dxa" w:w="3974"/>
          </w:tcPr>
          <w:p>
            <w:r/>
            <w:r>
              <w:rPr>
                <w:rFonts w:ascii="Arial" w:hAnsi="Arial" w:cs="Arial" w:eastAsia="Arial"/>
                <w:b w:val="0"/>
                <w:i w:val="0"/>
                <w:color w:val="231A2E"/>
                <w:sz w:val="18"/>
              </w:rPr>
            </w:r>
          </w:p>
        </w:tc>
        <w:tc>
          <w:tcPr>
            <w:tcW w:type="dxa" w:w="1987"/>
          </w:tcPr>
          <w:p>
            <w:r/>
            <w:r>
              <w:rPr>
                <w:rFonts w:ascii="Arial" w:hAnsi="Arial" w:cs="Arial" w:eastAsia="Arial"/>
                <w:b w:val="0"/>
                <w:i w:val="0"/>
                <w:color w:val="231A2E"/>
                <w:sz w:val="18"/>
              </w:rPr>
            </w:r>
          </w:p>
        </w:tc>
      </w:tr>
      <w:tr>
        <w:trPr>
          <w:trHeight w:val="480"/>
        </w:trPr>
        <w:tc>
          <w:tcPr>
            <w:tcW w:type="dxa" w:w="3974"/>
          </w:tcPr>
          <w:p>
            <w:r/>
            <w:r>
              <w:rPr>
                <w:rFonts w:ascii="Arial" w:hAnsi="Arial" w:cs="Arial" w:eastAsia="Arial"/>
                <w:b w:val="0"/>
                <w:i w:val="0"/>
                <w:color w:val="231A2E"/>
                <w:sz w:val="18"/>
              </w:rPr>
            </w:r>
          </w:p>
        </w:tc>
        <w:tc>
          <w:tcPr>
            <w:tcW w:type="dxa" w:w="3974"/>
          </w:tcPr>
          <w:p>
            <w:r/>
            <w:r>
              <w:rPr>
                <w:rFonts w:ascii="Arial" w:hAnsi="Arial" w:cs="Arial" w:eastAsia="Arial"/>
                <w:b w:val="0"/>
                <w:i w:val="0"/>
                <w:color w:val="231A2E"/>
                <w:sz w:val="18"/>
              </w:rPr>
            </w:r>
          </w:p>
        </w:tc>
        <w:tc>
          <w:tcPr>
            <w:tcW w:type="dxa" w:w="1987"/>
          </w:tcPr>
          <w:p>
            <w:r/>
            <w:r>
              <w:rPr>
                <w:rFonts w:ascii="Arial" w:hAnsi="Arial" w:cs="Arial" w:eastAsia="Arial"/>
                <w:b w:val="0"/>
                <w:i w:val="0"/>
                <w:color w:val="231A2E"/>
                <w:sz w:val="18"/>
              </w:rPr>
            </w:r>
          </w:p>
        </w:tc>
      </w:tr>
      <w:tr>
        <w:trPr>
          <w:trHeight w:val="480"/>
        </w:trPr>
        <w:tc>
          <w:tcPr>
            <w:tcW w:type="dxa" w:w="3974"/>
          </w:tcPr>
          <w:p>
            <w:r/>
            <w:r>
              <w:rPr>
                <w:rFonts w:ascii="Arial" w:hAnsi="Arial" w:cs="Arial" w:eastAsia="Arial"/>
                <w:b w:val="0"/>
                <w:i w:val="0"/>
                <w:color w:val="231A2E"/>
                <w:sz w:val="18"/>
              </w:rPr>
            </w:r>
          </w:p>
        </w:tc>
        <w:tc>
          <w:tcPr>
            <w:tcW w:type="dxa" w:w="3974"/>
          </w:tcPr>
          <w:p>
            <w:r/>
            <w:r>
              <w:rPr>
                <w:rFonts w:ascii="Arial" w:hAnsi="Arial" w:cs="Arial" w:eastAsia="Arial"/>
                <w:b w:val="0"/>
                <w:i w:val="0"/>
                <w:color w:val="231A2E"/>
                <w:sz w:val="18"/>
              </w:rPr>
            </w:r>
          </w:p>
        </w:tc>
        <w:tc>
          <w:tcPr>
            <w:tcW w:type="dxa" w:w="1987"/>
          </w:tcPr>
          <w:p>
            <w:r/>
            <w:r>
              <w:rPr>
                <w:rFonts w:ascii="Arial" w:hAnsi="Arial" w:cs="Arial" w:eastAsia="Arial"/>
                <w:b w:val="0"/>
                <w:i w:val="0"/>
                <w:color w:val="231A2E"/>
                <w:sz w:val="18"/>
              </w:rPr>
            </w:r>
          </w:p>
        </w:tc>
      </w:tr>
    </w:tbl>
    <w:p>
      <w:pPr>
        <w:spacing w:after="40"/>
      </w:pPr>
    </w:p>
    <w:tbl>
      <w:tblPr>
        <w:tblW w:type="auto" w:w="0"/>
        <w:tblLook w:firstColumn="1" w:firstRow="1" w:lastColumn="0" w:lastRow="0" w:noHBand="0" w:noVBand="1" w:val="04A0"/>
        <w:tblBorders>
          <w:top w:val="single" w:sz="4" w:color="231A2E"/>
          <w:left w:val="single" w:sz="4" w:color="231A2E"/>
          <w:bottom w:val="single" w:sz="4" w:color="231A2E"/>
          <w:right w:val="single" w:sz="4" w:color="231A2E"/>
          <w:insideH w:val="single" w:sz="4" w:color="231A2E"/>
          <w:insideV w:val="single" w:sz="4" w:color="231A2E"/>
        </w:tblBorders>
      </w:tblPr>
      <w:tblGrid>
        <w:gridCol w:w="9936"/>
      </w:tblGrid>
      <w:tr>
        <w:tc>
          <w:tcPr>
            <w:tcW w:type="dxa" w:w="9936"/>
            <w:shd w:val="clear" w:color="auto" w:fill="E4DEFA"/>
          </w:tcPr>
          <w:p>
            <w:r/>
            <w:r>
              <w:rPr>
                <w:rFonts w:ascii="Arial" w:hAnsi="Arial" w:cs="Arial" w:eastAsia="Arial"/>
                <w:b/>
                <w:i w:val="0"/>
                <w:color w:val="231A2E"/>
                <w:sz w:val="22"/>
              </w:rPr>
              <w:t>Before you press share</w:t>
            </w:r>
          </w:p>
          <w:p>
            <w:r>
              <w:rPr>
                <w:rFonts w:ascii="Arial" w:hAnsi="Arial" w:cs="Arial" w:eastAsia="Arial"/>
                <w:b w:val="0"/>
                <w:i w:val="0"/>
                <w:color w:val="231A2E"/>
                <w:sz w:val="20"/>
              </w:rPr>
              <w:t>The form says who is asking and what happens next. Every question has a reason. The test log is all ticked. You know who reads new responses, and how fast.</w:t>
            </w:r>
          </w:p>
        </w:tc>
      </w:tr>
    </w:tbl>
    <w:p>
      <w:pPr>
        <w:spacing w:after="40"/>
      </w:pPr>
    </w:p>
    <w:sectPr w:rsidR="00FC693F" w:rsidRPr="0006063C" w:rsidSect="00034616">
      <w:footerReference w:type="default" r:id="rId9"/>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cs="Arial" w:eastAsia="Arial"/>
        <w:b w:val="0"/>
        <w:i/>
        <w:color w:val="5E5468"/>
        <w:sz w:val="16"/>
      </w:rPr>
      <w:t>Made by HornetForms, https://hornetforms.com/blog/how-to-create-an-online-form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Online form planning worksheet</dc:title>
  <dc:subject/>
  <dc:creator>HornetForms</dc:creator>
  <cp:keywords/>
  <dc:description>generated by python-docx</dc:description>
  <cp:lastModifiedBy/>
  <cp:revision>1</cp:revision>
  <dcterms:created xsi:type="dcterms:W3CDTF">2013-12-23T23:15:00Z</dcterms:created>
  <dcterms:modified xsi:type="dcterms:W3CDTF">2013-12-23T23:15:00Z</dcterms:modified>
  <cp:category/>
</cp:coreProperties>
</file>