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90-day onboarding plan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One page for the manager and the new hire. Fill it in before day one.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New hire: __________________________   Role: 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Start date: ______________   Manager: _________________   Buddy: 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The plan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195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Phase</w:t>
            </w:r>
          </w:p>
        </w:tc>
        <w:tc>
          <w:tcPr>
            <w:tcW w:type="dxa" w:w="699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What happens</w:t>
            </w:r>
          </w:p>
        </w:tc>
        <w:tc>
          <w:tcPr>
            <w:tcW w:type="dxa" w:w="98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19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Before day one</w:t>
            </w:r>
          </w:p>
        </w:tc>
        <w:tc>
          <w:tcPr>
            <w:tcW w:type="dxa" w:w="69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Details form sent, kit and accounts ready, schedule and goals written, buddy picked.</w:t>
            </w:r>
          </w:p>
        </w:tc>
        <w:tc>
          <w:tcPr>
            <w:tcW w:type="dxa" w:w="9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9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one</w:t>
            </w:r>
          </w:p>
        </w:tc>
        <w:tc>
          <w:tcPr>
            <w:tcW w:type="dxa" w:w="69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Welcome, logins work, introductions, first-week schedule and goals walked through.</w:t>
            </w:r>
          </w:p>
        </w:tc>
        <w:tc>
          <w:tcPr>
            <w:tcW w:type="dxa" w:w="9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9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Week one</w:t>
            </w:r>
          </w:p>
        </w:tc>
        <w:tc>
          <w:tcPr>
            <w:tcW w:type="dxa" w:w="69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One small, real task, daily check-ins, an end-of-week chat.</w:t>
            </w:r>
          </w:p>
        </w:tc>
        <w:tc>
          <w:tcPr>
            <w:tcW w:type="dxa" w:w="9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9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Days 1 to 30</w:t>
            </w:r>
          </w:p>
        </w:tc>
        <w:tc>
          <w:tcPr>
            <w:tcW w:type="dxa" w:w="69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Weekly one-to-one, shadowing, training, 30-day check-in.</w:t>
            </w:r>
          </w:p>
        </w:tc>
        <w:tc>
          <w:tcPr>
            <w:tcW w:type="dxa" w:w="9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9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Days 31 to 60</w:t>
            </w:r>
          </w:p>
        </w:tc>
        <w:tc>
          <w:tcPr>
            <w:tcW w:type="dxa" w:w="69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Owns some regular work, feedback from two teammates, 60-day check-in.</w:t>
            </w:r>
          </w:p>
        </w:tc>
        <w:tc>
          <w:tcPr>
            <w:tcW w:type="dxa" w:w="9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9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Days 61 to 90</w:t>
            </w:r>
          </w:p>
        </w:tc>
        <w:tc>
          <w:tcPr>
            <w:tcW w:type="dxa" w:w="69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Leads a piece of work, feedback form, 90-day review.</w:t>
            </w:r>
          </w:p>
        </w:tc>
        <w:tc>
          <w:tcPr>
            <w:tcW w:type="dxa" w:w="98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Three to five goals for the first 90 days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Check-in dates:   30 days ____________   60 days ____________   90 days ____________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Pair it with the free onboarding checklist sheet and the new employee information form template at hornetforms.com.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https://hornetforms.com/blog/new-hire-onboarding-process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90-day onboarding plan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