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30-60-90 day onboarding plan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An onboarding plan template for the manager and the new hire. Fill in the top before day one.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New hire: __________________________   Role: 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Manager: __________________________   Buddy: 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Start date: ________________   Probation ends (if you use one): 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Three to five goals for the first 90 days (plain words, each one you can check)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day one: Get ready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Two weeks out. Details, kit, goals and the first week, so day one feels expected.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601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43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5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</w:t>
            </w:r>
          </w:p>
        </w:tc>
        <w:tc>
          <w:tcPr>
            <w:tcW w:type="dxa" w:w="91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the new employee information form with the offer email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Order the laptop and kit, then set up the work email and accounts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IT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three to five goals for the first 90 days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Pick a buddy and plan the first week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Put the 30, 60 and 90-day check-ins in your own calendar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a welcome note with the first-week plan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 days before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Days 1 to 30: Learn the role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People, tools, training and one small, real task. Weekly one-to-ones start here.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601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43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5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</w:t>
            </w:r>
          </w:p>
        </w:tc>
        <w:tc>
          <w:tcPr>
            <w:tcW w:type="dxa" w:w="91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Welcome them in person and walk through this plan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one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Meet the team and the key people outside it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Finish one small, real task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Start a weekly one-to-one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7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Shadow a teammate on the core work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Buddy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10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Finish the training the role needs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21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30-day check-in: send the check-in form, then talk it through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30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Days 31 to 60: Contribute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Take over regular work, meet other teams and ask for feedback.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601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43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5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</w:t>
            </w:r>
          </w:p>
        </w:tc>
        <w:tc>
          <w:tcPr>
            <w:tcW w:type="dxa" w:w="91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Agree on goals for the next 30 days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31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Take over one piece of regular work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35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Meet one person from another team each week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45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two teammates for feedback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50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60-day check-in: review progress against what you expected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60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Days 61 to 90: Own it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a piece of work, plan development and look back together.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601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43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5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</w:t>
            </w:r>
          </w:p>
        </w:tc>
        <w:tc>
          <w:tcPr>
            <w:tcW w:type="dxa" w:w="91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a development plan together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65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Lead one small piece of work from start to finish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hire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75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the new hire to fill in a self evaluation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85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90-day check-in: goals met, next goals, feedback on onboarding</w:t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Manager</w:t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90</w:t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1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Check-ins at 30, 60 and 90 days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Put all three dates in your own calendar on day one. Send the check-in form a few days before each one, then talk the answers through together.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5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Check-in</w:t>
            </w:r>
          </w:p>
        </w:tc>
        <w:tc>
          <w:tcPr>
            <w:tcW w:type="dxa" w:w="183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Date</w:t>
            </w:r>
          </w:p>
        </w:tc>
        <w:tc>
          <w:tcPr>
            <w:tcW w:type="dxa" w:w="183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Held on</w:t>
            </w:r>
          </w:p>
        </w:tc>
        <w:tc>
          <w:tcPr>
            <w:tcW w:type="dxa" w:w="47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30 days</w:t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47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60 days</w:t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47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5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90 days</w:t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3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47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Questions to ask at every check-in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clear are your goals? (1 to 5)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settled do you feel in the team?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have the tools and access you need?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has gone well so far?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has been harder than you expected?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would help you most next month?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confident do you feel doing the job on your own? (1 to 5)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Add at 90 days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feedback do you have on your onboarding for the next new hire?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Which goals did we meet, and what are the goals for the next six months?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we agreed at 90 days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Good to know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This plan is a starting point. Change the tasks, owners and days to fit the role.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This template is a planning aid, not legal advice. Check your own rules for paperwork, pay and probation.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Pair it with the free 30-60-90 plan spreadsheet, the check-in import file and the new employee information form template at hornetforms.com.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https://hornetforms.com/blog/onboarding-plan-template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30-60-90 day onboarding plan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