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Community needs assessment survey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[Organization name], [neighborhood, town or area]. Please return by [date].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Why we are asking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We want to know what you see as the biggest needs where you live, and what already works well. [Organization name] and our partners will use the answers to decide what to work on first.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Every question is optional, so skip any you would rather not answer. It takes about 10 minutes.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We will share what we learn by [month] at [place or website].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to fill it in: tick one box unless a question says to pick all that apply. Write in the lines where we ask for your own words.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Part 1. Needs where you live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1. How big a problem is each of these where you live? Tick one box in each row.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447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Area</w:t>
            </w:r>
          </w:p>
        </w:tc>
        <w:tc>
          <w:tcPr>
            <w:tcW w:type="dxa" w:w="139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Big problem</w:t>
            </w:r>
          </w:p>
        </w:tc>
        <w:tc>
          <w:tcPr>
            <w:tcW w:type="dxa" w:w="139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Small problem</w:t>
            </w:r>
          </w:p>
        </w:tc>
        <w:tc>
          <w:tcPr>
            <w:tcW w:type="dxa" w:w="139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 a problem</w:t>
            </w:r>
          </w:p>
        </w:tc>
        <w:tc>
          <w:tcPr>
            <w:tcW w:type="dxa" w:w="125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 sure</w:t>
            </w:r>
          </w:p>
        </w:tc>
      </w:tr>
      <w:tr>
        <w:trPr>
          <w:trHeight w:val="480"/>
        </w:trPr>
        <w:tc>
          <w:tcPr>
            <w:tcW w:type="dxa" w:w="4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Housing (cost, repairs, finding a place)</w:t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Food (affording enough healthy food)</w:t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Health care (getting a doctor, dentist or mental health care)</w:t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Getting around (buses, rides, safe walking routes)</w:t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Jobs and training (finding work, learning new skills)</w:t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Children and youth (childcare, after-school activities)</w:t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Older adults (help at home, staying connected)</w:t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Safety (feeling safe at home and on the street)</w:t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9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2. Which one of these needs should come first?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Housing      [   ] Food      [   ] Health care      [   ] Getting around      [   ] Jobs and training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Children and youth      [   ] Older adults      [   ] Safety      [   ] Something else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3. Why does that need matter most to you?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Part 2. What already works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4. What does your neighborhood already do well? (pick all that apply)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Neighbors help each other      [   ] Parks and green space      [   ] Schools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Local shops      [   ] Faith and community groups      [   ] Library or community center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5. Overall rating: how good is your neighborhood as a place to live? (1 is poor, 5 is great)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1      [   ] 2      [   ] 3      [   ] 4      [   ] 5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Part 3. Taking part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6. What would help you take part in community programs? (pick all that apply)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Evening or weekend sessions      [   ] Childcare during sessions      [   ] A ride or bus pass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Information in my language      [   ] Free or low cost      [   ] Online options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7. How did you get this survey?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Paper copy      [   ] QR code on a poster      [   ] Shared tablet at an event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Online by email or text      [   ] Social media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Part 4. About you (all optional)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These questions help us see whether we heard from every part of the community. Skip any of them, or tick Prefer not to say.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8. Which neighborhood or area do you live in?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[Replace these with the names people use for your areas.]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North side      [   ] South side      [   ] East side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West side      [   ] Downtown      [   ] Prefer not to say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9. Your age group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Under 18      [   ] 18 to 24      [   ] 25 to 44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45 to 64      [   ] 65 or older      [   ] Prefer not to say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10. Do you rent or own your home?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Rent      [   ] Own      [   ] Live with family or friends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Something else      [   ] Prefer not to say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11. Do children under 18 live in your home?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Yes      [   ] No      [   ] Prefer not to say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12. Which language do you mostly speak at home?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English      [   ] Spanish      [   ] Another language      [   ] Prefer not to say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13. Any other comments?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14. Email, only if you would like a copy of the results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Leave it blank if you do not want a copy.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Thank you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Please hand this back to [name] or drop it in the box at [place] by [date].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Rather answer online? Scan the QR code or type [short link]. You can also ask for this survey in [other languages].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For staff: type each paper copy into the online form and pick "Paper copy" for "How did you get this survey?", so every answer lands in the same export.</w:t>
      </w: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Question bank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More questions to swap in. Keep the survey short: add one or two where you need more detail, and take one out for each one you add.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Housing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In the past 12 months, did you worry about paying rent or a mortgage?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Does your home need repairs you cannot afford?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you had to move, could you find a place you can afford nearby?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Food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In the past month, did your household skip meals because money ran short?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far is the nearest store that sells fresh fruit and vegetables?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 you know where to get free or low cost food nearby?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Health care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 you have a doctor or clinic you usually go to?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In the past 12 months, did you put off care because of cost or distance?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Is it hard to get mental health support here?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Getting around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do you usually get to work, school or the store?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Is there a place you need to get to but often cannot reach?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Are the sidewalks and crossings near you safe to walk?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Jobs and training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Are you looking for work, or for better work?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skills or training would help you most?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gets in the way of taking a class or training?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Children and youth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Can you find childcare you can afford when you need it?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do young people here do after school and in the summer?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would you like young people here to have that they do not have now?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Older adults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 older adults here have help with shopping, rides and chores?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often do older neighbors get out to see other people?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would help older adults stay in their homes longer?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Safety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 you feel safe walking in your neighborhood after dark?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Which places here feel unsafe, and why?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would make your street feel safer?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Strengths and ideas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Who are the people or groups that make this place better?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Which places do people go to meet each other?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Would you give time to help with any of these needs? Which ones?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Before you send it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Plan it with partners: residents, service providers and groups who know the people you want to hear from.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Try it on five people from the community first. Fix any question they stumble on.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Offer it on paper, through a QR code on posters and on a shared tablet at events, not only online.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Decide now how you will share the results back, and when.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https://hornetforms.com/blog/community-needs-assessment-survey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needs assessment survey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