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Membership application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Club or group: ________________________     Membership year: 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 for joining us. Please write clearly, then hand this form in with your dues. Questions? Ask ______________________ (name and email or phone).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About you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Full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Email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Phone (optional)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Mailing address (optional, for anything we send by post)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Your membership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Tick one membership type.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76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Tick</w:t>
            </w:r>
          </w:p>
        </w:tc>
        <w:tc>
          <w:tcPr>
            <w:tcW w:type="dxa" w:w="229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Membership type</w:t>
            </w:r>
          </w:p>
        </w:tc>
        <w:tc>
          <w:tcPr>
            <w:tcW w:type="dxa" w:w="458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Who it is for</w:t>
            </w:r>
          </w:p>
        </w:tc>
        <w:tc>
          <w:tcPr>
            <w:tcW w:type="dxa" w:w="229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Dues</w:t>
            </w:r>
          </w:p>
        </w:tc>
      </w:tr>
      <w:tr>
        <w:trPr>
          <w:trHeight w:val="480"/>
        </w:trPr>
        <w:tc>
          <w:tcPr>
            <w:tcW w:type="dxa" w:w="7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    ]</w:t>
            </w:r>
          </w:p>
        </w:tc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Individual</w:t>
            </w:r>
          </w:p>
        </w:tc>
        <w:tc>
          <w:tcPr>
            <w:tcW w:type="dxa" w:w="458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One adult</w:t>
            </w:r>
          </w:p>
        </w:tc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$30 a year</w:t>
            </w:r>
          </w:p>
        </w:tc>
      </w:tr>
      <w:tr>
        <w:trPr>
          <w:trHeight w:val="480"/>
        </w:trPr>
        <w:tc>
          <w:tcPr>
            <w:tcW w:type="dxa" w:w="7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    ]</w:t>
            </w:r>
          </w:p>
        </w:tc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Family</w:t>
            </w:r>
          </w:p>
        </w:tc>
        <w:tc>
          <w:tcPr>
            <w:tcW w:type="dxa" w:w="458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Adults and children at one address</w:t>
            </w:r>
          </w:p>
        </w:tc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$50 a year</w:t>
            </w:r>
          </w:p>
        </w:tc>
      </w:tr>
      <w:tr>
        <w:trPr>
          <w:trHeight w:val="480"/>
        </w:trPr>
        <w:tc>
          <w:tcPr>
            <w:tcW w:type="dxa" w:w="7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    ]</w:t>
            </w:r>
          </w:p>
        </w:tc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Student</w:t>
            </w:r>
          </w:p>
        </w:tc>
        <w:tc>
          <w:tcPr>
            <w:tcW w:type="dxa" w:w="458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Anyone in full-time study</w:t>
            </w:r>
          </w:p>
        </w:tc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$15 a year</w:t>
            </w:r>
          </w:p>
        </w:tc>
      </w:tr>
      <w:tr>
        <w:trPr>
          <w:trHeight w:val="480"/>
        </w:trPr>
        <w:tc>
          <w:tcPr>
            <w:tcW w:type="dxa" w:w="7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    ]</w:t>
            </w:r>
          </w:p>
        </w:tc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Life member</w:t>
            </w:r>
          </w:p>
        </w:tc>
        <w:tc>
          <w:tcPr>
            <w:tcW w:type="dxa" w:w="458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Join once, with no yearly dues</w:t>
            </w:r>
          </w:p>
        </w:tc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$300 once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The prices are examples. Change them to your own in the Word version before you print.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Family members' names (Family membership only)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Getting involved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How would you like to get involved? Tick all that apply.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 ] Events     [    ] Newsletter     [    ] Committee     [    ] Volunteering     [    ] Just a member for now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Can we email you club news?     [    ] Yes, please     [    ] No thanks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Club rules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 ] I have read the club rules and agree to follow them.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Signature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Date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For the membership team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Date received: ______________     Dues received: 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Paid by:     [    ] Cash     [    ] Cheque     [    ] Online form     [    ] Other: 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Received by: ______________________     Next reminder date: 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Added to the member tracker:     [    ] Yes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Why we ask: we use these details to run your membership and to reach you about it.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https://hornetforms.com/blog/membership-application-form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