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Lead magnet launch checklist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From idea to first sign-up in a week. Tick each box as you go.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My lead magnet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Who it's for, and the one problem it solves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The paid offer it leads to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Launch 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1. Pick one idea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894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99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Score a few ideas in the idea bank and pick the top one.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Write the promise in one sentence: "Get [result] in [time] without [pain]."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 it solves a first step of the problem your paid coaching solves.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Pick a format you can finish this week (a checklist beats an unfinished course).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2. Make the freebie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894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99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Write the first version. Short and useful wins: one page is fine.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Add your name, your website and one line about how you work with clients.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End with one next step, for example "Book a free 15-minute call".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Save it as a PDF (or upload the video) somewhere you control.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Copy the share link and open it in a private browser window to check anyone can see it.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3. Build the opt-in form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These steps use the free Lead magnet opt-in template in HornetForms (Lead generation category). Every step works on the Free plan.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894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99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Open the template and click Use this template.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Rename "Work email" to "Email" if your clients sign up from home. Keep it required.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Keep first name. Cut any question you won't use in your first follow-up email.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Change the "Biggest challenge right now" options to the problems your clients bring to you.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Keep "Want a short call about it?". For a booking instead of a phone number, add a Calendly or Cal.com scheduling question and show it only to people who pick "Yes please".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4. Send the freebie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Pick one way. The template's thank-you screen says "Check your inbox for the download link", so edit it if you choose way B.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894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99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Way A, by email: turn on the confirmation email to respondents and choose the email question as the address. Without that choice, nothing is sent.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Way A: write your own subject (up to 200 characters) and message (up to 5,000 characters) and put the download link in the message, written as [Get your plan](your link) so it shows as clickable text.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Way B, straight away: set the form's redirect URL to the file, or to a thank-you page on your site that holds the link.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Turn on an email to yourself for each new response. It is off until you switch it on.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Fill in the form yourself on your phone and check the freebie arrives.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5. Share it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894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99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Put the link in your bio and email signature, with ?utm_source=instagram or ?utm_source=signature on the end, so you can see which link each sign-up came from.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Embed it on your website (inline, popup, slider or full page).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Make a QR code for talks, workshops and printed handouts.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Mention it at the end of every free talk, podcast and post for the next month.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6. Follow up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894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99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Send new sign-ups to your email tool with Zapier or a webhook, or copy them over from the CSV export.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Write a welcome email that arrives within a day and asks one question they can reply to.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Send one more useful email, then invite them to book a call.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Book the calls from the form: anyone who said "Yes please" gets a reply first.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Marketing emails: check your local rules (this is not legal advice)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In the US, the FTC's CAN-SPAM guide says: "Your message must include a clear and conspicuous explanation of how the recipient can opt out of getting marketing email" and "You must honor a recipient's opt-out request within 10 business days." It also asks you to tell recipients where you're located. FTC, CAN-SPAM Act: A Compliance Guide for Business: https://www.ftc.gov/business-guidance/resources/can-spam-act-compliance-guide-business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Other countries have their own rules, some stricter about consent. Check what applies to you, or ask a qualified adviser.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7. Two weeks later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894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99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Open the form's built-in analytics: views, starts, completions and the completion rate for each UTM source.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If many people start but few finish, cut a question.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Ask five sign-ups what they found useful, and what they still need.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89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Note how many sign-ups booked a call. That is the number to grow.</w:t>
            </w:r>
          </w:p>
        </w:tc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Sign-ups after two weeks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Calls booked from them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One change for next month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https://hornetforms.com/blog/lead-magnet-ideas-for-coaches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magnet launch checklist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