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Interview scorecard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One scorecard per interviewer per candidate. Score on your own, before the panel talks.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Candidate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Role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Interviewer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Interview round and date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How to score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Ask the lead question, then the follow-up questions. Write down what the candidate said or did. Then circle one score from 1 to 5, using the written examples for 1, 3 and 5.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4968"/>
        <w:gridCol w:w="4968"/>
      </w:tblGrid>
      <w:tr>
        <w:tc>
          <w:tcPr>
            <w:tcW w:type="dxa" w:w="141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Score</w:t>
            </w:r>
          </w:p>
        </w:tc>
        <w:tc>
          <w:tcPr>
            <w:tcW w:type="dxa" w:w="851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What it means</w:t>
            </w:r>
          </w:p>
        </w:tc>
      </w:tr>
      <w:tr>
        <w:trPr>
          <w:trHeight w:val="480"/>
        </w:trPr>
        <w:tc>
          <w:tcPr>
            <w:tcW w:type="dxa" w:w="141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</w:t>
            </w:r>
          </w:p>
        </w:tc>
        <w:tc>
          <w:tcPr>
            <w:tcW w:type="dxa" w:w="851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Well below what the role needs</w:t>
            </w:r>
          </w:p>
        </w:tc>
      </w:tr>
      <w:tr>
        <w:trPr>
          <w:trHeight w:val="480"/>
        </w:trPr>
        <w:tc>
          <w:tcPr>
            <w:tcW w:type="dxa" w:w="141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</w:t>
            </w:r>
          </w:p>
        </w:tc>
        <w:tc>
          <w:tcPr>
            <w:tcW w:type="dxa" w:w="851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Below what the role needs</w:t>
            </w:r>
          </w:p>
        </w:tc>
      </w:tr>
      <w:tr>
        <w:trPr>
          <w:trHeight w:val="480"/>
        </w:trPr>
        <w:tc>
          <w:tcPr>
            <w:tcW w:type="dxa" w:w="141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</w:t>
            </w:r>
          </w:p>
        </w:tc>
        <w:tc>
          <w:tcPr>
            <w:tcW w:type="dxa" w:w="851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Meets what the role needs</w:t>
            </w:r>
          </w:p>
        </w:tc>
      </w:tr>
      <w:tr>
        <w:trPr>
          <w:trHeight w:val="480"/>
        </w:trPr>
        <w:tc>
          <w:tcPr>
            <w:tcW w:type="dxa" w:w="141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4</w:t>
            </w:r>
          </w:p>
        </w:tc>
        <w:tc>
          <w:tcPr>
            <w:tcW w:type="dxa" w:w="851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Above what the role needs</w:t>
            </w:r>
          </w:p>
        </w:tc>
      </w:tr>
      <w:tr>
        <w:trPr>
          <w:trHeight w:val="480"/>
        </w:trPr>
        <w:tc>
          <w:tcPr>
            <w:tcW w:type="dxa" w:w="141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5</w:t>
            </w:r>
          </w:p>
        </w:tc>
        <w:tc>
          <w:tcPr>
            <w:tcW w:type="dxa" w:w="851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Well above what the role needs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No evidence for a competency? Leave the score blank and say why in the notes. A guess is worse than a gap.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1. Role skills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Knows the tools, methods and facts the job uses every day.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Lead question: Walk me through a piece of work from your last role that shows how you do [the main task of this job].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Follow-up questions: What did you do? What happened next? What would you change?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1: Well below</w:t>
            </w:r>
          </w:p>
        </w:tc>
        <w:tc>
          <w:tcPr>
            <w:tcW w:type="dxa" w:w="331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3: Meets</w:t>
            </w:r>
          </w:p>
        </w:tc>
        <w:tc>
          <w:tcPr>
            <w:tcW w:type="dxa" w:w="331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5: Well above</w:t>
            </w:r>
          </w:p>
        </w:tc>
      </w:tr>
      <w:tr>
        <w:trPr>
          <w:trHeight w:val="480"/>
        </w:trPr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Can't describe how the work gets done, or the example doesn't fit the job.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Gives a clear example and explains the main steps, with a little help.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Explains the work in detail, says why each step matters and what they'd do differently.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Score (circle one):  1  /  2  /  3  /  4  /  5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Evidence: what they said or did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2. Problem solving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Works out what is going wrong and finds a fix that holds.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Lead question: Tell me about a problem at work that had no clear answer. What did you do?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Follow-up questions: What did you do? What happened next? What would you change?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1: Well below</w:t>
            </w:r>
          </w:p>
        </w:tc>
        <w:tc>
          <w:tcPr>
            <w:tcW w:type="dxa" w:w="331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3: Meets</w:t>
            </w:r>
          </w:p>
        </w:tc>
        <w:tc>
          <w:tcPr>
            <w:tcW w:type="dxa" w:w="331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5: Well above</w:t>
            </w:r>
          </w:p>
        </w:tc>
      </w:tr>
      <w:tr>
        <w:trPr>
          <w:trHeight w:val="480"/>
        </w:trPr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Describes the problem but not what they did, or jumped to a fix without checking.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Explains how they looked into it and what they tried, and the result.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Breaks the problem down, weighs options, checks the result and shares what they learned.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Score (circle one):  1  /  2  /  3  /  4  /  5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Evidence: what they said or did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3. Communication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Explains things clearly and listens, in speech and in writing.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Lead question: Describe a time you had to explain something complicated to someone outside your team.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Follow-up questions: What did you do? What happened next? What would you change?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1: Well below</w:t>
            </w:r>
          </w:p>
        </w:tc>
        <w:tc>
          <w:tcPr>
            <w:tcW w:type="dxa" w:w="331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3: Meets</w:t>
            </w:r>
          </w:p>
        </w:tc>
        <w:tc>
          <w:tcPr>
            <w:tcW w:type="dxa" w:w="331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5: Well above</w:t>
            </w:r>
          </w:p>
        </w:tc>
      </w:tr>
      <w:tr>
        <w:trPr>
          <w:trHeight w:val="480"/>
        </w:trPr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Hard to follow, or the example shows the message didn't land.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Clear answer with a real example; adjusted the message for the listener.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Clear, short and well ordered; checked that the other person understood.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Score (circle one):  1  /  2  /  3  /  4  /  5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Evidence: what they said or did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4. Working with others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Builds good working relationships and handles disagreement well.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Lead question: Tell me about a time you disagreed with a coworker. What happened next?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Follow-up questions: What did you do? What happened next? What would you change?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1: Well below</w:t>
            </w:r>
          </w:p>
        </w:tc>
        <w:tc>
          <w:tcPr>
            <w:tcW w:type="dxa" w:w="331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3: Meets</w:t>
            </w:r>
          </w:p>
        </w:tc>
        <w:tc>
          <w:tcPr>
            <w:tcW w:type="dxa" w:w="331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5: Well above</w:t>
            </w:r>
          </w:p>
        </w:tc>
      </w:tr>
      <w:tr>
        <w:trPr>
          <w:trHeight w:val="480"/>
        </w:trPr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Blames others, or can't give an example of working through a disagreement.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Describes the disagreement fairly and how they worked it out.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Shows respect for the other view, found common ground and kept the relationship strong.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Score (circle one):  1  /  2  /  3  /  4  /  5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Evidence: what they said or did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5. Ownership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Follows through on what they own, and says so early when things slip.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Lead question: Tell me about a time something you were responsible for went wrong. What did you do?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Follow-up questions: What did you do? What happened next? What would you change?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1: Well below</w:t>
            </w:r>
          </w:p>
        </w:tc>
        <w:tc>
          <w:tcPr>
            <w:tcW w:type="dxa" w:w="331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3: Meets</w:t>
            </w:r>
          </w:p>
        </w:tc>
        <w:tc>
          <w:tcPr>
            <w:tcW w:type="dxa" w:w="331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5: Well above</w:t>
            </w:r>
          </w:p>
        </w:tc>
      </w:tr>
      <w:tr>
        <w:trPr>
          <w:trHeight w:val="480"/>
        </w:trPr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Can't name a mistake, or the example passes the blame on.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Owns the mistake, explains the fix and what changed afterwards.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Raised it early, fixed it, and changed the process so it doesn't happen again.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Score (circle one):  1  /  2  /  3  /  4  /  5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Evidence: what they said or did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Overall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4968"/>
        <w:gridCol w:w="4968"/>
      </w:tblGrid>
      <w:tr>
        <w:tc>
          <w:tcPr>
            <w:tcW w:type="dxa" w:w="764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Competency</w:t>
            </w:r>
          </w:p>
        </w:tc>
        <w:tc>
          <w:tcPr>
            <w:tcW w:type="dxa" w:w="229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Score</w:t>
            </w:r>
          </w:p>
        </w:tc>
      </w:tr>
      <w:tr>
        <w:trPr>
          <w:trHeight w:val="480"/>
        </w:trPr>
        <w:tc>
          <w:tcPr>
            <w:tcW w:type="dxa" w:w="76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Role skills</w:t>
            </w:r>
          </w:p>
        </w:tc>
        <w:tc>
          <w:tcPr>
            <w:tcW w:type="dxa" w:w="22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76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Problem solving</w:t>
            </w:r>
          </w:p>
        </w:tc>
        <w:tc>
          <w:tcPr>
            <w:tcW w:type="dxa" w:w="22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76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Communication</w:t>
            </w:r>
          </w:p>
        </w:tc>
        <w:tc>
          <w:tcPr>
            <w:tcW w:type="dxa" w:w="22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76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Working with others</w:t>
            </w:r>
          </w:p>
        </w:tc>
        <w:tc>
          <w:tcPr>
            <w:tcW w:type="dxa" w:w="22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76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Ownership</w:t>
            </w:r>
          </w:p>
        </w:tc>
        <w:tc>
          <w:tcPr>
            <w:tcW w:type="dxa" w:w="22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76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Average (total divided by 5)</w:t>
            </w:r>
          </w:p>
        </w:tc>
        <w:tc>
          <w:tcPr>
            <w:tcW w:type="dxa" w:w="229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Recommendation (tick one):  [ ] Move forward  /  [ ] Hold  /  [ ] Do not move forward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Main reason, in one or two sentences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Signed and dated by the interviewer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Before the panel meets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Hand in or submit your scorecard before you talk to the other interviewers.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In the debrief, start with the competencies where scores are far apart (a 2 and a 4, say). Talk about the evidence, not the people.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A score helps you compare. People still make the decision.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If your team uses the online version in HornetForms: everyone you add to the workspace can read every scorecard in it.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Keep it job-related (this is not legal advice)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US Equal Employment Opportunity Commission (EEOC): "As a general rule, the information obtained and requested through the pre-employment process should be limited to those essential for determining if a person is qualified for the job; whereas, information regarding race, sex, national origin, age, and religion are irrelevant in such determinations." https://www.eeoc.gov/prohibited-employment-policiespractices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EEOC: "Employers are explicitly prohibited from making pre-offer inquiries about disability."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US Office of Personnel Management (OPM), on structured interviews: "All candidates are asked the same predetermined questions in the same order" and "All responses are evaluated using the same rating scale and standards for acceptable answers". https://www.opm.gov/policy-data-oversight/assessment-and-selection/structured-interviews/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Quotes checked 2 November 2026. Rules differ by country, state and city. Check what applies to you, or ask a qualified adviser.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https://hornetforms.com/blog/interview-evaluation-form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scorecard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