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Interest form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Tell us what caught your eye and we'll send you the details. It takes about two minutes.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Club, group or event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About you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1. Your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2. Email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3. Phone (optional)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What interests you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4. What are you interested in? Tick all that apply.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 ______________________      [   ] 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 ______________________      [   ] 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 ______________________      [   ] 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Something else? Tell us: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5. How involved would you like to be?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 Just keep me posted      [   ] I'd like to try it once      [   ] I'd like to join regularly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6. When are you usually free? Tick all that apply.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 Weekday mornings      [   ] Weekday afternoons      [   ] Weekday evenings      [   ] Weekends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7. Questions, or anything we should know?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Staying in touch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8. [   ] Yes, you can contact me about this by email or phone.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If you leave box 8 empty, we won't follow up. You can still check back with us.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For the organiser: date received ____________    typed into the tracker [   ]</w:t>
      </w:r>
    </w:p>
    <w:p>
      <w:r>
        <w:br w:type="page"/>
      </w:r>
    </w:p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Interest sign-up sheet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Add your name and we'll follow up. One person per row, please.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Club, group or event: ________________________________    Date: 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45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209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Name</w:t>
            </w:r>
          </w:p>
        </w:tc>
        <w:tc>
          <w:tcPr>
            <w:tcW w:type="dxa" w:w="248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Email or phone</w:t>
            </w:r>
          </w:p>
        </w:tc>
        <w:tc>
          <w:tcPr>
            <w:tcW w:type="dxa" w:w="222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Interested in</w:t>
            </w:r>
          </w:p>
        </w:tc>
        <w:tc>
          <w:tcPr>
            <w:tcW w:type="dxa" w:w="143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Best time</w:t>
            </w:r>
          </w:p>
        </w:tc>
        <w:tc>
          <w:tcPr>
            <w:tcW w:type="dxa" w:w="124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OK to contact? (Y or N)</w:t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8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9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11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12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13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14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15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16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17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18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19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5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20</w:t>
            </w:r>
          </w:p>
        </w:tc>
        <w:tc>
          <w:tcPr>
            <w:tcW w:type="dxa" w:w="20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22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3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Before you print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Notes for whoever runs the table. Leave this page out of the copies.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Make it yours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Write your club, group or event name at the top of page 1, or type it in the Word version.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Fill in the blank options under question 4 with what you offer, like book club, walking group or a beginner class. Keep it to six or fewer so people can scan them.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Change the times under question 6 if your group only meets on certain days.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At the table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Print page 1 for people who want to take their time, and page 2 for a quick name on a list.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Stand a QR code for your online interest form next to the paper, so people with a phone can fill it in there instead.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Bring pens, a clipboard and a box or folder for finished forms.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After the event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Type the paper forms into your online form within a day or two. Open it with a link that ends in ?source=paper, so the tracker counts them as paper forms.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Only follow up with people who ticked box 8 (or wrote Y on the sign-up sheet).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Write the date on each form before you type it in. The tracker counts the follow-up time from that date.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Get the matching interest tracker at https://hornetforms.com/blog/interest-form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https://hornetforms.com/blog/interest-form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Interest form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