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In-kind donation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Organization: ________________________     Date: 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 you for offering a gift of goods or services. Please fill in this form and hand it to ______________________ (name and email or phone). We will be in touch about the next step.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About you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Who is giving?     [    ] Me personally     [    ] A business or organization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Business or organization name (businesses only)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Phone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Mailing address (optional, if you would like a thank-you letter by post)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gift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are you giving?     [    ] Goods or items     [    ] Services or skills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Goods or items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is the item?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Describe it (size, brand, model, anything that helps us use it well)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Quantity: __________     Condition:     [    ] New     [    ] Like new     [    ] Good used     [    ] Fair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estimated value (your own figure; we do not value gifts)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will it reach us?     [    ] I'll drop it off     [    ] Please pick it up     [    ] I'll ship it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Pickup address and best times (pickups only)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Services or skills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service are you offering?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When can you offer it?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For everyone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Anything we should know? (conditions, expiry dates, how you would like to be thanked)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Signature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the office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Received on: ______________     Received by: 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Did we give anything in return?     [    ] No     [    ] Yes: ________________________ worth about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Acknowledgment sent on: ______________     Added to the in-kind gift log:     [    ] Yes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Why we ask: we use these details to plan for your gift, to collect it and to thank you. The value is your own estimate. This form is a record of your offer, not a tax receipt.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Acknowledgment wording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For the office. Fill in the brackets, then send it to the donor by post or email.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IRS Publication 1771 (Rev. 11-2023) says a written acknowledgment includes the name of the organization, "a description (but not the fair market value) of any contribution of property", and a statement about any goods or services you gave in return. Describe the gift. Do not put a value on it: the donor sets the value.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When you gave nothing in return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Sample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Dear [donor name],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Thank you for your contribution of [description of the gift, for example: twelve winter coats in good used condition] that [organization name] received on [date]. No goods or services were provided in exchange for your contribution.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[Signature, name and role]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When you gave something in return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Sample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Dear [donor name],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Thank you for your contribution of [description of the gift] that [organization name] received on [date]. In exchange for your contribution, we gave you [what you gave, for example: two tickets to our spring dinner] with an estimated fair market value of [amount].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[Signature, name and role]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Before you send it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Use the date you received the gift, not the date the donor filled in the form.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 donor needs a written acknowledgment for any single gift valued at $250 or more. Many groups thank every donor in writing anyway.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For services, describe the work. Publication 1771 says donors generally cannot deduct the value of services they give.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 donor who deducts more than $500 for a noncash gift files IRS Form 8283. Over $5,000 they use Section B, and the organization signs its Part V, Donee Acknowledgment.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This page is general information, not tax advice. Check with your adviser.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Sources: IRS Publication 1771 (Rev. 11-2023) and Instructions for Form 8283 (Rev. December 2025), both at irs.gov, checked 2026-10-28.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https://hornetforms.com/blog/in-kind-donation-form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In-kind donation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