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[Fund name] grant application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[Year] round. Grants of [$500 to $5,000] for [who you fund and where]. Applications close on [date and time].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Before you start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Read the questions first. Most answers need a few sentences, not pages.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We fund [the kinds of projects you fund]. We do not fund [what you exclude, if anything].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Questions? Contact [name] at [email or phone] before [date].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How we score your application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Three or more reviewers score every application from 0 to 4 on each part below. Each part carries a weight: Need (25%), Plan (20%), Outcomes (20%), Budget (15%), Capacity (10%), Sustainability (10%).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0 means the part is missing. 4 means it is clear, specific and backed by evidence. Reviewers with a conflict of interest step out of that application.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We decide by [date] and tell every applicant either way.</w:t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1. About your organisation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Organisation name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Contact person and role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Email and phone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Mailing address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Website or social media page (if any)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What kind of group are you? Tick one: [ ] Registered nonprofit   [ ] School or PTA   [ ] Community group with a fiscal sponsor   [ ] Community group without one   [ ] Other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If you have a fiscal sponsor, its name and contact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Year founded, and your total budget last year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Your mission or purpose, in one or two sentences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2. Project summary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Project name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Amount requested from us, and the total cost of the project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Start date and end date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In one sentence: what will you do, for whom, and where?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3. The need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Who will this project serve? About how many people?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How do you know the need is real? Share local numbers, a waiting list, a survey or what people have told you.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4. Your plan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List the main steps, who does each one, and when.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3312"/>
        <w:gridCol w:w="3312"/>
        <w:gridCol w:w="3312"/>
      </w:tblGrid>
      <w:tr>
        <w:tc>
          <w:tcPr>
            <w:tcW w:type="dxa" w:w="496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Step or activity</w:t>
            </w:r>
          </w:p>
        </w:tc>
        <w:tc>
          <w:tcPr>
            <w:tcW w:type="dxa" w:w="2981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Who does it</w:t>
            </w:r>
          </w:p>
        </w:tc>
        <w:tc>
          <w:tcPr>
            <w:tcW w:type="dxa" w:w="1987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When</w:t>
            </w:r>
          </w:p>
        </w:tc>
      </w:tr>
      <w:tr>
        <w:trPr>
          <w:trHeight w:val="480"/>
        </w:trPr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98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98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98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98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98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What could get in the way, and what will you do if it does?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5. Outcomes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What will be different when the project ends?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How will you know? Say what you will count, ask or check.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6. Budget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List every cost. Show what our grant pays for and what other money or in-kind help covers.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3613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Item</w:t>
            </w:r>
          </w:p>
        </w:tc>
        <w:tc>
          <w:tcPr>
            <w:tcW w:type="dxa" w:w="1807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Total cost</w:t>
            </w:r>
          </w:p>
        </w:tc>
        <w:tc>
          <w:tcPr>
            <w:tcW w:type="dxa" w:w="1807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Paid by this grant</w:t>
            </w:r>
          </w:p>
        </w:tc>
        <w:tc>
          <w:tcPr>
            <w:tcW w:type="dxa" w:w="2710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Paid by other sources (name them)</w:t>
            </w:r>
          </w:p>
        </w:tc>
      </w:tr>
      <w:tr>
        <w:trPr>
          <w:trHeight w:val="480"/>
        </w:trPr>
        <w:tc>
          <w:tcPr>
            <w:tcW w:type="dxa" w:w="361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7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361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7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361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7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361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7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361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7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361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7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361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7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361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Total</w:t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7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Other funding you have applied for or received for this project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7. After the grant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How will the project keep going after this grant is spent? If it is a one-off, what will it leave behind?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8. Attachments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Tick what you are sending with this application.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 ] A detailed budget, if it does not fit above (required)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 ] Proof of nonprofit status or a letter from your fiscal sponsor (if you have one)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 ] Quotes for any item over [$500]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 ] Up to two letters of support from partners or the people you serve (optional)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 ] Your latest annual report or a list of board members (optional)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9. Sign your application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By signing, you confirm that the answers are true and complete to the best of your knowledge, and that you can accept a grant for your organisation.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Name and role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Signature and date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br w:type="page"/>
      </w:r>
    </w:p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[Fund name] mini-grant application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One page, for grants up to [$1,000]. Applications close on [date].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Your name, group and role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Email and phone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Project name, and the amount you are asking for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What will you do, for whom, and when?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Why does it matter to the people it serves?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How will you spend the money? List the main costs.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How will you know it worked?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Signature and date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br w:type="page"/>
      </w:r>
    </w:p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Reviewer score sheet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One sheet per reviewer per application. Score each part from 0 to 4.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Application ID and organisation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Reviewer name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Do you, your family or your employer have a link to this applicant? [ ] No   [ ] Yes: stop here and tell the chair. Do not score this one.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212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Part</w:t>
            </w:r>
          </w:p>
        </w:tc>
        <w:tc>
          <w:tcPr>
            <w:tcW w:type="dxa" w:w="115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Weight</w:t>
            </w:r>
          </w:p>
        </w:tc>
        <w:tc>
          <w:tcPr>
            <w:tcW w:type="dxa" w:w="1351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Score (0 to 4)</w:t>
            </w:r>
          </w:p>
        </w:tc>
        <w:tc>
          <w:tcPr>
            <w:tcW w:type="dxa" w:w="1447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Weight x score</w:t>
            </w:r>
          </w:p>
        </w:tc>
        <w:tc>
          <w:tcPr>
            <w:tcW w:type="dxa" w:w="385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Notes</w:t>
            </w:r>
          </w:p>
        </w:tc>
      </w:tr>
      <w:tr>
        <w:trPr>
          <w:trHeight w:val="480"/>
        </w:trPr>
        <w:tc>
          <w:tcPr>
            <w:tcW w:type="dxa" w:w="212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Need</w:t>
            </w:r>
          </w:p>
        </w:tc>
        <w:tc>
          <w:tcPr>
            <w:tcW w:type="dxa" w:w="11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25%</w:t>
            </w:r>
          </w:p>
        </w:tc>
        <w:tc>
          <w:tcPr>
            <w:tcW w:type="dxa" w:w="135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4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8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12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Plan</w:t>
            </w:r>
          </w:p>
        </w:tc>
        <w:tc>
          <w:tcPr>
            <w:tcW w:type="dxa" w:w="11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20%</w:t>
            </w:r>
          </w:p>
        </w:tc>
        <w:tc>
          <w:tcPr>
            <w:tcW w:type="dxa" w:w="135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4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8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12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Outcomes</w:t>
            </w:r>
          </w:p>
        </w:tc>
        <w:tc>
          <w:tcPr>
            <w:tcW w:type="dxa" w:w="11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20%</w:t>
            </w:r>
          </w:p>
        </w:tc>
        <w:tc>
          <w:tcPr>
            <w:tcW w:type="dxa" w:w="135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4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8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12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Budget</w:t>
            </w:r>
          </w:p>
        </w:tc>
        <w:tc>
          <w:tcPr>
            <w:tcW w:type="dxa" w:w="11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15%</w:t>
            </w:r>
          </w:p>
        </w:tc>
        <w:tc>
          <w:tcPr>
            <w:tcW w:type="dxa" w:w="135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4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8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12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Capacity</w:t>
            </w:r>
          </w:p>
        </w:tc>
        <w:tc>
          <w:tcPr>
            <w:tcW w:type="dxa" w:w="11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10%</w:t>
            </w:r>
          </w:p>
        </w:tc>
        <w:tc>
          <w:tcPr>
            <w:tcW w:type="dxa" w:w="135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4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8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12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Sustainability</w:t>
            </w:r>
          </w:p>
        </w:tc>
        <w:tc>
          <w:tcPr>
            <w:tcW w:type="dxa" w:w="11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10%</w:t>
            </w:r>
          </w:p>
        </w:tc>
        <w:tc>
          <w:tcPr>
            <w:tcW w:type="dxa" w:w="135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4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8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12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Total</w:t>
            </w:r>
          </w:p>
        </w:tc>
        <w:tc>
          <w:tcPr>
            <w:tcW w:type="dxa" w:w="11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100%</w:t>
            </w:r>
          </w:p>
        </w:tc>
        <w:tc>
          <w:tcPr>
            <w:tcW w:type="dxa" w:w="135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4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8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Out of 100: add up weight x score for each part (use 25 for 25%, and so on), then divide by 4. Example: Need 3 x 25 = 75. The grant scoring rubric spreadsheet does this for you.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4968"/>
        <w:gridCol w:w="4968"/>
      </w:tblGrid>
      <w:tr>
        <w:tc>
          <w:tcPr>
            <w:tcW w:type="dxa" w:w="141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Score</w:t>
            </w:r>
          </w:p>
        </w:tc>
        <w:tc>
          <w:tcPr>
            <w:tcW w:type="dxa" w:w="8517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What it means</w:t>
            </w:r>
          </w:p>
        </w:tc>
      </w:tr>
      <w:tr>
        <w:trPr>
          <w:trHeight w:val="480"/>
        </w:trPr>
        <w:tc>
          <w:tcPr>
            <w:tcW w:type="dxa" w:w="141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0</w:t>
            </w:r>
          </w:p>
        </w:tc>
        <w:tc>
          <w:tcPr>
            <w:tcW w:type="dxa" w:w="851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Not shown: the part is missing.</w:t>
            </w:r>
          </w:p>
        </w:tc>
      </w:tr>
      <w:tr>
        <w:trPr>
          <w:trHeight w:val="480"/>
        </w:trPr>
        <w:tc>
          <w:tcPr>
            <w:tcW w:type="dxa" w:w="141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</w:t>
            </w:r>
          </w:p>
        </w:tc>
        <w:tc>
          <w:tcPr>
            <w:tcW w:type="dxa" w:w="851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Weak: stated, but not explained or supported.</w:t>
            </w:r>
          </w:p>
        </w:tc>
      </w:tr>
      <w:tr>
        <w:trPr>
          <w:trHeight w:val="480"/>
        </w:trPr>
        <w:tc>
          <w:tcPr>
            <w:tcW w:type="dxa" w:w="141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</w:t>
            </w:r>
          </w:p>
        </w:tc>
        <w:tc>
          <w:tcPr>
            <w:tcW w:type="dxa" w:w="851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Fair: described, with gaps or little evidence.</w:t>
            </w:r>
          </w:p>
        </w:tc>
      </w:tr>
      <w:tr>
        <w:trPr>
          <w:trHeight w:val="480"/>
        </w:trPr>
        <w:tc>
          <w:tcPr>
            <w:tcW w:type="dxa" w:w="141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</w:t>
            </w:r>
          </w:p>
        </w:tc>
        <w:tc>
          <w:tcPr>
            <w:tcW w:type="dxa" w:w="851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Good: clear and realistic, with some evidence.</w:t>
            </w:r>
          </w:p>
        </w:tc>
      </w:tr>
      <w:tr>
        <w:trPr>
          <w:trHeight w:val="480"/>
        </w:trPr>
        <w:tc>
          <w:tcPr>
            <w:tcW w:type="dxa" w:w="141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4</w:t>
            </w:r>
          </w:p>
        </w:tc>
        <w:tc>
          <w:tcPr>
            <w:tcW w:type="dxa" w:w="851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Strong: clear, specific and backed by evidence.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For the funder: before you send this out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Fill in every [square bracket]: the fund name, amounts, dates and your contact.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Cut what you will not read. A mini-grant needs the one-page version, not all nine parts.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Ask for each fact once. If you need the budget as a file, do not also ask for it in a box.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Publish your criteria and weights with the application, so applicants know what counts.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Agree the rubric before the first application arrives, and do not change it mid-round.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Ask every reviewer to declare any link to an applicant before they score.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Have at least two reviewers score each application on their own, then compare. Talk through any application where their scores sit far apart.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Tell every applicant the result, including the ones you could not fund.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Check your own rules and any donor conditions before you add eligibility questions.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Want to take applications online? The post at hornetforms.com/blog/grant-application-questions shows how to turn these questions into a form with file uploads, a close date and a spreadsheet for your reviewers.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https://hornetforms.com/blog/grant-application-questions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 application template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