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Quiz answer key and marking sheet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Write the answer key before you build the quiz, then use the marking pages to check scores and see which questions people miss.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How to use this sheet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1. Fill in the quiz details and the answer key first. Every graded question needs a correct answer, a point value and one line that explains why the answer is right.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2. Copy each row into your quiz builder. In Google Forms, that is Answer key on each question, then Add answer feedback for the explanation.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3. After people answer, use the results log and the question review to see who passed and which questions to teach again.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4. The grey rows are a filled-in example: a 10-question training check for new staff at a bike shop. The shop and its rules are made up. Cross the rows out or write over them.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Quiz details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Quiz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Example: Bike shop new staff check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Who takes it, and when? (a class, a team, new starters in their first week)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Total points and pass mark (points or percent)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Example: 12 points in all. Pass mark 10 points (about 83 percent).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people see after they answer (Google Forms: Settings, Respondent settings):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Missed questions     [   ] Correct answers     [   ] Point values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When grades go out (Google Forms: Settings, Release grades):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Immediately     [   ] Later, after manual review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Google's help page says that if you collect email addresses, you can send results right away or wait until you're ready to share them.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] Collect email addresses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Answer key: the worked example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One row per graded question. In Google Forms, an answer key works on Short answer, Multiple choice, Checkboxes, Dropdown, Multiple choice grid and Checkbox grid questions.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4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24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32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2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Correct answer (or answers)</w:t>
            </w:r>
          </w:p>
        </w:tc>
        <w:tc>
          <w:tcPr>
            <w:tcW w:type="dxa" w:w="93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Points</w:t>
            </w:r>
          </w:p>
        </w:tc>
        <w:tc>
          <w:tcPr>
            <w:tcW w:type="dxa" w:w="24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Explanation (feedback)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What time does the shop open on Saturdays?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Multiple choice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9:00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Saturday hours are 9:00 to 5:00. See page 2 of the staff handbook.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2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Who do you call if the till won't open?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Dropdown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Store manager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The store manager holds the spare till key.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3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Which three checks happen before a test ride?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Checkboxes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Take a photo ID; check the brakes; check the tire pressure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2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All three, every time, even for regulars.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4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What's the name of the repair booking book?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Short answer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Workshop book (also accept: the workshop book)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It sits on the workshop counter. Every repair goes in it.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5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How many days do customers have to return an unused item?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Short answer (a number)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30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30 days with the receipt, as long as the item is unused.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6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A customer's repair is ready. What do you do first?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Multiple choice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Text the customer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Text first, then move the bike to the pickup rack.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7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Which two tasks are on the closing checklist?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Checkboxes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Count the till; lock the side door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2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Restocking happens in the morning, not at close.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8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Which day is the workshop closed?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Dropdown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Monday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The shop floor opens on Monday; the workshop does not.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9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What's the customer Wi-Fi network called?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Short answer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ShopGuest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The password is on the card by the till.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10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Where do you log a damaged item?</w:t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Multiple choice</w:t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The damage log by the till</w:t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Log it before you put the item in the back room.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Total: 12 points. For short answer questions, list every spelling you will accept, and check text answers by hand after the first few responses.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Answer key: your quiz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4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24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Question</w:t>
            </w:r>
          </w:p>
        </w:tc>
        <w:tc>
          <w:tcPr>
            <w:tcW w:type="dxa" w:w="132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Type</w:t>
            </w:r>
          </w:p>
        </w:tc>
        <w:tc>
          <w:tcPr>
            <w:tcW w:type="dxa" w:w="231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Correct answer (or answers)</w:t>
            </w:r>
          </w:p>
        </w:tc>
        <w:tc>
          <w:tcPr>
            <w:tcW w:type="dxa" w:w="93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Points</w:t>
            </w:r>
          </w:p>
        </w:tc>
        <w:tc>
          <w:tcPr>
            <w:tcW w:type="dxa" w:w="24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Explanation (feedback)</w:t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11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13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</w:t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3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31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9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24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Total points (add up the Points column)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Marking sheet: results log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One row per person. Percent is score divided by total points, times 100.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228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Name or email</w:t>
            </w:r>
          </w:p>
        </w:tc>
        <w:tc>
          <w:tcPr>
            <w:tcW w:type="dxa" w:w="8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Score</w:t>
            </w:r>
          </w:p>
        </w:tc>
        <w:tc>
          <w:tcPr>
            <w:tcW w:type="dxa" w:w="89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Out of</w:t>
            </w:r>
          </w:p>
        </w:tc>
        <w:tc>
          <w:tcPr>
            <w:tcW w:type="dxa" w:w="1043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Percent</w:t>
            </w:r>
          </w:p>
        </w:tc>
        <w:tc>
          <w:tcPr>
            <w:tcW w:type="dxa" w:w="124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Passed?</w:t>
            </w:r>
          </w:p>
        </w:tc>
        <w:tc>
          <w:tcPr>
            <w:tcW w:type="dxa" w:w="357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Follow-up</w:t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Sam</w:t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11</w:t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12</w:t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92</w:t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Priya</w:t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8</w:t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12</w:t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67</w:t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No</w:t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Go over Q3 and Q7 together, then take it again</w:t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228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9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043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24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357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Marking sheet: question review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Fill this in from the quiz summary once most people have answered. Percent correct is the number correct divided by the number who answered, times 100.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49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12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Answered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Correct</w:t>
            </w:r>
          </w:p>
        </w:tc>
        <w:tc>
          <w:tcPr>
            <w:tcW w:type="dxa" w:w="1590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Percent correct</w:t>
            </w:r>
          </w:p>
        </w:tc>
        <w:tc>
          <w:tcPr>
            <w:tcW w:type="dxa" w:w="536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Teach it again? What to change</w:t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3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12</w:t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5</w:t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42</w:t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Yes. Show the three test ride checks on day one</w:t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11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13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15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590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536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 question most people miss is either a gap in the training or a confusing question. Read it again before you blame the people who answered it.</w:t>
      </w:r>
    </w:p>
    <w:p>
      <w:r>
        <w:br w:type="page"/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Text answers to check by hand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Short answers that were marked wrong but look right. Add good ones to the answer key.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60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605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Answer someone gave</w:t>
            </w:r>
          </w:p>
        </w:tc>
        <w:tc>
          <w:tcPr>
            <w:tcW w:type="dxa" w:w="145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Accept it?</w:t>
            </w:r>
          </w:p>
        </w:tc>
        <w:tc>
          <w:tcPr>
            <w:tcW w:type="dxa" w:w="181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Add to the key?</w:t>
            </w:r>
          </w:p>
        </w:tc>
      </w:tr>
      <w:tr>
        <w:trPr>
          <w:trHeight w:val="480"/>
        </w:trPr>
        <w:tc>
          <w:tcPr>
            <w:tcW w:type="dxa" w:w="606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4</w:t>
            </w:r>
          </w:p>
        </w:tc>
        <w:tc>
          <w:tcPr>
            <w:tcW w:type="dxa" w:w="6059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Workshop booking book</w:t>
            </w:r>
          </w:p>
        </w:tc>
        <w:tc>
          <w:tcPr>
            <w:tcW w:type="dxa" w:w="1454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</w:t>
            </w:r>
          </w:p>
        </w:tc>
        <w:tc>
          <w:tcPr>
            <w:tcW w:type="dxa" w:w="1818"/>
          </w:tcPr>
          <w:p>
            <w:r/>
            <w:r>
              <w:rPr>
                <w:rFonts w:ascii="Arial" w:hAnsi="Arial" w:cs="Arial" w:eastAsia="Arial"/>
                <w:b w:val="0"/>
                <w:i/>
                <w:color w:val="5E5468"/>
                <w:sz w:val="18"/>
              </w:rPr>
              <w:t>Yes</w:t>
            </w:r>
          </w:p>
        </w:tc>
      </w:tr>
      <w:tr>
        <w:trPr>
          <w:trHeight w:val="480"/>
        </w:trPr>
        <w:tc>
          <w:tcPr>
            <w:tcW w:type="dxa" w:w="6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60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60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60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60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60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60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605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45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181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Before you send it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497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#</w:t>
            </w:r>
          </w:p>
        </w:tc>
        <w:tc>
          <w:tcPr>
            <w:tcW w:type="dxa" w:w="814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Check</w:t>
            </w:r>
          </w:p>
        </w:tc>
        <w:tc>
          <w:tcPr>
            <w:tcW w:type="dxa" w:w="129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Done?</w:t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</w:t>
            </w:r>
          </w:p>
        </w:tc>
        <w:tc>
          <w:tcPr>
            <w:tcW w:type="dxa" w:w="81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Every graded question has a correct answer and points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</w:t>
            </w:r>
          </w:p>
        </w:tc>
        <w:tc>
          <w:tcPr>
            <w:tcW w:type="dxa" w:w="81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The points add up to the total on page 1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</w:t>
            </w:r>
          </w:p>
        </w:tc>
        <w:tc>
          <w:tcPr>
            <w:tcW w:type="dxa" w:w="81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Every explanation says why the answer is right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</w:t>
            </w:r>
          </w:p>
        </w:tc>
        <w:tc>
          <w:tcPr>
            <w:tcW w:type="dxa" w:w="81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Short answer keys list every spelling you will accept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</w:t>
            </w:r>
          </w:p>
        </w:tc>
        <w:tc>
          <w:tcPr>
            <w:tcW w:type="dxa" w:w="81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 took the quiz yourself in Preview and got full marks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6</w:t>
            </w:r>
          </w:p>
        </w:tc>
        <w:tc>
          <w:tcPr>
            <w:tcW w:type="dxa" w:w="81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You picked what people see after they answer, and when grades go out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497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</w:t>
            </w:r>
          </w:p>
        </w:tc>
        <w:tc>
          <w:tcPr>
            <w:tcW w:type="dxa" w:w="81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Someone who has never seen the quiz took it once</w:t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https://hornetforms.com/blog/how-to-make-a-quiz-on-google-forms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answer key and marking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