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Google Forms planning worksheet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Plan your Google Form on paper before you build it. About 15 minutes, one worksheet per form.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How to use this worksheet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1. Fill in one worksheet for each form. Start with the purpose: it decides which questions belong.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2. The grey rows are a filled-in example (a short customer survey for a small cafe). Cross them out or write over them.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3. Button and setting names on this worksheet are Google's own labels. Google changes its menus from time to time, so check Google Docs Editors Help if a label has moved.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4. The steps match the guide at hornetforms.com/blog/how-to-make-a-google-form.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Step 1: What the form is for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Form name (you type it after you click Blank form)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In one sentence: this form lets [who] tell us [what], so we can [do what next]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Example: This form lets cafe customers tell us how their visit went, so we can fix one thing each week.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Who fills it in, and where will they see the link? (email, a poster, a website)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Who reads the answers, and how often?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When should it stop taking answers? (a date and time, a number of responses, or never)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Step 2: Questions and question types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One row per question. Pick the type from the answer you want back: Short answer, Paragraph, Multiple choice, Checkboxes, Dropdown, File upload, Linear scale, Rating, Multiple choice grid, Checkbox grid, Date or Time.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55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324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Question, as people will read it</w:t>
            </w:r>
          </w:p>
        </w:tc>
        <w:tc>
          <w:tcPr>
            <w:tcW w:type="dxa" w:w="192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Google Forms type</w:t>
            </w:r>
          </w:p>
        </w:tc>
        <w:tc>
          <w:tcPr>
            <w:tcW w:type="dxa" w:w="304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Choices, scale or format</w:t>
            </w:r>
          </w:p>
        </w:tc>
        <w:tc>
          <w:tcPr>
            <w:tcW w:type="dxa" w:w="116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Required?</w:t>
            </w:r>
          </w:p>
        </w:tc>
      </w:tr>
      <w:tr>
        <w:trPr>
          <w:trHeight w:val="480"/>
        </w:trPr>
        <w:tc>
          <w:tcPr>
            <w:tcW w:type="dxa" w:w="55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</w:t>
            </w:r>
          </w:p>
        </w:tc>
        <w:tc>
          <w:tcPr>
            <w:tcW w:type="dxa" w:w="3244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How often do you visit?</w:t>
            </w:r>
          </w:p>
        </w:tc>
        <w:tc>
          <w:tcPr>
            <w:tcW w:type="dxa" w:w="1926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Multiple choice</w:t>
            </w:r>
          </w:p>
        </w:tc>
        <w:tc>
          <w:tcPr>
            <w:tcW w:type="dxa" w:w="304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First time, A few times a month, Every week</w:t>
            </w:r>
          </w:p>
        </w:tc>
        <w:tc>
          <w:tcPr>
            <w:tcW w:type="dxa" w:w="1166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Yes</w:t>
            </w:r>
          </w:p>
        </w:tc>
      </w:tr>
      <w:tr>
        <w:trPr>
          <w:trHeight w:val="480"/>
        </w:trPr>
        <w:tc>
          <w:tcPr>
            <w:tcW w:type="dxa" w:w="55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2</w:t>
            </w:r>
          </w:p>
        </w:tc>
        <w:tc>
          <w:tcPr>
            <w:tcW w:type="dxa" w:w="3244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What did you order?</w:t>
            </w:r>
          </w:p>
        </w:tc>
        <w:tc>
          <w:tcPr>
            <w:tcW w:type="dxa" w:w="1926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Checkboxes</w:t>
            </w:r>
          </w:p>
        </w:tc>
        <w:tc>
          <w:tcPr>
            <w:tcW w:type="dxa" w:w="304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Coffee, Tea, Pastry, Lunch, Other</w:t>
            </w:r>
          </w:p>
        </w:tc>
        <w:tc>
          <w:tcPr>
            <w:tcW w:type="dxa" w:w="1166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No</w:t>
            </w:r>
          </w:p>
        </w:tc>
      </w:tr>
      <w:tr>
        <w:trPr>
          <w:trHeight w:val="480"/>
        </w:trPr>
        <w:tc>
          <w:tcPr>
            <w:tcW w:type="dxa" w:w="55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3</w:t>
            </w:r>
          </w:p>
        </w:tc>
        <w:tc>
          <w:tcPr>
            <w:tcW w:type="dxa" w:w="3244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Overall, how satisfied were you?</w:t>
            </w:r>
          </w:p>
        </w:tc>
        <w:tc>
          <w:tcPr>
            <w:tcW w:type="dxa" w:w="1926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Linear scale</w:t>
            </w:r>
          </w:p>
        </w:tc>
        <w:tc>
          <w:tcPr>
            <w:tcW w:type="dxa" w:w="304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 to 5, labels: Not at all, Very</w:t>
            </w:r>
          </w:p>
        </w:tc>
        <w:tc>
          <w:tcPr>
            <w:tcW w:type="dxa" w:w="1166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Yes</w:t>
            </w:r>
          </w:p>
        </w:tc>
      </w:tr>
      <w:tr>
        <w:trPr>
          <w:trHeight w:val="480"/>
        </w:trPr>
        <w:tc>
          <w:tcPr>
            <w:tcW w:type="dxa" w:w="55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4</w:t>
            </w:r>
          </w:p>
        </w:tc>
        <w:tc>
          <w:tcPr>
            <w:tcW w:type="dxa" w:w="3244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Would you like to tell us more?</w:t>
            </w:r>
          </w:p>
        </w:tc>
        <w:tc>
          <w:tcPr>
            <w:tcW w:type="dxa" w:w="1926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Multiple choice</w:t>
            </w:r>
          </w:p>
        </w:tc>
        <w:tc>
          <w:tcPr>
            <w:tcW w:type="dxa" w:w="304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Yes, No</w:t>
            </w:r>
          </w:p>
        </w:tc>
        <w:tc>
          <w:tcPr>
            <w:tcW w:type="dxa" w:w="1166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Yes</w:t>
            </w:r>
          </w:p>
        </w:tc>
      </w:tr>
      <w:tr>
        <w:trPr>
          <w:trHeight w:val="480"/>
        </w:trPr>
        <w:tc>
          <w:tcPr>
            <w:tcW w:type="dxa" w:w="5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</w:t>
            </w:r>
          </w:p>
        </w:tc>
        <w:tc>
          <w:tcPr>
            <w:tcW w:type="dxa" w:w="324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2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0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</w:t>
            </w:r>
          </w:p>
        </w:tc>
        <w:tc>
          <w:tcPr>
            <w:tcW w:type="dxa" w:w="324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2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0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</w:t>
            </w:r>
          </w:p>
        </w:tc>
        <w:tc>
          <w:tcPr>
            <w:tcW w:type="dxa" w:w="324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2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0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8</w:t>
            </w:r>
          </w:p>
        </w:tc>
        <w:tc>
          <w:tcPr>
            <w:tcW w:type="dxa" w:w="324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2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0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9</w:t>
            </w:r>
          </w:p>
        </w:tc>
        <w:tc>
          <w:tcPr>
            <w:tcW w:type="dxa" w:w="324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2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0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</w:t>
            </w:r>
          </w:p>
        </w:tc>
        <w:tc>
          <w:tcPr>
            <w:tcW w:type="dxa" w:w="324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2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0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11</w:t>
            </w:r>
          </w:p>
        </w:tc>
        <w:tc>
          <w:tcPr>
            <w:tcW w:type="dxa" w:w="324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2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0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12</w:t>
            </w:r>
          </w:p>
        </w:tc>
        <w:tc>
          <w:tcPr>
            <w:tcW w:type="dxa" w:w="324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2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0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Turn on Required only for answers you truly need. Every required question is one more reason to stop halfway.</w:t>
      </w: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Step 3: Sections (and who skips what)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Add a section with Add Section. To send people to a section based on their answer, use Go to section based on answer on a Multiple choice or Dropdown question. Submit form sends them to the end.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38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Section</w:t>
            </w:r>
          </w:p>
        </w:tc>
        <w:tc>
          <w:tcPr>
            <w:tcW w:type="dxa" w:w="357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Questions in it</w:t>
            </w:r>
          </w:p>
        </w:tc>
        <w:tc>
          <w:tcPr>
            <w:tcW w:type="dxa" w:w="238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If someone answers...</w:t>
            </w:r>
          </w:p>
        </w:tc>
        <w:tc>
          <w:tcPr>
            <w:tcW w:type="dxa" w:w="159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Go to</w:t>
            </w:r>
          </w:p>
        </w:tc>
      </w:tr>
      <w:tr>
        <w:trPr>
          <w:trHeight w:val="480"/>
        </w:trPr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1. About your visit</w:t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Q1 to Q4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Q4 is Yes</w:t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Section 2</w:t>
            </w:r>
          </w:p>
        </w:tc>
      </w:tr>
      <w:tr>
        <w:trPr>
          <w:trHeight w:val="480"/>
        </w:trPr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Q4 is No</w:t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Submit form</w:t>
            </w:r>
          </w:p>
        </w:tc>
      </w:tr>
      <w:tr>
        <w:trPr>
          <w:trHeight w:val="480"/>
        </w:trPr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2. Tell us more</w:t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What's one thing we should change? Your email, if you'd like a reply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Submit form</w:t>
            </w:r>
          </w:p>
        </w:tc>
      </w:tr>
      <w:tr>
        <w:trPr>
          <w:trHeight w:val="480"/>
        </w:trPr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Step 4: Theme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Open Customize theme. Note what you will change.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Theme color and background color (under "Color")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Header image: your logo or a photo (under "Header", Choose image)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Fonts for headers, questions and text (under "Text")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Step 5: Settings to check before you send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Open Settings at the top of the form. Tick the ones you will turn on.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Limit to 1 response     [   ] Allow response editing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View results summary     [   ] Collect email addresses: Verified or Responder input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Google's help notes that a results summary is visible to anyone who can respond to the form.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Confirmation message: what happens next, and when?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Example: Thanks! We read every answer each Monday.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Step 6: Publish and send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Publish comes first: click Publish at the top right. Then pick how people get it.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18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How</w:t>
            </w:r>
          </w:p>
        </w:tc>
        <w:tc>
          <w:tcPr>
            <w:tcW w:type="dxa" w:w="397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Where to find it</w:t>
            </w:r>
          </w:p>
        </w:tc>
        <w:tc>
          <w:tcPr>
            <w:tcW w:type="dxa" w:w="258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Where or who</w:t>
            </w:r>
          </w:p>
        </w:tc>
        <w:tc>
          <w:tcPr>
            <w:tcW w:type="dxa" w:w="119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Done?</w:t>
            </w:r>
          </w:p>
        </w:tc>
      </w:tr>
      <w:tr>
        <w:trPr>
          <w:trHeight w:val="480"/>
        </w:trPr>
        <w:tc>
          <w:tcPr>
            <w:tcW w:type="dxa" w:w="2186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Link</w:t>
            </w:r>
          </w:p>
        </w:tc>
        <w:tc>
          <w:tcPr>
            <w:tcW w:type="dxa" w:w="3974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Share, then Copy responder link (tick Shorten URL if you like)</w:t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Receipt and a card by the register</w:t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Yes</w:t>
            </w:r>
          </w:p>
        </w:tc>
      </w:tr>
      <w:tr>
        <w:trPr>
          <w:trHeight w:val="480"/>
        </w:trPr>
        <w:tc>
          <w:tcPr>
            <w:tcW w:type="dxa" w:w="218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Email</w:t>
            </w:r>
          </w:p>
        </w:tc>
        <w:tc>
          <w:tcPr>
            <w:tcW w:type="dxa" w:w="39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Share, enter names, tick Notify People, then Send</w:t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18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Embed on a website or blog</w:t>
            </w:r>
          </w:p>
        </w:tc>
        <w:tc>
          <w:tcPr>
            <w:tcW w:type="dxa" w:w="39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More menu, then Embed HTML, then Copy</w:t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18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QR code</w:t>
            </w:r>
          </w:p>
        </w:tc>
        <w:tc>
          <w:tcPr>
            <w:tcW w:type="dxa" w:w="397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Turn the responder link into a code</w:t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Step 7: Where the answers go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Answers show under Responses (Summary by question, Individual by person). Tick where else they should go.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Link to Sheets     [   ] Select destination for responses: a new or an existing spreadsheet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Download responses (.csv)     [   ] Get email notifications for new responses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Who else can see the linked spreadsheet? (form collaborators get access to a new one)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Step 8: Closing time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In a published form, click Published, then Set close date or response limit under "Accepting responses".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On a date (Choose date and time)     [   ] After a number of responses     [   ] Close it by hand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Close date and time, or the maximum number of responses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Message people see when it's closed (who to contact if they missed it)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Test log: before you send it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54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476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Check</w:t>
            </w:r>
          </w:p>
        </w:tc>
        <w:tc>
          <w:tcPr>
            <w:tcW w:type="dxa" w:w="347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What happened</w:t>
            </w:r>
          </w:p>
        </w:tc>
        <w:tc>
          <w:tcPr>
            <w:tcW w:type="dxa" w:w="114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Works?</w:t>
            </w:r>
          </w:p>
        </w:tc>
      </w:tr>
      <w:tr>
        <w:trPr>
          <w:trHeight w:val="480"/>
        </w:trPr>
        <w:tc>
          <w:tcPr>
            <w:tcW w:type="dxa" w:w="54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Open Preview and answer the form start to finish</w:t>
            </w:r>
          </w:p>
        </w:tc>
        <w:tc>
          <w:tcPr>
            <w:tcW w:type="dxa" w:w="3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4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Answer it again on your phone</w:t>
            </w:r>
          </w:p>
        </w:tc>
        <w:tc>
          <w:tcPr>
            <w:tcW w:type="dxa" w:w="3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4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Skip a required question: is the message clear?</w:t>
            </w:r>
          </w:p>
        </w:tc>
        <w:tc>
          <w:tcPr>
            <w:tcW w:type="dxa" w:w="3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4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Try every Go to section based on answer path</w:t>
            </w:r>
          </w:p>
        </w:tc>
        <w:tc>
          <w:tcPr>
            <w:tcW w:type="dxa" w:w="3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4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Check the confirmation message reads well</w:t>
            </w:r>
          </w:p>
        </w:tc>
        <w:tc>
          <w:tcPr>
            <w:tcW w:type="dxa" w:w="3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4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Check the form is published and the link opens for someone else</w:t>
            </w:r>
          </w:p>
        </w:tc>
        <w:tc>
          <w:tcPr>
            <w:tcW w:type="dxa" w:w="3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4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Check your test answer shows under Responses</w:t>
            </w:r>
          </w:p>
        </w:tc>
        <w:tc>
          <w:tcPr>
            <w:tcW w:type="dxa" w:w="3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4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8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Check it arrived in the linked spreadsheet (if you linked one)</w:t>
            </w:r>
          </w:p>
        </w:tc>
        <w:tc>
          <w:tcPr>
            <w:tcW w:type="dxa" w:w="3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4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9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Check the closing date or response limit is right</w:t>
            </w:r>
          </w:p>
        </w:tc>
        <w:tc>
          <w:tcPr>
            <w:tcW w:type="dxa" w:w="3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4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</w:t>
            </w:r>
          </w:p>
        </w:tc>
        <w:tc>
          <w:tcPr>
            <w:tcW w:type="dxa" w:w="47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Ask one person who has never seen it to fill it in</w:t>
            </w:r>
          </w:p>
        </w:tc>
        <w:tc>
          <w:tcPr>
            <w:tcW w:type="dxa" w:w="347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Before you send it: the form says who is asking and why, every question has a reason, the test log is all ticked, and you know who reads the answers and when the form closes.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https://hornetforms.com/blog/how-to-make-a-google-form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 Forms planning worksheet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