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First come, first served sign-up 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Spots go in the order names are written. When the numbered spots are full, the next name goes on the waitlist.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83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Details</w:t>
            </w:r>
          </w:p>
        </w:tc>
        <w:tc>
          <w:tcPr>
            <w:tcW w:type="dxa" w:w="709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Write here</w:t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Event or session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Date and time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Place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Spots available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Sign-ups open at (date and time)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Organizer and how to reach them</w:t>
            </w:r>
          </w:p>
        </w:tc>
        <w:tc>
          <w:tcPr>
            <w:tcW w:type="dxa" w:w="70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this sheet works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1. Sign-ups start at the time written above. Names written before then do not count.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2. One person per line. Write your own name, in the next empty spot.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3. Spots go in order: the first name gets spot 1, the next gets spot 2, and so 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4. All spots full? Write your name on the waitlist on the next page.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5. Can't make it after all? Tell the organizer, so the first person on the waitlist gets your spot.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Spots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Organizer: cross out any numbered lines beyond the spots you have before you open the sheet.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Spot</w:t>
            </w:r>
          </w:p>
        </w:tc>
        <w:tc>
          <w:tcPr>
            <w:tcW w:type="dxa" w:w="335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</w:t>
            </w:r>
          </w:p>
        </w:tc>
        <w:tc>
          <w:tcPr>
            <w:tcW w:type="dxa" w:w="335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Email or phone</w:t>
            </w:r>
          </w:p>
        </w:tc>
        <w:tc>
          <w:tcPr>
            <w:tcW w:type="dxa" w:w="14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Time signed</w:t>
            </w:r>
          </w:p>
        </w:tc>
        <w:tc>
          <w:tcPr>
            <w:tcW w:type="dxa" w:w="107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Initials</w:t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16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17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18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19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21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22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23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24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25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26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27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28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29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30</w:t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35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Waitlist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Names here wait in order. When a spot opens, the organizer contacts W1 first, then W2, and so 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96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Place</w:t>
            </w:r>
          </w:p>
        </w:tc>
        <w:tc>
          <w:tcPr>
            <w:tcW w:type="dxa" w:w="243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</w:t>
            </w:r>
          </w:p>
        </w:tc>
        <w:tc>
          <w:tcPr>
            <w:tcW w:type="dxa" w:w="243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Email or phone</w:t>
            </w:r>
          </w:p>
        </w:tc>
        <w:tc>
          <w:tcPr>
            <w:tcW w:type="dxa" w:w="12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Time signed</w:t>
            </w:r>
          </w:p>
        </w:tc>
        <w:tc>
          <w:tcPr>
            <w:tcW w:type="dxa" w:w="141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Contacted (date)</w:t>
            </w:r>
          </w:p>
        </w:tc>
        <w:tc>
          <w:tcPr>
            <w:tcW w:type="dxa" w:w="141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Result</w:t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W2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W3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W4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W5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W6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W7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W8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W9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W10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W11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W12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W13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W14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6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W15</w:t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organizer: handing on an open spot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Offer the spot to the first name on the waitlist that has no result yet. Write the date in "Contacted" and tell them when you need an answer.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Write the result: Took the spot, Passed or No reply. If they pass or do not answer by your date, offer the spot to the next name.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Following up is your own message: a call, a text or an email from you.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Taking names online instead? A form with a response limit closes itself when the spots are full. The guide: https://hornetforms.com/blog/first-come-first-serve-sign-up-form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https://hornetforms.com/blog/first-come-first-serve-sign-up-form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come, first served sign-up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