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Arial" w:hAnsi="Arial" w:cs="Arial" w:eastAsia="Arial"/>
          <w:b/>
          <w:i w:val="0"/>
          <w:color w:val="231A2E"/>
          <w:sz w:val="44"/>
        </w:rPr>
        <w:t>Sign-up form</w:t>
      </w:r>
    </w:p>
    <w:p>
      <w:pPr>
        <w:spacing w:after="160" w:before="0"/>
      </w:pPr>
      <w:r>
        <w:rPr>
          <w:rFonts w:ascii="Arial" w:hAnsi="Arial" w:cs="Arial" w:eastAsia="Arial"/>
          <w:b w:val="0"/>
          <w:i w:val="0"/>
          <w:color w:val="5E5468"/>
          <w:sz w:val="22"/>
        </w:rPr>
        <w:t>[Your organization]: [program, class or event name]</w:t>
      </w:r>
    </w:p>
    <w:p>
      <w:pPr>
        <w:spacing w:after="80" w:before="0"/>
      </w:pPr>
      <w:r>
        <w:rPr>
          <w:rFonts w:ascii="Arial" w:hAnsi="Arial" w:cs="Arial" w:eastAsia="Arial"/>
          <w:b w:val="0"/>
          <w:i w:val="0"/>
          <w:color w:val="231A2E"/>
          <w:sz w:val="20"/>
        </w:rPr>
        <w:t>Please fill in this form and send it back to [name] at [email address] by [date]. It takes about five minutes.</w:t>
      </w:r>
    </w:p>
    <w:p>
      <w:pPr>
        <w:spacing w:after="120" w:before="0"/>
      </w:pPr>
      <w:r>
        <w:rPr>
          <w:rFonts w:ascii="Arial" w:hAnsi="Arial" w:cs="Arial" w:eastAsia="Arial"/>
          <w:b w:val="0"/>
          <w:i/>
          <w:color w:val="5E5468"/>
          <w:sz w:val="18"/>
        </w:rPr>
        <w:t>Click the grey text or the empty box beside each question to type, pick from a list, choose a date or tick a box. Then save the file and send it back.</w:t>
      </w:r>
    </w:p>
    <w:p>
      <w:pPr>
        <w:keepNext/>
        <w:spacing w:after="80" w:before="200"/>
      </w:pPr>
      <w:r>
        <w:rPr>
          <w:rFonts w:ascii="Arial" w:hAnsi="Arial" w:cs="Arial" w:eastAsia="Arial"/>
          <w:b/>
          <w:i w:val="0"/>
          <w:color w:val="231A2E"/>
          <w:sz w:val="28"/>
        </w:rPr>
        <w:t>About you</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rPr>
          <w:trHeight w:val="520"/>
        </w:trPr>
        <w:tc>
          <w:tcPr>
            <w:tcW w:type="dxa" w:w="3776"/>
            <w:shd w:val="clear" w:color="auto" w:fill="F3E9D4"/>
          </w:tcPr>
          <w:p>
            <w:r/>
            <w:r>
              <w:rPr>
                <w:rFonts w:ascii="Arial" w:hAnsi="Arial" w:cs="Arial" w:eastAsia="Arial"/>
                <w:b/>
                <w:i w:val="0"/>
                <w:color w:val="231A2E"/>
                <w:sz w:val="20"/>
              </w:rPr>
              <w:t>Full name</w:t>
            </w:r>
          </w:p>
        </w:tc>
        <w:tc>
          <w:tcPr>
            <w:tcW w:type="dxa" w:w="6160"/>
          </w:tcPr>
          <w:p>
            <w:r/>
            <w:sdt>
              <w:sdtPr>
                <w:alias w:val="Full name"/>
                <w:tag w:val="full_name"/>
                <w:id w:val="1539597252"/>
                <w:showingPlcHdr/>
                <w:text/>
              </w:sdtPr>
              <w:sdtContent>
                <w:r>
                  <w:rPr>
                    <w:rStyle w:val="PlaceholderText"/>
                  </w:rPr>
                  <w:t xml:space="preserve">Type your full name</w:t>
                </w:r>
              </w:sdtContent>
            </w:sdt>
          </w:p>
        </w:tc>
      </w:tr>
      <w:tr>
        <w:trPr>
          <w:trHeight w:val="520"/>
        </w:trPr>
        <w:tc>
          <w:tcPr>
            <w:tcW w:type="dxa" w:w="3776"/>
            <w:shd w:val="clear" w:color="auto" w:fill="F3E9D4"/>
          </w:tcPr>
          <w:p>
            <w:r/>
            <w:r>
              <w:rPr>
                <w:rFonts w:ascii="Arial" w:hAnsi="Arial" w:cs="Arial" w:eastAsia="Arial"/>
                <w:b/>
                <w:i w:val="0"/>
                <w:color w:val="231A2E"/>
                <w:sz w:val="20"/>
              </w:rPr>
              <w:t>Email address</w:t>
            </w:r>
          </w:p>
        </w:tc>
        <w:tc>
          <w:tcPr>
            <w:tcW w:type="dxa" w:w="6160"/>
          </w:tcPr>
          <w:p>
            <w:r/>
            <w:sdt>
              <w:sdtPr>
                <w:alias w:val="Email address"/>
                <w:tag w:val="email"/>
                <w:id w:val="1737653364"/>
                <w:showingPlcHdr/>
                <w:text/>
              </w:sdtPr>
              <w:sdtContent>
                <w:r>
                  <w:rPr>
                    <w:rStyle w:val="PlaceholderText"/>
                  </w:rPr>
                  <w:t xml:space="preserve">Type your email address</w:t>
                </w:r>
              </w:sdtContent>
            </w:sdt>
          </w:p>
        </w:tc>
      </w:tr>
      <w:tr>
        <w:trPr>
          <w:trHeight w:val="520"/>
        </w:trPr>
        <w:tc>
          <w:tcPr>
            <w:tcW w:type="dxa" w:w="3776"/>
            <w:shd w:val="clear" w:color="auto" w:fill="F3E9D4"/>
          </w:tcPr>
          <w:p>
            <w:r/>
            <w:r>
              <w:rPr>
                <w:rFonts w:ascii="Arial" w:hAnsi="Arial" w:cs="Arial" w:eastAsia="Arial"/>
                <w:b/>
                <w:i w:val="0"/>
                <w:color w:val="231A2E"/>
                <w:sz w:val="20"/>
              </w:rPr>
              <w:t>Phone number</w:t>
            </w:r>
          </w:p>
        </w:tc>
        <w:tc>
          <w:tcPr>
            <w:tcW w:type="dxa" w:w="6160"/>
          </w:tcPr>
          <w:p>
            <w:r/>
            <w:sdt>
              <w:sdtPr>
                <w:alias w:val="Phone number"/>
                <w:tag w:val="phone"/>
                <w:id w:val="1146066909"/>
                <w:showingPlcHdr/>
                <w:text/>
              </w:sdtPr>
              <w:sdtContent>
                <w:r>
                  <w:rPr>
                    <w:rStyle w:val="PlaceholderText"/>
                  </w:rPr>
                  <w:t xml:space="preserve">Type a phone number</w:t>
                </w:r>
              </w:sdtContent>
            </w:sdt>
          </w:p>
        </w:tc>
      </w:tr>
    </w:tbl>
    <w:p>
      <w:pPr>
        <w:spacing w:after="40"/>
      </w:pPr>
    </w:p>
    <w:p>
      <w:pPr>
        <w:keepNext/>
        <w:spacing w:after="80" w:before="200"/>
      </w:pPr>
      <w:r>
        <w:rPr>
          <w:rFonts w:ascii="Arial" w:hAnsi="Arial" w:cs="Arial" w:eastAsia="Arial"/>
          <w:b/>
          <w:i w:val="0"/>
          <w:color w:val="231A2E"/>
          <w:sz w:val="28"/>
        </w:rPr>
        <w:t>Your choices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rPr>
          <w:trHeight w:val="520"/>
        </w:trPr>
        <w:tc>
          <w:tcPr>
            <w:tcW w:type="dxa" w:w="3776"/>
            <w:shd w:val="clear" w:color="auto" w:fill="F3E9D4"/>
          </w:tcPr>
          <w:p>
            <w:r/>
            <w:r>
              <w:rPr>
                <w:rFonts w:ascii="Arial" w:hAnsi="Arial" w:cs="Arial" w:eastAsia="Arial"/>
                <w:b/>
                <w:i w:val="0"/>
                <w:color w:val="231A2E"/>
                <w:sz w:val="20"/>
              </w:rPr>
              <w:t>Which session would you like?</w:t>
            </w:r>
          </w:p>
        </w:tc>
        <w:tc>
          <w:tcPr>
            <w:tcW w:type="dxa" w:w="6160"/>
          </w:tcPr>
          <w:p>
            <w:r/>
            <w:sdt>
              <w:sdtPr>
                <w:alias w:val="Which session would you like?"/>
                <w:tag w:val="session"/>
                <w:id w:val="1346688468"/>
                <w:showingPlcHdr/>
                <w:dropDownList>
                  <w:listItem w:displayText="Morning" w:value="Morning"/>
                  <w:listItem w:displayText="Afternoon" w:value="Afternoon"/>
                  <w:listItem w:displayText="Evening" w:value="Evening"/>
                  <w:listItem w:displayText="Weekend" w:value="Weekend"/>
                </w:dropDownList>
              </w:sdtPr>
              <w:sdtContent>
                <w:r>
                  <w:rPr>
                    <w:rStyle w:val="PlaceholderText"/>
                  </w:rPr>
                  <w:t xml:space="preserve">Choose a session</w:t>
                </w:r>
              </w:sdtContent>
            </w:sdt>
          </w:p>
        </w:tc>
      </w:tr>
      <w:tr>
        <w:trPr>
          <w:trHeight w:val="520"/>
        </w:trPr>
        <w:tc>
          <w:tcPr>
            <w:tcW w:type="dxa" w:w="3776"/>
            <w:shd w:val="clear" w:color="auto" w:fill="F3E9D4"/>
          </w:tcPr>
          <w:p>
            <w:r/>
            <w:r>
              <w:rPr>
                <w:rFonts w:ascii="Arial" w:hAnsi="Arial" w:cs="Arial" w:eastAsia="Arial"/>
                <w:b/>
                <w:i w:val="0"/>
                <w:color w:val="231A2E"/>
                <w:sz w:val="20"/>
              </w:rPr>
              <w:t>When would you like to start?</w:t>
            </w:r>
          </w:p>
        </w:tc>
        <w:tc>
          <w:tcPr>
            <w:tcW w:type="dxa" w:w="6160"/>
          </w:tcPr>
          <w:p>
            <w:r/>
            <w:sdt>
              <w:sdtPr>
                <w:alias w:val="When would you like to start?"/>
                <w:tag w:val="start_date"/>
                <w:id w:val="354900664"/>
                <w:showingPlcHdr/>
                <w:date>
                  <w:dateFormat w:val="MMMM d, yyyy"/>
                  <w:lid w:val="en-US"/>
                  <w:storeMappedDataAs w:val="dateTime"/>
                  <w:calendar w:val="gregorian"/>
                </w:date>
              </w:sdtPr>
              <w:sdtContent>
                <w:r>
                  <w:rPr>
                    <w:rStyle w:val="PlaceholderText"/>
                  </w:rPr>
                  <w:t xml:space="preserve">Pick a date</w:t>
                </w:r>
              </w:sdtContent>
            </w:sdt>
          </w:p>
        </w:tc>
      </w:tr>
      <w:tr>
        <w:trPr>
          <w:trHeight w:val="520"/>
        </w:trPr>
        <w:tc>
          <w:tcPr>
            <w:tcW w:type="dxa" w:w="3776"/>
            <w:shd w:val="clear" w:color="auto" w:fill="F3E9D4"/>
          </w:tcPr>
          <w:p>
            <w:r/>
            <w:r>
              <w:rPr>
                <w:rFonts w:ascii="Arial" w:hAnsi="Arial" w:cs="Arial" w:eastAsia="Arial"/>
                <w:b/>
                <w:i w:val="0"/>
                <w:color w:val="231A2E"/>
                <w:sz w:val="20"/>
              </w:rPr>
              <w:t>Which days can you come?</w:t>
            </w:r>
          </w:p>
        </w:tc>
        <w:tc>
          <w:tcPr>
            <w:tcW w:type="dxa" w:w="6160"/>
          </w:tcPr>
          <w:p>
            <w:r/>
            <w:sdt>
              <w:sdtPr>
                <w:rPr>
                  <w:rFonts w:ascii="MS Gothic" w:eastAsia="MS Gothic" w:hAnsi="MS Gothic"/>
                  <w:sz w:val="24"/>
                </w:rPr>
                <w:alias w:val="Which days can you come? Monday"/>
                <w:tag w:val="days_monday"/>
                <w:id w:val="1895681297"/>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Monday    </w:t>
            </w:r>
            <w:sdt>
              <w:sdtPr>
                <w:rPr>
                  <w:rFonts w:ascii="MS Gothic" w:eastAsia="MS Gothic" w:hAnsi="MS Gothic"/>
                  <w:sz w:val="24"/>
                </w:rPr>
                <w:alias w:val="Which days can you come? Tuesday"/>
                <w:tag w:val="days_tuesday"/>
                <w:id w:val="2145257295"/>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Tuesday    </w:t>
            </w:r>
            <w:sdt>
              <w:sdtPr>
                <w:rPr>
                  <w:rFonts w:ascii="MS Gothic" w:eastAsia="MS Gothic" w:hAnsi="MS Gothic"/>
                  <w:sz w:val="24"/>
                </w:rPr>
                <w:alias w:val="Which days can you come? Wednesday"/>
                <w:tag w:val="days_wednesday"/>
                <w:id w:val="1927555502"/>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Wednesday    </w:t>
            </w:r>
            <w:sdt>
              <w:sdtPr>
                <w:rPr>
                  <w:rFonts w:ascii="MS Gothic" w:eastAsia="MS Gothic" w:hAnsi="MS Gothic"/>
                  <w:sz w:val="24"/>
                </w:rPr>
                <w:alias w:val="Which days can you come? Thursday"/>
                <w:tag w:val="days_thursday"/>
                <w:id w:val="1827030946"/>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Thursday    </w:t>
            </w:r>
            <w:sdt>
              <w:sdtPr>
                <w:rPr>
                  <w:rFonts w:ascii="MS Gothic" w:eastAsia="MS Gothic" w:hAnsi="MS Gothic"/>
                  <w:sz w:val="24"/>
                </w:rPr>
                <w:alias w:val="Which days can you come? Friday"/>
                <w:tag w:val="days_friday"/>
                <w:id w:val="530404952"/>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Friday    </w:t>
            </w:r>
            <w:sdt>
              <w:sdtPr>
                <w:rPr>
                  <w:rFonts w:ascii="MS Gothic" w:eastAsia="MS Gothic" w:hAnsi="MS Gothic"/>
                  <w:sz w:val="24"/>
                </w:rPr>
                <w:alias w:val="Which days can you come? Saturday"/>
                <w:tag w:val="days_saturday"/>
                <w:id w:val="846947256"/>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Saturday</w:t>
            </w:r>
          </w:p>
        </w:tc>
      </w:tr>
      <w:tr>
        <w:trPr>
          <w:trHeight w:val="520"/>
        </w:trPr>
        <w:tc>
          <w:tcPr>
            <w:tcW w:type="dxa" w:w="3776"/>
            <w:shd w:val="clear" w:color="auto" w:fill="F3E9D4"/>
          </w:tcPr>
          <w:p>
            <w:r/>
            <w:r>
              <w:rPr>
                <w:rFonts w:ascii="Arial" w:hAnsi="Arial" w:cs="Arial" w:eastAsia="Arial"/>
                <w:b/>
                <w:i w:val="0"/>
                <w:color w:val="231A2E"/>
                <w:sz w:val="20"/>
              </w:rPr>
              <w:t>How did you hear about us?</w:t>
            </w:r>
          </w:p>
        </w:tc>
        <w:tc>
          <w:tcPr>
            <w:tcW w:type="dxa" w:w="6160"/>
          </w:tcPr>
          <w:p>
            <w:r/>
            <w:sdt>
              <w:sdtPr>
                <w:alias w:val="How did you hear about us?"/>
                <w:tag w:val="heard_from"/>
                <w:id w:val="1635836420"/>
                <w:showingPlcHdr/>
                <w:dropDownList>
                  <w:listItem w:displayText="Friend or family" w:value="Friend or family"/>
                  <w:listItem w:displayText="Flyer or poster" w:value="Flyer or poster"/>
                  <w:listItem w:displayText="Website" w:value="Website"/>
                  <w:listItem w:displayText="Social media" w:value="Social media"/>
                  <w:listItem w:displayText="Other" w:value="Other"/>
                </w:dropDownList>
              </w:sdtPr>
              <w:sdtContent>
                <w:r>
                  <w:rPr>
                    <w:rStyle w:val="PlaceholderText"/>
                  </w:rPr>
                  <w:t xml:space="preserve">Choose one</w:t>
                </w:r>
              </w:sdtContent>
            </w:sdt>
          </w:p>
        </w:tc>
      </w:tr>
      <w:tr>
        <w:trPr>
          <w:trHeight w:val="520"/>
        </w:trPr>
        <w:tc>
          <w:tcPr>
            <w:tcW w:type="dxa" w:w="3776"/>
            <w:shd w:val="clear" w:color="auto" w:fill="F3E9D4"/>
          </w:tcPr>
          <w:p>
            <w:r/>
            <w:r>
              <w:rPr>
                <w:rFonts w:ascii="Arial" w:hAnsi="Arial" w:cs="Arial" w:eastAsia="Arial"/>
                <w:b/>
                <w:i w:val="0"/>
                <w:color w:val="231A2E"/>
                <w:sz w:val="20"/>
              </w:rPr>
              <w:t>Anything we should know before you start?</w:t>
            </w:r>
          </w:p>
        </w:tc>
        <w:tc>
          <w:tcPr>
            <w:tcW w:type="dxa" w:w="6160"/>
          </w:tcPr>
          <w:p>
            <w:r/>
            <w:sdt>
              <w:sdtPr>
                <w:alias w:val="Anything we should know before you start?"/>
                <w:tag w:val="notes"/>
                <w:id w:val="18589324"/>
                <w:showingPlcHdr/>
                <w:text w:multiLine="1"/>
              </w:sdtPr>
              <w:sdtContent>
                <w:r>
                  <w:rPr>
                    <w:rStyle w:val="PlaceholderText"/>
                  </w:rPr>
                  <w:t xml:space="preserve">Type here. Press Enter for a new line.</w:t>
                </w:r>
              </w:sdtContent>
            </w:sdt>
          </w:p>
        </w:tc>
      </w:tr>
    </w:tbl>
    <w:p>
      <w:pPr>
        <w:spacing w:after="40"/>
      </w:pPr>
    </w:p>
    <w:p>
      <w:pPr>
        <w:keepNext/>
        <w:spacing w:after="80" w:before="200"/>
      </w:pPr>
      <w:r>
        <w:rPr>
          <w:rFonts w:ascii="Arial" w:hAnsi="Arial" w:cs="Arial" w:eastAsia="Arial"/>
          <w:b/>
          <w:i w:val="0"/>
          <w:color w:val="231A2E"/>
          <w:sz w:val="28"/>
        </w:rPr>
        <w:t>Before you send it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rPr>
          <w:trHeight w:val="520"/>
        </w:trPr>
        <w:tc>
          <w:tcPr>
            <w:tcW w:type="dxa" w:w="3776"/>
            <w:shd w:val="clear" w:color="auto" w:fill="F3E9D4"/>
          </w:tcPr>
          <w:p>
            <w:r/>
            <w:r>
              <w:rPr>
                <w:rFonts w:ascii="Arial" w:hAnsi="Arial" w:cs="Arial" w:eastAsia="Arial"/>
                <w:b/>
                <w:i w:val="0"/>
                <w:color w:val="231A2E"/>
                <w:sz w:val="20"/>
              </w:rPr>
              <w:t>Can we email you?</w:t>
            </w:r>
          </w:p>
        </w:tc>
        <w:tc>
          <w:tcPr>
            <w:tcW w:type="dxa" w:w="6160"/>
          </w:tcPr>
          <w:p>
            <w:r/>
            <w:sdt>
              <w:sdtPr>
                <w:rPr>
                  <w:rFonts w:ascii="MS Gothic" w:eastAsia="MS Gothic" w:hAnsi="MS Gothic"/>
                  <w:sz w:val="24"/>
                </w:rPr>
                <w:alias w:val="Can we email you?"/>
                <w:tag w:val="email_ok"/>
                <w:id w:val="1859615710"/>
                <w14:checkbox>
                  <w14:checked w14:val="0"/>
                  <w14:checkedState w14:val="2612" w14:font="MS Gothic"/>
                  <w14:uncheckedState w14:val="2610" w14:font="MS Gothic"/>
                </w14:checkbox>
              </w:sdtPr>
              <w:sdtContent>
                <w:r>
                  <w:rPr>
                    <w:rFonts w:ascii="MS Gothic" w:eastAsia="MS Gothic" w:hAnsi="MS Gothic"/>
                    <w:sz w:val="24"/>
                  </w:rPr>
                  <w:t>☐</w:t>
                </w:r>
              </w:sdtContent>
            </w:sdt>
            <w:r>
              <w:rPr>
                <w:rFonts w:ascii="Arial" w:hAnsi="Arial" w:cs="Arial" w:eastAsia="Arial"/>
                <w:b w:val="0"/>
                <w:i w:val="0"/>
                <w:color w:val="231A2E"/>
                <w:sz w:val="20"/>
              </w:rPr>
              <w:t xml:space="preserve"> Yes, you may email me about [program name].</w:t>
            </w:r>
          </w:p>
        </w:tc>
      </w:tr>
      <w:tr>
        <w:trPr>
          <w:trHeight w:val="520"/>
        </w:trPr>
        <w:tc>
          <w:tcPr>
            <w:tcW w:type="dxa" w:w="3776"/>
            <w:shd w:val="clear" w:color="auto" w:fill="F3E9D4"/>
          </w:tcPr>
          <w:p>
            <w:r/>
            <w:r>
              <w:rPr>
                <w:rFonts w:ascii="Arial" w:hAnsi="Arial" w:cs="Arial" w:eastAsia="Arial"/>
                <w:b/>
                <w:i w:val="0"/>
                <w:color w:val="231A2E"/>
                <w:sz w:val="20"/>
              </w:rPr>
              <w:t>Type your name to sign</w:t>
            </w:r>
          </w:p>
        </w:tc>
        <w:tc>
          <w:tcPr>
            <w:tcW w:type="dxa" w:w="6160"/>
          </w:tcPr>
          <w:p>
            <w:r/>
            <w:sdt>
              <w:sdtPr>
                <w:alias w:val="Type your name to sign"/>
                <w:tag w:val="signature"/>
                <w:id w:val="780665153"/>
                <w:showingPlcHdr/>
                <w:text/>
              </w:sdtPr>
              <w:sdtContent>
                <w:r>
                  <w:rPr>
                    <w:rStyle w:val="PlaceholderText"/>
                  </w:rPr>
                  <w:t xml:space="preserve">Type your full name</w:t>
                </w:r>
              </w:sdtContent>
            </w:sdt>
          </w:p>
        </w:tc>
      </w:tr>
      <w:tr>
        <w:trPr>
          <w:trHeight w:val="520"/>
        </w:trPr>
        <w:tc>
          <w:tcPr>
            <w:tcW w:type="dxa" w:w="3776"/>
            <w:shd w:val="clear" w:color="auto" w:fill="F3E9D4"/>
          </w:tcPr>
          <w:p>
            <w:r/>
            <w:r>
              <w:rPr>
                <w:rFonts w:ascii="Arial" w:hAnsi="Arial" w:cs="Arial" w:eastAsia="Arial"/>
                <w:b/>
                <w:i w:val="0"/>
                <w:color w:val="231A2E"/>
                <w:sz w:val="20"/>
              </w:rPr>
              <w:t>Date</w:t>
            </w:r>
          </w:p>
        </w:tc>
        <w:tc>
          <w:tcPr>
            <w:tcW w:type="dxa" w:w="6160"/>
          </w:tcPr>
          <w:p>
            <w:r/>
            <w:sdt>
              <w:sdtPr>
                <w:alias w:val="Date"/>
                <w:tag w:val="signed_date"/>
                <w:id w:val="665086514"/>
                <w:showingPlcHdr/>
                <w:date>
                  <w:dateFormat w:val="MMMM d, yyyy"/>
                  <w:lid w:val="en-US"/>
                  <w:storeMappedDataAs w:val="dateTime"/>
                  <w:calendar w:val="gregorian"/>
                </w:date>
              </w:sdtPr>
              <w:sdtContent>
                <w:r>
                  <w:rPr>
                    <w:rStyle w:val="PlaceholderText"/>
                  </w:rPr>
                  <w:t xml:space="preserve">Pick a date</w:t>
                </w:r>
              </w:sdtContent>
            </w:sdt>
          </w:p>
        </w:tc>
      </w:tr>
    </w:tbl>
    <w:p>
      <w:pPr>
        <w:spacing w:after="40"/>
      </w:pPr>
    </w:p>
    <w:p>
      <w:pPr>
        <w:spacing w:after="80" w:before="120"/>
      </w:pPr>
      <w:r>
        <w:rPr>
          <w:rFonts w:ascii="Arial" w:hAnsi="Arial" w:cs="Arial" w:eastAsia="Arial"/>
          <w:b w:val="0"/>
          <w:i w:val="0"/>
          <w:color w:val="231A2E"/>
          <w:sz w:val="20"/>
        </w:rPr>
        <w:t>Thank you. [Add one line on what happens next, for example: We will email you to confirm your place within a week.]</w:t>
      </w:r>
    </w:p>
    <w:p>
      <w:r>
        <w:br w:type="page"/>
      </w:r>
    </w:p>
    <w:p>
      <w:pPr>
        <w:spacing w:after="80" w:before="0"/>
      </w:pPr>
      <w:r>
        <w:rPr>
          <w:rFonts w:ascii="Arial" w:hAnsi="Arial" w:cs="Arial" w:eastAsia="Arial"/>
          <w:b/>
          <w:i w:val="0"/>
          <w:color w:val="231A2E"/>
          <w:sz w:val="28"/>
        </w:rPr>
        <w:t>How to edit this form in Word</w:t>
      </w:r>
    </w:p>
    <w:p>
      <w:pPr>
        <w:spacing w:after="120" w:before="0"/>
      </w:pPr>
      <w:r>
        <w:rPr>
          <w:rFonts w:ascii="Arial" w:hAnsi="Arial" w:cs="Arial" w:eastAsia="Arial"/>
          <w:b w:val="0"/>
          <w:i/>
          <w:color w:val="5E5468"/>
          <w:sz w:val="18"/>
        </w:rPr>
        <w:t>Delete this page before you send the form. The steps follow Microsoft's help page "Create a form in Word that users can complete or print" (Word for Windows). Use the desktop app: Microsoft says creating fillable forms isn't available in Word for the web.</w:t>
      </w:r>
    </w:p>
    <w:p>
      <w:pPr>
        <w:spacing w:after="80" w:before="0"/>
      </w:pPr>
      <w:r>
        <w:rPr>
          <w:rFonts w:ascii="Arial" w:hAnsi="Arial" w:cs="Arial" w:eastAsia="Arial"/>
          <w:b w:val="0"/>
          <w:i w:val="0"/>
          <w:color w:val="231A2E"/>
          <w:sz w:val="20"/>
        </w:rPr>
        <w:t>1. Show the Developer tab: go to File &gt; Options &gt; Customize Ribbon, and under Main Tabs select the Developer check box.</w:t>
      </w:r>
    </w:p>
    <w:p>
      <w:pPr>
        <w:spacing w:after="80" w:before="0"/>
      </w:pPr>
      <w:r>
        <w:rPr>
          <w:rFonts w:ascii="Arial" w:hAnsi="Arial" w:cs="Arial" w:eastAsia="Arial"/>
          <w:b w:val="0"/>
          <w:i w:val="0"/>
          <w:color w:val="231A2E"/>
          <w:sz w:val="20"/>
        </w:rPr>
        <w:t>2. Change the wording around the boxes as you would any text: the title, the questions and everything in [square brackets].</w:t>
      </w:r>
    </w:p>
    <w:p>
      <w:pPr>
        <w:spacing w:after="80" w:before="0"/>
      </w:pPr>
      <w:r>
        <w:rPr>
          <w:rFonts w:ascii="Arial" w:hAnsi="Arial" w:cs="Arial" w:eastAsia="Arial"/>
          <w:b w:val="0"/>
          <w:i w:val="0"/>
          <w:color w:val="231A2E"/>
          <w:sz w:val="20"/>
        </w:rPr>
        <w:t>3. To change a box, select it and go to Developer &gt; Properties. That is where you edit the choices in a drop-down list or the date format of a date picker.</w:t>
      </w:r>
    </w:p>
    <w:p>
      <w:pPr>
        <w:spacing w:after="80" w:before="0"/>
      </w:pPr>
      <w:r>
        <w:rPr>
          <w:rFonts w:ascii="Arial" w:hAnsi="Arial" w:cs="Arial" w:eastAsia="Arial"/>
          <w:b w:val="0"/>
          <w:i w:val="0"/>
          <w:color w:val="231A2E"/>
          <w:sz w:val="20"/>
        </w:rPr>
        <w:t>4. To add a box, click where you want it and pick a control in the Controls group on the Developer tab: Plain Text, Drop-Down List, Date Picker or Check Box.</w:t>
      </w:r>
    </w:p>
    <w:p>
      <w:pPr>
        <w:spacing w:after="80" w:before="0"/>
      </w:pPr>
      <w:r>
        <w:rPr>
          <w:rFonts w:ascii="Arial" w:hAnsi="Arial" w:cs="Arial" w:eastAsia="Arial"/>
          <w:b w:val="0"/>
          <w:i w:val="0"/>
          <w:color w:val="231A2E"/>
          <w:sz w:val="20"/>
        </w:rPr>
        <w:t>5. To remove a box, right-click it and select Remove content control.</w:t>
      </w:r>
    </w:p>
    <w:p>
      <w:pPr>
        <w:spacing w:after="80" w:before="0"/>
      </w:pPr>
      <w:r>
        <w:rPr>
          <w:rFonts w:ascii="Arial" w:hAnsi="Arial" w:cs="Arial" w:eastAsia="Arial"/>
          <w:b w:val="0"/>
          <w:i w:val="0"/>
          <w:color w:val="231A2E"/>
          <w:sz w:val="20"/>
        </w:rPr>
        <w:t>6. To stop people changing your wording, go to Developer &gt; Restrict Editing, choose your restrictions, then select Yes, Start Enforcing Protection.</w:t>
      </w:r>
    </w:p>
    <w:p>
      <w:pPr>
        <w:spacing w:after="80" w:before="0"/>
      </w:pPr>
      <w:r>
        <w:rPr>
          <w:rFonts w:ascii="Arial" w:hAnsi="Arial" w:cs="Arial" w:eastAsia="Arial"/>
          <w:b w:val="0"/>
          <w:i w:val="0"/>
          <w:color w:val="231A2E"/>
          <w:sz w:val="20"/>
        </w:rPr>
        <w:t>7. Save it, send it, and ask people to save their copy with their name in the file name before they send it back.</w:t>
      </w:r>
    </w:p>
    <w:p>
      <w:pPr>
        <w:spacing w:after="80" w:before="200"/>
      </w:pPr>
      <w:r>
        <w:rPr>
          <w:rFonts w:ascii="Arial" w:hAnsi="Arial" w:cs="Arial" w:eastAsia="Arial"/>
          <w:b/>
          <w:i w:val="0"/>
          <w:color w:val="231A2E"/>
          <w:sz w:val="24"/>
        </w:rPr>
        <w:t>The boxes in this file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3577"/>
            <w:shd w:val="clear" w:color="auto" w:fill="231A2E"/>
          </w:tcPr>
          <w:p>
            <w:r/>
            <w:r>
              <w:rPr>
                <w:rFonts w:ascii="Arial" w:hAnsi="Arial" w:cs="Arial" w:eastAsia="Arial"/>
                <w:b/>
                <w:i w:val="0"/>
                <w:color w:val="FBF5E9"/>
                <w:sz w:val="18"/>
              </w:rPr>
              <w:t>Question</w:t>
            </w:r>
          </w:p>
        </w:tc>
        <w:tc>
          <w:tcPr>
            <w:tcW w:type="dxa" w:w="2186"/>
            <w:shd w:val="clear" w:color="auto" w:fill="231A2E"/>
          </w:tcPr>
          <w:p>
            <w:r/>
            <w:r>
              <w:rPr>
                <w:rFonts w:ascii="Arial" w:hAnsi="Arial" w:cs="Arial" w:eastAsia="Arial"/>
                <w:b/>
                <w:i w:val="0"/>
                <w:color w:val="FBF5E9"/>
                <w:sz w:val="18"/>
              </w:rPr>
              <w:t>Control</w:t>
            </w:r>
          </w:p>
        </w:tc>
        <w:tc>
          <w:tcPr>
            <w:tcW w:type="dxa" w:w="4173"/>
            <w:shd w:val="clear" w:color="auto" w:fill="231A2E"/>
          </w:tcPr>
          <w:p>
            <w:r/>
            <w:r>
              <w:rPr>
                <w:rFonts w:ascii="Arial" w:hAnsi="Arial" w:cs="Arial" w:eastAsia="Arial"/>
                <w:b/>
                <w:i w:val="0"/>
                <w:color w:val="FBF5E9"/>
                <w:sz w:val="18"/>
              </w:rPr>
              <w:t>What it holds</w:t>
            </w:r>
          </w:p>
        </w:tc>
      </w:tr>
      <w:tr>
        <w:tc>
          <w:tcPr>
            <w:tcW w:type="dxa" w:w="3577"/>
          </w:tcPr>
          <w:p>
            <w:r/>
            <w:r>
              <w:rPr>
                <w:rFonts w:ascii="Arial" w:hAnsi="Arial" w:cs="Arial" w:eastAsia="Arial"/>
                <w:b w:val="0"/>
                <w:i w:val="0"/>
                <w:color w:val="231A2E"/>
                <w:sz w:val="18"/>
              </w:rPr>
              <w:t>Full name</w:t>
            </w:r>
          </w:p>
        </w:tc>
        <w:tc>
          <w:tcPr>
            <w:tcW w:type="dxa" w:w="2186"/>
          </w:tcPr>
          <w:p>
            <w:r/>
            <w:r>
              <w:rPr>
                <w:rFonts w:ascii="Arial" w:hAnsi="Arial" w:cs="Arial" w:eastAsia="Arial"/>
                <w:b w:val="0"/>
                <w:i w:val="0"/>
                <w:color w:val="231A2E"/>
                <w:sz w:val="18"/>
              </w:rPr>
              <w:t>Plain text</w:t>
            </w:r>
          </w:p>
        </w:tc>
        <w:tc>
          <w:tcPr>
            <w:tcW w:type="dxa" w:w="4173"/>
          </w:tcPr>
          <w:p>
            <w:r/>
            <w:r>
              <w:rPr>
                <w:rFonts w:ascii="Arial" w:hAnsi="Arial" w:cs="Arial" w:eastAsia="Arial"/>
                <w:b w:val="0"/>
                <w:i w:val="0"/>
                <w:color w:val="231A2E"/>
                <w:sz w:val="18"/>
              </w:rPr>
              <w:t>Placeholder: Type your full name</w:t>
            </w:r>
          </w:p>
        </w:tc>
      </w:tr>
      <w:tr>
        <w:tc>
          <w:tcPr>
            <w:tcW w:type="dxa" w:w="3577"/>
          </w:tcPr>
          <w:p>
            <w:r/>
            <w:r>
              <w:rPr>
                <w:rFonts w:ascii="Arial" w:hAnsi="Arial" w:cs="Arial" w:eastAsia="Arial"/>
                <w:b w:val="0"/>
                <w:i w:val="0"/>
                <w:color w:val="231A2E"/>
                <w:sz w:val="18"/>
              </w:rPr>
              <w:t>Email address</w:t>
            </w:r>
          </w:p>
        </w:tc>
        <w:tc>
          <w:tcPr>
            <w:tcW w:type="dxa" w:w="2186"/>
          </w:tcPr>
          <w:p>
            <w:r/>
            <w:r>
              <w:rPr>
                <w:rFonts w:ascii="Arial" w:hAnsi="Arial" w:cs="Arial" w:eastAsia="Arial"/>
                <w:b w:val="0"/>
                <w:i w:val="0"/>
                <w:color w:val="231A2E"/>
                <w:sz w:val="18"/>
              </w:rPr>
              <w:t>Plain text</w:t>
            </w:r>
          </w:p>
        </w:tc>
        <w:tc>
          <w:tcPr>
            <w:tcW w:type="dxa" w:w="4173"/>
          </w:tcPr>
          <w:p>
            <w:r/>
            <w:r>
              <w:rPr>
                <w:rFonts w:ascii="Arial" w:hAnsi="Arial" w:cs="Arial" w:eastAsia="Arial"/>
                <w:b w:val="0"/>
                <w:i w:val="0"/>
                <w:color w:val="231A2E"/>
                <w:sz w:val="18"/>
              </w:rPr>
              <w:t>Placeholder: Type your email address</w:t>
            </w:r>
          </w:p>
        </w:tc>
      </w:tr>
      <w:tr>
        <w:tc>
          <w:tcPr>
            <w:tcW w:type="dxa" w:w="3577"/>
          </w:tcPr>
          <w:p>
            <w:r/>
            <w:r>
              <w:rPr>
                <w:rFonts w:ascii="Arial" w:hAnsi="Arial" w:cs="Arial" w:eastAsia="Arial"/>
                <w:b w:val="0"/>
                <w:i w:val="0"/>
                <w:color w:val="231A2E"/>
                <w:sz w:val="18"/>
              </w:rPr>
              <w:t>Phone number</w:t>
            </w:r>
          </w:p>
        </w:tc>
        <w:tc>
          <w:tcPr>
            <w:tcW w:type="dxa" w:w="2186"/>
          </w:tcPr>
          <w:p>
            <w:r/>
            <w:r>
              <w:rPr>
                <w:rFonts w:ascii="Arial" w:hAnsi="Arial" w:cs="Arial" w:eastAsia="Arial"/>
                <w:b w:val="0"/>
                <w:i w:val="0"/>
                <w:color w:val="231A2E"/>
                <w:sz w:val="18"/>
              </w:rPr>
              <w:t>Plain text</w:t>
            </w:r>
          </w:p>
        </w:tc>
        <w:tc>
          <w:tcPr>
            <w:tcW w:type="dxa" w:w="4173"/>
          </w:tcPr>
          <w:p>
            <w:r/>
            <w:r>
              <w:rPr>
                <w:rFonts w:ascii="Arial" w:hAnsi="Arial" w:cs="Arial" w:eastAsia="Arial"/>
                <w:b w:val="0"/>
                <w:i w:val="0"/>
                <w:color w:val="231A2E"/>
                <w:sz w:val="18"/>
              </w:rPr>
              <w:t>Placeholder: Type a phone number</w:t>
            </w:r>
          </w:p>
        </w:tc>
      </w:tr>
      <w:tr>
        <w:tc>
          <w:tcPr>
            <w:tcW w:type="dxa" w:w="3577"/>
          </w:tcPr>
          <w:p>
            <w:r/>
            <w:r>
              <w:rPr>
                <w:rFonts w:ascii="Arial" w:hAnsi="Arial" w:cs="Arial" w:eastAsia="Arial"/>
                <w:b w:val="0"/>
                <w:i w:val="0"/>
                <w:color w:val="231A2E"/>
                <w:sz w:val="18"/>
              </w:rPr>
              <w:t>Which session would you like?</w:t>
            </w:r>
          </w:p>
        </w:tc>
        <w:tc>
          <w:tcPr>
            <w:tcW w:type="dxa" w:w="2186"/>
          </w:tcPr>
          <w:p>
            <w:r/>
            <w:r>
              <w:rPr>
                <w:rFonts w:ascii="Arial" w:hAnsi="Arial" w:cs="Arial" w:eastAsia="Arial"/>
                <w:b w:val="0"/>
                <w:i w:val="0"/>
                <w:color w:val="231A2E"/>
                <w:sz w:val="18"/>
              </w:rPr>
              <w:t>Drop-down list</w:t>
            </w:r>
          </w:p>
        </w:tc>
        <w:tc>
          <w:tcPr>
            <w:tcW w:type="dxa" w:w="4173"/>
          </w:tcPr>
          <w:p>
            <w:r/>
            <w:r>
              <w:rPr>
                <w:rFonts w:ascii="Arial" w:hAnsi="Arial" w:cs="Arial" w:eastAsia="Arial"/>
                <w:b w:val="0"/>
                <w:i w:val="0"/>
                <w:color w:val="231A2E"/>
                <w:sz w:val="18"/>
              </w:rPr>
              <w:t>Choices: Morning, Afternoon, Evening, Weekend</w:t>
            </w:r>
          </w:p>
        </w:tc>
      </w:tr>
      <w:tr>
        <w:tc>
          <w:tcPr>
            <w:tcW w:type="dxa" w:w="3577"/>
          </w:tcPr>
          <w:p>
            <w:r/>
            <w:r>
              <w:rPr>
                <w:rFonts w:ascii="Arial" w:hAnsi="Arial" w:cs="Arial" w:eastAsia="Arial"/>
                <w:b w:val="0"/>
                <w:i w:val="0"/>
                <w:color w:val="231A2E"/>
                <w:sz w:val="18"/>
              </w:rPr>
              <w:t>When would you like to start?</w:t>
            </w:r>
          </w:p>
        </w:tc>
        <w:tc>
          <w:tcPr>
            <w:tcW w:type="dxa" w:w="2186"/>
          </w:tcPr>
          <w:p>
            <w:r/>
            <w:r>
              <w:rPr>
                <w:rFonts w:ascii="Arial" w:hAnsi="Arial" w:cs="Arial" w:eastAsia="Arial"/>
                <w:b w:val="0"/>
                <w:i w:val="0"/>
                <w:color w:val="231A2E"/>
                <w:sz w:val="18"/>
              </w:rPr>
              <w:t>Date picker</w:t>
            </w:r>
          </w:p>
        </w:tc>
        <w:tc>
          <w:tcPr>
            <w:tcW w:type="dxa" w:w="4173"/>
          </w:tcPr>
          <w:p>
            <w:r/>
            <w:r>
              <w:rPr>
                <w:rFonts w:ascii="Arial" w:hAnsi="Arial" w:cs="Arial" w:eastAsia="Arial"/>
                <w:b w:val="0"/>
                <w:i w:val="0"/>
                <w:color w:val="231A2E"/>
                <w:sz w:val="18"/>
              </w:rPr>
              <w:t>Date format: MMMM d, yyyy (for example, March 29, 2027)</w:t>
            </w:r>
          </w:p>
        </w:tc>
      </w:tr>
      <w:tr>
        <w:tc>
          <w:tcPr>
            <w:tcW w:type="dxa" w:w="3577"/>
          </w:tcPr>
          <w:p>
            <w:r/>
            <w:r>
              <w:rPr>
                <w:rFonts w:ascii="Arial" w:hAnsi="Arial" w:cs="Arial" w:eastAsia="Arial"/>
                <w:b w:val="0"/>
                <w:i w:val="0"/>
                <w:color w:val="231A2E"/>
                <w:sz w:val="18"/>
              </w:rPr>
              <w:t>Which days can you come?</w:t>
            </w:r>
          </w:p>
        </w:tc>
        <w:tc>
          <w:tcPr>
            <w:tcW w:type="dxa" w:w="2186"/>
          </w:tcPr>
          <w:p>
            <w:r/>
            <w:r>
              <w:rPr>
                <w:rFonts w:ascii="Arial" w:hAnsi="Arial" w:cs="Arial" w:eastAsia="Arial"/>
                <w:b w:val="0"/>
                <w:i w:val="0"/>
                <w:color w:val="231A2E"/>
                <w:sz w:val="18"/>
              </w:rPr>
              <w:t>Check boxes</w:t>
            </w:r>
          </w:p>
        </w:tc>
        <w:tc>
          <w:tcPr>
            <w:tcW w:type="dxa" w:w="4173"/>
          </w:tcPr>
          <w:p>
            <w:r/>
            <w:r>
              <w:rPr>
                <w:rFonts w:ascii="Arial" w:hAnsi="Arial" w:cs="Arial" w:eastAsia="Arial"/>
                <w:b w:val="0"/>
                <w:i w:val="0"/>
                <w:color w:val="231A2E"/>
                <w:sz w:val="18"/>
              </w:rPr>
              <w:t>One check box per day: Monday, Tuesday, Wednesday, Thursday, Friday, Saturday</w:t>
            </w:r>
          </w:p>
        </w:tc>
      </w:tr>
      <w:tr>
        <w:tc>
          <w:tcPr>
            <w:tcW w:type="dxa" w:w="3577"/>
          </w:tcPr>
          <w:p>
            <w:r/>
            <w:r>
              <w:rPr>
                <w:rFonts w:ascii="Arial" w:hAnsi="Arial" w:cs="Arial" w:eastAsia="Arial"/>
                <w:b w:val="0"/>
                <w:i w:val="0"/>
                <w:color w:val="231A2E"/>
                <w:sz w:val="18"/>
              </w:rPr>
              <w:t>How did you hear about us?</w:t>
            </w:r>
          </w:p>
        </w:tc>
        <w:tc>
          <w:tcPr>
            <w:tcW w:type="dxa" w:w="2186"/>
          </w:tcPr>
          <w:p>
            <w:r/>
            <w:r>
              <w:rPr>
                <w:rFonts w:ascii="Arial" w:hAnsi="Arial" w:cs="Arial" w:eastAsia="Arial"/>
                <w:b w:val="0"/>
                <w:i w:val="0"/>
                <w:color w:val="231A2E"/>
                <w:sz w:val="18"/>
              </w:rPr>
              <w:t>Drop-down list</w:t>
            </w:r>
          </w:p>
        </w:tc>
        <w:tc>
          <w:tcPr>
            <w:tcW w:type="dxa" w:w="4173"/>
          </w:tcPr>
          <w:p>
            <w:r/>
            <w:r>
              <w:rPr>
                <w:rFonts w:ascii="Arial" w:hAnsi="Arial" w:cs="Arial" w:eastAsia="Arial"/>
                <w:b w:val="0"/>
                <w:i w:val="0"/>
                <w:color w:val="231A2E"/>
                <w:sz w:val="18"/>
              </w:rPr>
              <w:t>Choices: Friend or family, Flyer or poster, Website, Social media, Other</w:t>
            </w:r>
          </w:p>
        </w:tc>
      </w:tr>
      <w:tr>
        <w:tc>
          <w:tcPr>
            <w:tcW w:type="dxa" w:w="3577"/>
          </w:tcPr>
          <w:p>
            <w:r/>
            <w:r>
              <w:rPr>
                <w:rFonts w:ascii="Arial" w:hAnsi="Arial" w:cs="Arial" w:eastAsia="Arial"/>
                <w:b w:val="0"/>
                <w:i w:val="0"/>
                <w:color w:val="231A2E"/>
                <w:sz w:val="18"/>
              </w:rPr>
              <w:t>Anything we should know before you start?</w:t>
            </w:r>
          </w:p>
        </w:tc>
        <w:tc>
          <w:tcPr>
            <w:tcW w:type="dxa" w:w="2186"/>
          </w:tcPr>
          <w:p>
            <w:r/>
            <w:r>
              <w:rPr>
                <w:rFonts w:ascii="Arial" w:hAnsi="Arial" w:cs="Arial" w:eastAsia="Arial"/>
                <w:b w:val="0"/>
                <w:i w:val="0"/>
                <w:color w:val="231A2E"/>
                <w:sz w:val="18"/>
              </w:rPr>
              <w:t>Plain text (line breaks on)</w:t>
            </w:r>
          </w:p>
        </w:tc>
        <w:tc>
          <w:tcPr>
            <w:tcW w:type="dxa" w:w="4173"/>
          </w:tcPr>
          <w:p>
            <w:r/>
            <w:r>
              <w:rPr>
                <w:rFonts w:ascii="Arial" w:hAnsi="Arial" w:cs="Arial" w:eastAsia="Arial"/>
                <w:b w:val="0"/>
                <w:i w:val="0"/>
                <w:color w:val="231A2E"/>
                <w:sz w:val="18"/>
              </w:rPr>
              <w:t>Placeholder: Type here. Press Enter for a new line.</w:t>
            </w:r>
          </w:p>
        </w:tc>
      </w:tr>
      <w:tr>
        <w:tc>
          <w:tcPr>
            <w:tcW w:type="dxa" w:w="3577"/>
          </w:tcPr>
          <w:p>
            <w:r/>
            <w:r>
              <w:rPr>
                <w:rFonts w:ascii="Arial" w:hAnsi="Arial" w:cs="Arial" w:eastAsia="Arial"/>
                <w:b w:val="0"/>
                <w:i w:val="0"/>
                <w:color w:val="231A2E"/>
                <w:sz w:val="18"/>
              </w:rPr>
              <w:t>Can we email you?</w:t>
            </w:r>
          </w:p>
        </w:tc>
        <w:tc>
          <w:tcPr>
            <w:tcW w:type="dxa" w:w="2186"/>
          </w:tcPr>
          <w:p>
            <w:r/>
            <w:r>
              <w:rPr>
                <w:rFonts w:ascii="Arial" w:hAnsi="Arial" w:cs="Arial" w:eastAsia="Arial"/>
                <w:b w:val="0"/>
                <w:i w:val="0"/>
                <w:color w:val="231A2E"/>
                <w:sz w:val="18"/>
              </w:rPr>
              <w:t>Check box</w:t>
            </w:r>
          </w:p>
        </w:tc>
        <w:tc>
          <w:tcPr>
            <w:tcW w:type="dxa" w:w="4173"/>
          </w:tcPr>
          <w:p>
            <w:r/>
            <w:r>
              <w:rPr>
                <w:rFonts w:ascii="Arial" w:hAnsi="Arial" w:cs="Arial" w:eastAsia="Arial"/>
                <w:b w:val="0"/>
                <w:i w:val="0"/>
                <w:color w:val="231A2E"/>
                <w:sz w:val="18"/>
              </w:rPr>
              <w:t>Ticked or empty</w:t>
            </w:r>
          </w:p>
        </w:tc>
      </w:tr>
      <w:tr>
        <w:tc>
          <w:tcPr>
            <w:tcW w:type="dxa" w:w="3577"/>
          </w:tcPr>
          <w:p>
            <w:r/>
            <w:r>
              <w:rPr>
                <w:rFonts w:ascii="Arial" w:hAnsi="Arial" w:cs="Arial" w:eastAsia="Arial"/>
                <w:b w:val="0"/>
                <w:i w:val="0"/>
                <w:color w:val="231A2E"/>
                <w:sz w:val="18"/>
              </w:rPr>
              <w:t>Type your name to sign</w:t>
            </w:r>
          </w:p>
        </w:tc>
        <w:tc>
          <w:tcPr>
            <w:tcW w:type="dxa" w:w="2186"/>
          </w:tcPr>
          <w:p>
            <w:r/>
            <w:r>
              <w:rPr>
                <w:rFonts w:ascii="Arial" w:hAnsi="Arial" w:cs="Arial" w:eastAsia="Arial"/>
                <w:b w:val="0"/>
                <w:i w:val="0"/>
                <w:color w:val="231A2E"/>
                <w:sz w:val="18"/>
              </w:rPr>
              <w:t>Plain text</w:t>
            </w:r>
          </w:p>
        </w:tc>
        <w:tc>
          <w:tcPr>
            <w:tcW w:type="dxa" w:w="4173"/>
          </w:tcPr>
          <w:p>
            <w:r/>
            <w:r>
              <w:rPr>
                <w:rFonts w:ascii="Arial" w:hAnsi="Arial" w:cs="Arial" w:eastAsia="Arial"/>
                <w:b w:val="0"/>
                <w:i w:val="0"/>
                <w:color w:val="231A2E"/>
                <w:sz w:val="18"/>
              </w:rPr>
              <w:t>Placeholder: Type your full name</w:t>
            </w:r>
          </w:p>
        </w:tc>
      </w:tr>
      <w:tr>
        <w:tc>
          <w:tcPr>
            <w:tcW w:type="dxa" w:w="3577"/>
          </w:tcPr>
          <w:p>
            <w:r/>
            <w:r>
              <w:rPr>
                <w:rFonts w:ascii="Arial" w:hAnsi="Arial" w:cs="Arial" w:eastAsia="Arial"/>
                <w:b w:val="0"/>
                <w:i w:val="0"/>
                <w:color w:val="231A2E"/>
                <w:sz w:val="18"/>
              </w:rPr>
              <w:t>Date</w:t>
            </w:r>
          </w:p>
        </w:tc>
        <w:tc>
          <w:tcPr>
            <w:tcW w:type="dxa" w:w="2186"/>
          </w:tcPr>
          <w:p>
            <w:r/>
            <w:r>
              <w:rPr>
                <w:rFonts w:ascii="Arial" w:hAnsi="Arial" w:cs="Arial" w:eastAsia="Arial"/>
                <w:b w:val="0"/>
                <w:i w:val="0"/>
                <w:color w:val="231A2E"/>
                <w:sz w:val="18"/>
              </w:rPr>
              <w:t>Date picker</w:t>
            </w:r>
          </w:p>
        </w:tc>
        <w:tc>
          <w:tcPr>
            <w:tcW w:type="dxa" w:w="4173"/>
          </w:tcPr>
          <w:p>
            <w:r/>
            <w:r>
              <w:rPr>
                <w:rFonts w:ascii="Arial" w:hAnsi="Arial" w:cs="Arial" w:eastAsia="Arial"/>
                <w:b w:val="0"/>
                <w:i w:val="0"/>
                <w:color w:val="231A2E"/>
                <w:sz w:val="18"/>
              </w:rPr>
              <w:t>Date format: MMMM d, yyyy (for example, March 29, 2027)</w:t>
            </w:r>
          </w:p>
        </w:tc>
      </w:tr>
    </w:tbl>
    <w:p>
      <w:pPr>
        <w:spacing w:after="100" w:before="200"/>
      </w:pPr>
      <w:r>
        <w:rPr>
          <w:rFonts w:ascii="Arial" w:hAnsi="Arial" w:cs="Arial" w:eastAsia="Arial"/>
          <w:b w:val="0"/>
          <w:i/>
          <w:color w:val="5E5468"/>
          <w:sz w:val="18"/>
        </w:rPr>
        <w:t>Want the answers in one table instead of a pile of files? Rebuild the form online, or upload this Word file to HornetForms and its AI turns it into an online form for you to review. See the guide at hornetforms.com/blog/how-to-make-a-fillable-form.</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https://hornetforms.com/blog/how-to-make-a-fillable-form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i/>
      <w:color w:val="5E546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Sign-up form: fillable form starter</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