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Email survey kit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Five survey emails you can copy, and how to put answer links in them.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How to use this kit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Swap everything in [square brackets] for your own details, then send the email from your own email or newsletter tool.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An answer link opens your form with that answer already picked. The person still presses Submit to send it, and can change the answer first. Opening the link alone sends nothing.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Build the links with the free answer-link builder (email-survey-answer-links.xlsx). It makes one link per answer, with a source tag so you can tell which email each response came from.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What every survey email says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Who it's from: your name and your organization, from an address people know.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Why you're asking: one sentence on what you'll do with the answers.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long it takes: be honest, like "one question" or "about three minutes".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When it closes: a real date. Set the same date as the form's close date.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 first question or a clear link or button, near the top so it shows without scrolling.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Who to contact with a question: a reply-to address that a person reads.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How answer links look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 question in this example has the prefill parameter score, and the form has a hidden field named source. Each link adds the answer and the source to the form link: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4968"/>
        <w:gridCol w:w="4968"/>
      </w:tblGrid>
      <w:tr>
        <w:tc>
          <w:tcPr>
            <w:tcW w:type="dxa" w:w="119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Answer</w:t>
            </w:r>
          </w:p>
        </w:tc>
        <w:tc>
          <w:tcPr>
            <w:tcW w:type="dxa" w:w="874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Answer link</w:t>
            </w:r>
          </w:p>
        </w:tc>
      </w:tr>
      <w:tr>
        <w:trPr>
          <w:trHeight w:val="480"/>
        </w:trPr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0</w:t>
            </w:r>
          </w:p>
        </w:tc>
        <w:tc>
          <w:tcPr>
            <w:tcW w:type="dxa" w:w="87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https://forms.hornetforms.com/f/how-did-we-do?score=0&amp;source=2027-06-nps-email</w:t>
            </w:r>
          </w:p>
        </w:tc>
      </w:tr>
      <w:tr>
        <w:trPr>
          <w:trHeight w:val="480"/>
        </w:trPr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87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https://forms.hornetforms.com/f/how-did-we-do?score=1&amp;source=2027-06-nps-email</w:t>
            </w:r>
          </w:p>
        </w:tc>
      </w:tr>
      <w:tr>
        <w:trPr>
          <w:trHeight w:val="480"/>
        </w:trPr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87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https://forms.hornetforms.com/f/how-did-we-do?score=6&amp;source=2027-06-nps-email</w:t>
            </w:r>
          </w:p>
        </w:tc>
      </w:tr>
      <w:tr>
        <w:trPr>
          <w:trHeight w:val="480"/>
        </w:trPr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87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https://forms.hornetforms.com/f/how-did-we-do?score=7&amp;source=2027-06-nps-email</w:t>
            </w:r>
          </w:p>
        </w:tc>
      </w:tr>
      <w:tr>
        <w:trPr>
          <w:trHeight w:val="480"/>
        </w:trPr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</w:t>
            </w:r>
          </w:p>
        </w:tc>
        <w:tc>
          <w:tcPr>
            <w:tcW w:type="dxa" w:w="87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https://forms.hornetforms.com/f/how-did-we-do?score=9&amp;source=2027-06-nps-email</w:t>
            </w:r>
          </w:p>
        </w:tc>
      </w:tr>
      <w:tr>
        <w:trPr>
          <w:trHeight w:val="480"/>
        </w:trPr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</w:t>
            </w:r>
          </w:p>
        </w:tc>
        <w:tc>
          <w:tcPr>
            <w:tcW w:type="dxa" w:w="874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https://forms.hornetforms.com/f/how-did-we-do?score=10&amp;source=2027-06-nps-email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The example form link does not exist. Use the builder to make links for your own form.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The five emails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1. One-question NPS email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Use it for: Asking how likely people are to recommend you, with the 0 to 10 question in the email.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One quick question from [your company]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Other subject lines: How likely are you to recommend us?; [Name], 30 seconds to tell us how we did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Preview text: Pick a number from 0 to 10. It takes about 30 seconds.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You've been with [your company] for [time]. We'd love to know one thing: how likely are you to recommend us to a friend or colleague?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Pick a number below. The form opens with your number already picked, so you just press Submit. If you have a minute more, it asks one follow-up question.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[LINKED NUMBERS 0 TO 10]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0 = not likely, 10 = very likely.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We read every answer. The survey closes on [date].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name], [your role]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Links: Link each number from 0 to 10 to its answer link (Rating links tab, rows for 0 to 10).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2. Quick rating after an order or a visit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Use it for: A 1 to 5 satisfaction rating (CSAT) right after a purchase, an appointment or a support chat.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How was your [order / visit] on [day]?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Other subject lines: Quick question about your [order / visit]; Did we get it right, [name]?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Preview text: Tap a number from 1 to 5, then press Submit.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 for [your order / visiting us] on [day]. How happy were you with it?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[LINKED NUMBERS 1 TO 5]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1 = very unhappy, 5 = very happy.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Your pick opens a short form with that rating chosen. Press Submit to send it, or add a comment first. If something went wrong, tell us there and we'll get back to you.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Links: Set the builder to lowest 1 and highest 5, with the rating question's prefill parameter (for example rating).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3. Short survey with one button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Use it for: A survey of 3 to 10 questions, for example after an event, a course or a trial.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[Event name]: 3 minutes to tell us how it went?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Other subject lines: How was [event name]?; Help us plan the next [event]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Preview text: Five short questions. The survey closes on [date].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 for coming to [event name] on [date]. We're planning the next one and want to get it right.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Could you answer five short questions? It takes about three minutes.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[BUTTON: Take the 3-minute survey]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The survey is open until [date]. We'll share what we change in [month].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Links: Link the button (or a plain text link) to the Button link row of the builder. It carries the source tag but picks no answer.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4. One-question email poll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Use it for: Choosing a date, a topic or an option with a group: a team, members, parents or a class.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Quick vote: [what you're deciding]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Other subject lines: Which [day / topic] works for you?; [Group name]: quick vote on [topic]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Preview text: Pick one option. Voting closes on [date].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[everyone / 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We're picking [what you're deciding] for [event or month]. Which option works best for you?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[LINKED OPTION 1]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[LINKED OPTION 2]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[LINKED OPTION 3]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Your choice opens the form with it already picked. Press Submit to cast your vote. Voting closes on [date], and we'll share the result by [date].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Links: Type the options on the Poll links tab exactly as they read in your form, then link each option to its link.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Email 5. A second note for people who haven't answered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Use it for: Your own follow-up, sent once, a few days before the survey closes.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Subject: Still time to answer: [survey name] closes [day]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Other subject lines: Last few days for [survey name]; Did you see our one-question survey?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Preview text: One question, about 30 seconds. Closes on [date].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Hi [name],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 few days ago we asked [the question]. If you haven't had a chance yet, it's still open until [date].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[THE SAME LINKED NUMBERS, OPTIONS OR BUTTON AS THE FIRST EMAIL]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If you already answered, thank you, and please ignore this note.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Links: Use a new source value (for example 2027-06-nps-second) so you can see how many answers each email brought in. Send this note yourself, once, from your own email tool.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More subject lines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One question about [your company]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How did we do on [day]?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[Name], can you spare 30 seconds?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Help us improve [product / event]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Your vote: [topic]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Quick feedback before [date]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Before you send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Publish the form, then copy the form link from the Share tab into the builder.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Open every answer link in a browser. The form should open with that answer picked.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Send a test email to yourself and tap the links on your phone, not only on a computer.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Submit one test response and check that the source column shows the right value. Delete the test response.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Set the form's close date to match the date in your email.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Check the subject line and preview text on a phone screen.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What survey researchers say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AAPOR, Best Practices for Survey Research: "Online surveys may work well when the primary way you contact respondents is via email."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AAPOR, same page: "Keep respondent burden low by keeping questionnaires and individual questions short and limiting the number of difficult, sensitive, or open-ended questions."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Pew Research Center, U.S. Survey Methodology: "If most members in the population of interest have internet access, and email addresses are available for contacting them, the web often provides a convenient and inexpensive way to survey experts or other industry-based populations."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Both pages were read on 28 October 2026: aapor.org/standards-and-ethics/best-practices and pewresearch.org/u-s-survey-methodology.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Timing in this kit, like sending email 5 a few days before the survey closes, is our own suggestion. Change it to fit your audience.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https://hornetforms.com/blog/email-survey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survey kit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