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Donation request letter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Fill in the brackets, print it on your letterhead and sign it. Keep it to one page.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organization's name]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[Street address, city, state, ZIP]  |  [Phone]  |  [Email]  |  [Website]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[Date]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[Contact name]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[Business name]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[Business address]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Dear [contact name],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I'm writing on behalf of [organization name], a [nonprofit, school group or club] in [town] that [one line on what you do, for example: runs free reading clubs for 120 children each year].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 [event date], we're holding [event name] at [place]. We expect about [number] people, and every dollar we raise goes to [what it pays for, for example: books and snacks for the next school year].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Would [business name] consider donating [a specific ask, for example: a $50 gift card for our raffle, or pizza for 40 volunteers]? We need it by [date] so we can [list it in the program or plan the food].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To thank you, we will [the recognition you can offer, for example: list your business in the event program and thank you on our social media pages]. We send every donor a written thank-you letter once the gift arrives.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I've added a one-page request form with our details. You can tick your answer on it and hand it back, or reply at [link or QR code to your online reply form]. I'll check back with you on [your follow-up date].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 you for thinking it over.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Warm regards,</w:t>
      </w:r>
    </w:p>
    <w:p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[Your name], [role]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[Phone]  |  [Email]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Attach a copy of your proof of tax-exempt status (such as your IRS determination letter) if you have one and the business asks for it.</w:t>
      </w: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Donation request form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Filled in by the organization asking. Leave a copy with the business.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About us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Organization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 are a:     [    ] Registered nonprofit     [    ] School or school group     [    ] Community group or club     [    ] Other: 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Contact name and role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Email: ______________________________     Phone: 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we do, in one or two sentences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What we're asking for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Event or project name, date and place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We're asking for:     [    ] A gift card or product     [    ] A cash gift     [    ] An auction or raffle item     [    ] Food or drinks     [    ] A service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The specific ask (item, amount or service)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we'll use it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People we expect to reach: __________     We need it by: 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How we'll thank you (program listing, social media post, announcement, none needed)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Your reply (please tick one and hand it back)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    ] Yes, we can donate: ____________________________________________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    ] Not this time     [    ] Ask us again on: 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[    ] Please send the request to: ____________________________________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Pickup or drop-off date: ______________     Name: ______________________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Thank you. Once your gift arrives, we'll send you a written thank-you letter.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https://hornetforms.com/blog/donation-request-form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Donation request letter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