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Donation request form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[Business name] community giving     Requests for: ______________ (event dates or season)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Thanks for thinking of us. We review requests on [your review day or schedule] and reply to every request by email. Please send your request at least [number] weeks before your event.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Your organization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Organization name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Type of organization:     [    ] Registered nonprofit     [    ] School or school group     [    ] Community group or club     [    ] Other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If other, tell us about your group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Contact name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Email: ______________________________     Phone: 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Website or social media page (optional)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Your mission, in a sentence or two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Your request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What are you asking for?     [    ] Gift card or product     [    ] Cash gift     [    ] Auction or raffle item     [    ] Food or drinks     [    ] Service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Item, amount or service you're asking for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Event or project name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Event date: ______________     Expected attendance: 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Who does the event or project serve?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How would you recognize our gift?     [    ] Logo or name on printed materials     [    ] Social media post     [    ] Announcement at the event     [    ] None needed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Date you need a reply by: ______________     Has our business given to you before?     [    ] Yes     [    ] No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Delivery:     [    ] We'll pick it up     [    ] Please mail or deliver it     [    ] Send it electronically (gift card)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Proof of tax-exempt status, if you have it: attach a copy (such as your IRS determination letter)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Signature and date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For our office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Received on: ______________     Reviewed by: ______________________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Decision:     [    ] Yes     [    ] Partly: ________________     [    ] Not this time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Reply sent on: ______________     Gift handed over on: ______________</w:t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Why we ask: we use these details to review your request and to reply. Sending a request does not mean we can say yes to every one.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https://hornetforms.com/blog/donation-request-form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Donation request form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