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Deposit policy and wording kit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Fill in your policy once. Then copy the lines you need.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Please read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This is a template, not legal advice. Deposit rules differ by place. Check your local rules.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How to use this kit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Part 1 is a policy with blanks. Fill in each section in your own words and numbers.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Part 2 has lines to copy for your website, your quote, your booking form and your confirmation email, plus replies for pushback.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Swap everything in [square brackets] for your own details.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Use the same amount, dates and notice period everywhere you mention the deposit.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1. Your deposit policy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1. How much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 flat amount or a share of the price. Tie it to what you lose if the client cancels: the time you held and any costs you have paid.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To book, we ask for a deposit of [amount] / [share] of the price of the job.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2. When it is due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State it before the client says yes.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deposit is due [when you book / within ___ days of accepting the quote]. We hold your date once you pay the deposit.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3. What it covers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Say what the money is for. Clients accept a deposit more easily when they know why.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deposit holds your date and covers [the time we set aside / materials we order / other]. It comes off your final price.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4. If plans change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Cover moving a booking, cancelling and missing the appointment. Pick words you can follow every time.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 can move your booking [number] time(s) if you tell us at least [notice period] before. If you cancel, the deposit is [returned / kept / partly returned: say how much]. If you miss the appointment, [what happens].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5. If we cancel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Say what you will do if you are the one who cancels.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we have to cancel, we will [offer a new date / return the deposit in full / other].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6. How to pay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One clear way to pay beats three vague ones.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Pay your deposit [online in the booking form / by bank transfer / other]. We confirm your booking by email once it arrives.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7. If a deposit is returned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Say how and when, so nobody has to ask.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we return a deposit, we send it back the way you paid within [number] days.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version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Your policy in one paragraph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Put the seven sections together. Keep it short enough that a client reads it.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Check before you publish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Read your policy against the rules where you work, and ask a local lawyer to check your wording.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Check the amount, the dates and the notice period match on your website, quote, form and emails.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Read it out loud. If a sentence is hard to say, shorten it.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One example of a local rule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In California, the Contractors State License Board (CSLB) writes: "The down payment cannot be more than $1,000 or 10 percent of the contract price, whichever is less, for a home improvement job or swimming pool, excluding finance charges."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Source: CSLB, Learn About Home Improvement Contracts, https://www.cslb.ca.gov/Consumers/Hire_A_Contractor/Home_Improvement_Contracts/What_Is_A_Contract.aspx. Page checked on 27 October 2026.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This is one example from one place and one kind of work. Check the rules where you work.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This is a template, not legal advice. Deposit rules differ by place. Check your local rules.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2. Wording to copy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On your website or price list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To book, we ask for a deposit of [amount]. It holds your date and comes off your final price.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deposit is due [when you book]. We hold your date once you pay it.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 can read our full deposit and cancellation policy here: [link or page].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In your quote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Your quote is [price]. To book your date, we ask for a deposit of [amount]. It comes off the final price.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This quote is good until [date]. Once you pay the deposit, the date is yours.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Questions about the deposit? Reply to this message and we will explain.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On your booking form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Required tick box: I've read and agree to the deposit and cancellation policy.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Policy paragraph: Our deposit policy: a deposit holds your booking and comes off your final price. You can move your booking [number] time(s) with at least [notice period] notice. Late cancellations and missed appointments [keep the deposit / other].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Thank-you message: Thanks, you're nearly booked. We'll email you to confirm your date and time.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In your confirmation email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Your deposit is in, and we're holding [date and time] for you. The deposit comes off your final price. To move your booking, tell us at least [notice period] before.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When a client pushes back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Stay calm and stay short. Say what the deposit does, then say what your policy says.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98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 client says</w:t>
            </w:r>
          </w:p>
        </w:tc>
        <w:tc>
          <w:tcPr>
            <w:tcW w:type="dxa" w:w="695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You can say</w:t>
            </w:r>
          </w:p>
        </w:tc>
      </w:tr>
      <w:tr>
        <w:trPr>
          <w:trHeight w:val="480"/>
        </w:trPr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Why do I need a deposit?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The deposit holds your date. I turn other clients away for that time, so it keeps the date fair for both of us. It comes off your final price.</w:t>
            </w:r>
          </w:p>
        </w:tc>
      </w:tr>
      <w:tr>
        <w:trPr>
          <w:trHeight w:val="480"/>
        </w:trPr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I pay at the end instead?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 take the deposit up front for every booking, so the policy is the same for everyone. Once you pay it, the date is yours.</w:t>
            </w:r>
          </w:p>
        </w:tc>
      </w:tr>
      <w:tr>
        <w:trPr>
          <w:trHeight w:val="480"/>
        </w:trPr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I get the deposit back if plans change?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Here is what my policy says: [paste the sentence]. If you can move your booking with enough notice, we can pick a new date.</w:t>
            </w:r>
          </w:p>
        </w:tc>
      </w:tr>
      <w:tr>
        <w:trPr>
          <w:trHeight w:val="480"/>
        </w:trPr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I pay a smaller deposit?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The deposit for this service is [amount]. If that is a problem, tell me what is going on and we can talk about it.</w:t>
            </w:r>
          </w:p>
        </w:tc>
      </w:tr>
      <w:tr>
        <w:trPr>
          <w:trHeight w:val="480"/>
        </w:trPr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 paid, but I need to cancel.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Thanks for telling me early. Under my policy, [what happens]. If you want a new date, here are my next openings: [dates].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Three habits that help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State the deposit before the client says yes, not after.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Say it the same way every time, in the same words.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Keep it short. One clear sentence beats a paragraph.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3. Use it in your booking form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In HornetForms, open the Deposit booking request template. Replace its policy paragraph with your own text from Part 1 and keep the required tick box. Your clients agree to the policy before they book.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This is a template, not legal advice. Deposit rules differ by place. Check your local rules.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https://hornetforms.com/blog/how-to-ask-a-client-for-a-deposit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policy and wording kit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