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Creative brief template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Ten parts, one or two pages. Fill it in before anyone opens a design file.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Project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Requested by (name, team, email)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Date of this brief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to use this brief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Write short answers in plain words. If a part does not apply, write “n/a” so nobody wonders.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Agree on the brief before work starts. If the goal or the deadline changes later, update the brief first.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1. Project overview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is this, in two sentences? Name the product, offer or event.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2. Background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Why now? What happened, what did you try before, and what do you already know?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3. Goal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One main goal. What should people do, think or feel after they see it?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Main goal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How you will know it worked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4. Audience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exactly? What do they care about, and what stops them today?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5. Key message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The one thing they should remember, plus the facts that make it believable.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The one thing to remember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Reasons to believe it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6. Tone and style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Three words for how it should feel. Links to work you like, and work you don't.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Three words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References (links or file names)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7. Deliverables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Every piece you need, one per row. Be specific about format, size and how many versions.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83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Item</w:t>
            </w:r>
          </w:p>
        </w:tc>
        <w:tc>
          <w:tcPr>
            <w:tcW w:type="dxa" w:w="196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Channel</w:t>
            </w:r>
          </w:p>
        </w:tc>
        <w:tc>
          <w:tcPr>
            <w:tcW w:type="dxa" w:w="262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Format and size</w:t>
            </w:r>
          </w:p>
        </w:tc>
        <w:tc>
          <w:tcPr>
            <w:tcW w:type="dxa" w:w="120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Versions</w:t>
            </w:r>
          </w:p>
        </w:tc>
        <w:tc>
          <w:tcPr>
            <w:tcW w:type="dxa" w:w="131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Due</w:t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62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0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62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0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62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0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62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0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62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0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8. Mandatories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must appear: logo, colours, legal lines, call to action, links, hashtags.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9. Timeline and budget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441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Milestone</w:t>
            </w:r>
          </w:p>
        </w:tc>
        <w:tc>
          <w:tcPr>
            <w:tcW w:type="dxa" w:w="220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Date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Who</w:t>
            </w:r>
          </w:p>
        </w:tc>
      </w:tr>
      <w:tr>
        <w:trPr>
          <w:trHeight w:val="480"/>
        </w:trPr>
        <w:tc>
          <w:tcPr>
            <w:tcW w:type="dxa" w:w="441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First draft or concepts</w:t>
            </w:r>
          </w:p>
        </w:tc>
        <w:tc>
          <w:tcPr>
            <w:tcW w:type="dxa" w:w="220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1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Feedback back to the creative team</w:t>
            </w:r>
          </w:p>
        </w:tc>
        <w:tc>
          <w:tcPr>
            <w:tcW w:type="dxa" w:w="220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1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Final files</w:t>
            </w:r>
          </w:p>
        </w:tc>
        <w:tc>
          <w:tcPr>
            <w:tcW w:type="dxa" w:w="220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1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Goes live</w:t>
            </w:r>
          </w:p>
        </w:tc>
        <w:tc>
          <w:tcPr>
            <w:tcW w:type="dxa" w:w="220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Budget (and what it covers)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10. Feedback and sign-off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Name people, not teams. Fewer reviewers means faster work.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gives feedback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has the final say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Rounds of changes included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Before you send it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• The goal is one sentence, and you can tell whether it worked.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• The audience is a real group of people, not “everyone”.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• Every deliverable has a format, a size and a due date.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• The person with the final say has read this brief.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https://hornetforms.com/blog/creative-brief-template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brief template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