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80"/>
      </w:pPr>
      <w:r>
        <w:rPr>
          <w:rFonts w:ascii="Arial" w:hAnsi="Arial"/>
          <w:b/>
          <w:color w:val="231A2E"/>
          <w:sz w:val="44"/>
        </w:rPr>
        <w:t>Class sign-in sheet</w:t>
      </w:r>
    </w:p>
    <w:p>
      <w:pPr>
        <w:spacing w:after="80"/>
      </w:pPr>
      <w:r>
        <w:rPr>
          <w:rFonts w:ascii="Arial" w:hAnsi="Arial"/>
          <w:b w:val="0"/>
          <w:i w:val="0"/>
          <w:color w:val="5E5468"/>
          <w:sz w:val="21"/>
        </w:rPr>
        <w:t>Please print your name and add your initials when you arrive.</w:t>
      </w:r>
    </w:p>
    <w:p>
      <w:pPr>
        <w:spacing w:after="80"/>
      </w:pPr>
      <w:r>
        <w:rPr>
          <w:rFonts w:ascii="Arial" w:hAnsi="Arial"/>
          <w:b w:val="0"/>
          <w:i w:val="0"/>
          <w:color w:val="231A2E"/>
          <w:sz w:val="21"/>
        </w:rPr>
        <w:t>Class: ______________________________    Date: ________________    Instructor: 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72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#</w:t>
            </w:r>
          </w:p>
        </w:tc>
        <w:tc>
          <w:tcPr>
            <w:tcW w:type="dxa" w:w="4608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Name (print)</w:t>
            </w:r>
          </w:p>
        </w:tc>
        <w:tc>
          <w:tcPr>
            <w:tcW w:type="dxa" w:w="1584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Initials</w:t>
            </w:r>
          </w:p>
        </w:tc>
        <w:tc>
          <w:tcPr>
            <w:tcW w:type="dxa" w:w="3168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Notes</w:t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17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19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21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type="dxa" w:w="720"/>
          </w:tcPr>
          <w:p>
            <w:r/>
            <w:r>
              <w:rPr>
                <w:rFonts w:ascii="Arial" w:hAnsi="Arial"/>
                <w:sz w:val="20"/>
              </w:rPr>
              <w:t>22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sz w:val="20"/>
              </w:rPr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5E5468"/>
          <w:sz w:val="17"/>
        </w:rPr>
        <w:t>Made by HornetForms, https://hornetforms.com/blog/cpr-class-registration-form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