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 w:before="0"/>
        <w:ind w:left="0"/>
      </w:pPr>
      <w:r>
        <w:rPr>
          <w:rFonts w:ascii="Arial" w:hAnsi="Arial"/>
          <w:b/>
          <w:i w:val="0"/>
          <w:color w:val="231A2E"/>
          <w:sz w:val="44"/>
        </w:rPr>
        <w:t>Class sign-in sheet</w:t>
      </w:r>
    </w:p>
    <w:p>
      <w:pPr>
        <w:spacing w:after="240" w:before="0"/>
        <w:ind w:left="0"/>
      </w:pPr>
      <w:r>
        <w:rPr>
          <w:rFonts w:ascii="Arial" w:hAnsi="Arial"/>
          <w:b w:val="0"/>
          <w:i w:val="0"/>
          <w:color w:val="5E5468"/>
          <w:sz w:val="22"/>
        </w:rPr>
        <w:t>Print this and keep it by the door. Write your name, the time you arrived and your initials.</w:t>
      </w:r>
    </w:p>
    <w:p>
      <w:pPr>
        <w:spacing w:after="120" w:before="0"/>
        <w:ind w:left="0"/>
      </w:pPr>
      <w:r>
        <w:rPr>
          <w:rFonts w:ascii="Arial" w:hAnsi="Arial"/>
          <w:b w:val="0"/>
          <w:i/>
          <w:color w:val="5E5468"/>
          <w:sz w:val="18"/>
        </w:rPr>
        <w:t>Initials only, no signature needed. Keep this sheet somewhere private after class.</w:t>
      </w:r>
    </w:p>
    <w:p>
      <w:pPr>
        <w:spacing w:after="160" w:before="0"/>
        <w:ind w:left="0"/>
      </w:pPr>
      <w:r>
        <w:rPr>
          <w:rFonts w:ascii="Arial" w:hAnsi="Arial"/>
          <w:b w:val="0"/>
          <w:i w:val="0"/>
          <w:color w:val="231A2E"/>
          <w:sz w:val="22"/>
        </w:rPr>
        <w:t>Class: ________________________________________</w:t>
      </w:r>
    </w:p>
    <w:p>
      <w:pPr>
        <w:spacing w:after="160" w:before="0"/>
        <w:ind w:left="0"/>
      </w:pPr>
      <w:r>
        <w:rPr>
          <w:rFonts w:ascii="Arial" w:hAnsi="Arial"/>
          <w:b w:val="0"/>
          <w:i w:val="0"/>
          <w:color w:val="231A2E"/>
          <w:sz w:val="22"/>
        </w:rPr>
        <w:t>Date: ________________________________________</w:t>
      </w:r>
    </w:p>
    <w:p>
      <w:pPr>
        <w:spacing w:after="160" w:before="0"/>
        <w:ind w:left="0"/>
      </w:pPr>
      <w:r>
        <w:rPr>
          <w:rFonts w:ascii="Arial" w:hAnsi="Arial"/>
          <w:b w:val="0"/>
          <w:i w:val="0"/>
          <w:color w:val="231A2E"/>
          <w:sz w:val="22"/>
        </w:rPr>
        <w:t>Teacher: ________________________________________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648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#</w:t>
            </w:r>
          </w:p>
        </w:tc>
        <w:tc>
          <w:tcPr>
            <w:tcW w:type="dxa" w:w="4896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Name</w:t>
            </w:r>
          </w:p>
        </w:tc>
        <w:tc>
          <w:tcPr>
            <w:tcW w:type="dxa" w:w="1728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Time in</w:t>
            </w:r>
          </w:p>
        </w:tc>
        <w:tc>
          <w:tcPr>
            <w:tcW w:type="dxa" w:w="1728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Initials</w:t>
            </w:r>
          </w:p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1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2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3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4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5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6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7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8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9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10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11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12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13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14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15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16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17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18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19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20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21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rPr>
          <w:trHeight w:val="446"/>
          <w:trHeight w:val="446" w:hRule="atLeast"/>
        </w:trPr>
        <w:tc>
          <w:tcPr>
            <w:tcW w:type="dxa" w:w="648"/>
          </w:tcPr>
          <w:p>
            <w:r>
              <w:rPr>
                <w:rFonts w:ascii="Arial" w:hAnsi="Arial"/>
                <w:color w:val="5E5468"/>
                <w:sz w:val="18"/>
              </w:rPr>
              <w:t>22</w:t>
            </w:r>
          </w:p>
        </w:tc>
        <w:tc>
          <w:tcPr>
            <w:tcW w:type="dxa" w:w="4896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sign-in sheet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