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[Bakery name] cake order form</w:t>
      </w:r>
    </w:p>
    <w:p>
      <w:pPr>
        <w:spacing w:after="200"/>
      </w:pPr>
      <w:r>
        <w:rPr>
          <w:rFonts w:ascii="Arial" w:hAnsi="Arial" w:cs="Arial" w:eastAsia="Arial"/>
          <w:b w:val="0"/>
          <w:i w:val="0"/>
          <w:color w:val="5E5468"/>
          <w:sz w:val="22"/>
        </w:rPr>
        <w:t>Fill in one form per cake. We confirm every order, the price and the deposit with you before we start. Return it to [the counter, email address or phone number].</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Before you order</w:t>
            </w:r>
          </w:p>
          <w:p>
            <w:r>
              <w:rPr>
                <w:rFonts w:ascii="Arial" w:hAnsi="Arial" w:cs="Arial" w:eastAsia="Arial"/>
                <w:b w:val="0"/>
                <w:i w:val="0"/>
                <w:color w:val="231A2E"/>
                <w:sz w:val="20"/>
              </w:rPr>
              <w:t>We need at least [7] days' notice for most cakes and [14] days for tiered cakes.</w:t>
            </w:r>
          </w:p>
          <w:p>
            <w:r>
              <w:rPr>
                <w:rFonts w:ascii="Arial" w:hAnsi="Arial" w:cs="Arial" w:eastAsia="Arial"/>
                <w:b w:val="0"/>
                <w:i w:val="0"/>
                <w:color w:val="231A2E"/>
                <w:sz w:val="20"/>
              </w:rPr>
              <w:t>Your date is held once we confirm the order and your deposit of [half the total] is in.</w:t>
            </w:r>
          </w:p>
          <w:p>
            <w:r>
              <w:rPr>
                <w:rFonts w:ascii="Arial" w:hAnsi="Arial" w:cs="Arial" w:eastAsia="Arial"/>
                <w:b w:val="0"/>
                <w:i w:val="0"/>
                <w:color w:val="231A2E"/>
                <w:sz w:val="20"/>
              </w:rPr>
              <w:t>Cakes are made in [a home kitchen or our bakery]. Read the allergy section before you order.</w:t>
            </w:r>
          </w:p>
        </w:tc>
      </w:tr>
    </w:tbl>
    <w:p>
      <w:pPr>
        <w:spacing w:after="40"/>
      </w:pPr>
    </w:p>
    <w:p>
      <w:pPr>
        <w:keepNext/>
        <w:spacing w:before="240" w:after="80"/>
      </w:pPr>
      <w:r>
        <w:rPr>
          <w:rFonts w:ascii="Arial" w:hAnsi="Arial" w:cs="Arial" w:eastAsia="Arial"/>
          <w:b/>
          <w:i w:val="0"/>
          <w:color w:val="231A2E"/>
          <w:sz w:val="28"/>
        </w:rPr>
        <w:t>1. About you</w:t>
      </w:r>
    </w:p>
    <w:p>
      <w:pPr>
        <w:keepNext/>
        <w:spacing w:after="20"/>
      </w:pPr>
      <w:r>
        <w:rPr>
          <w:rFonts w:ascii="Arial" w:hAnsi="Arial" w:cs="Arial" w:eastAsia="Arial"/>
          <w:b/>
          <w:i w:val="0"/>
          <w:color w:val="231A2E"/>
          <w:sz w:val="20"/>
        </w:rPr>
        <w:t>Your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Best phone number</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Email (for your order confirmation)</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2. Your event</w:t>
      </w:r>
    </w:p>
    <w:p>
      <w:pPr>
        <w:keepNext/>
        <w:spacing w:after="20"/>
      </w:pPr>
      <w:r>
        <w:rPr>
          <w:rFonts w:ascii="Arial" w:hAnsi="Arial" w:cs="Arial" w:eastAsia="Arial"/>
          <w:b/>
          <w:i w:val="0"/>
          <w:color w:val="231A2E"/>
          <w:sz w:val="20"/>
        </w:rPr>
        <w:t>What is the cake for? (birthday, wedding, office party, other)</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Date of the event</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Pickup or delivery?   [ ] Pickup at [address]   [ ] Delivery (we deliver within [area] for [fee])</w:t>
      </w:r>
    </w:p>
    <w:p>
      <w:pPr>
        <w:keepNext/>
        <w:spacing w:after="20"/>
      </w:pPr>
      <w:r>
        <w:rPr>
          <w:rFonts w:ascii="Arial" w:hAnsi="Arial" w:cs="Arial" w:eastAsia="Arial"/>
          <w:b/>
          <w:i w:val="0"/>
          <w:color w:val="231A2E"/>
          <w:sz w:val="20"/>
        </w:rPr>
        <w:t>Pickup or delivery date and time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Delivery address (only if you picked delivery)</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3. Size and servings</w:t>
      </w:r>
    </w:p>
    <w:p>
      <w:pPr>
        <w:spacing w:after="100"/>
      </w:pPr>
      <w:r>
        <w:rPr>
          <w:rFonts w:ascii="Arial" w:hAnsi="Arial" w:cs="Arial" w:eastAsia="Arial"/>
          <w:b w:val="0"/>
          <w:i w:val="0"/>
          <w:color w:val="231A2E"/>
          <w:sz w:val="20"/>
        </w:rPr>
        <w:t>Pick one. Servings and prices are our guide for this menu; we confirm the final price with you.</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1340"/>
            <w:shd w:val="clear" w:color="auto" w:fill="231A2E"/>
          </w:tcPr>
          <w:p>
            <w:r/>
            <w:r>
              <w:rPr>
                <w:rFonts w:ascii="Arial" w:hAnsi="Arial" w:cs="Arial" w:eastAsia="Arial"/>
                <w:b/>
                <w:i w:val="0"/>
                <w:color w:val="FBF5E9"/>
                <w:sz w:val="18"/>
              </w:rPr>
              <w:t>Pick one</w:t>
            </w:r>
          </w:p>
        </w:tc>
        <w:tc>
          <w:tcPr>
            <w:tcW w:type="dxa" w:w="3907"/>
            <w:shd w:val="clear" w:color="auto" w:fill="231A2E"/>
          </w:tcPr>
          <w:p>
            <w:r/>
            <w:r>
              <w:rPr>
                <w:rFonts w:ascii="Arial" w:hAnsi="Arial" w:cs="Arial" w:eastAsia="Arial"/>
                <w:b/>
                <w:i w:val="0"/>
                <w:color w:val="FBF5E9"/>
                <w:sz w:val="18"/>
              </w:rPr>
              <w:t>Size</w:t>
            </w:r>
          </w:p>
        </w:tc>
        <w:tc>
          <w:tcPr>
            <w:tcW w:type="dxa" w:w="2456"/>
            <w:shd w:val="clear" w:color="auto" w:fill="231A2E"/>
          </w:tcPr>
          <w:p>
            <w:r/>
            <w:r>
              <w:rPr>
                <w:rFonts w:ascii="Arial" w:hAnsi="Arial" w:cs="Arial" w:eastAsia="Arial"/>
                <w:b/>
                <w:i w:val="0"/>
                <w:color w:val="FBF5E9"/>
                <w:sz w:val="18"/>
              </w:rPr>
              <w:t>Serves about</w:t>
            </w:r>
          </w:p>
        </w:tc>
        <w:tc>
          <w:tcPr>
            <w:tcW w:type="dxa" w:w="2233"/>
            <w:shd w:val="clear" w:color="auto" w:fill="231A2E"/>
          </w:tcPr>
          <w:p>
            <w:r/>
            <w:r>
              <w:rPr>
                <w:rFonts w:ascii="Arial" w:hAnsi="Arial" w:cs="Arial" w:eastAsia="Arial"/>
                <w:b/>
                <w:i w:val="0"/>
                <w:color w:val="FBF5E9"/>
                <w:sz w:val="18"/>
              </w:rPr>
              <w:t>Price</w:t>
            </w:r>
          </w:p>
        </w:tc>
      </w:tr>
      <w:tr>
        <w:trPr>
          <w:trHeight w:val="480"/>
        </w:trPr>
        <w:tc>
          <w:tcPr>
            <w:tcW w:type="dxa" w:w="1340"/>
          </w:tcPr>
          <w:p>
            <w:r/>
            <w:r>
              <w:rPr>
                <w:rFonts w:ascii="Arial" w:hAnsi="Arial" w:cs="Arial" w:eastAsia="Arial"/>
                <w:b w:val="0"/>
                <w:i w:val="0"/>
                <w:color w:val="231A2E"/>
                <w:sz w:val="18"/>
              </w:rPr>
              <w:t>[ ]</w:t>
            </w:r>
          </w:p>
        </w:tc>
        <w:tc>
          <w:tcPr>
            <w:tcW w:type="dxa" w:w="3907"/>
          </w:tcPr>
          <w:p>
            <w:r/>
            <w:r>
              <w:rPr>
                <w:rFonts w:ascii="Arial" w:hAnsi="Arial" w:cs="Arial" w:eastAsia="Arial"/>
                <w:b w:val="0"/>
                <w:i w:val="0"/>
                <w:color w:val="231A2E"/>
                <w:sz w:val="18"/>
              </w:rPr>
              <w:t>6-inch round</w:t>
            </w:r>
          </w:p>
        </w:tc>
        <w:tc>
          <w:tcPr>
            <w:tcW w:type="dxa" w:w="2456"/>
          </w:tcPr>
          <w:p>
            <w:r/>
            <w:r>
              <w:rPr>
                <w:rFonts w:ascii="Arial" w:hAnsi="Arial" w:cs="Arial" w:eastAsia="Arial"/>
                <w:b w:val="0"/>
                <w:i w:val="0"/>
                <w:color w:val="231A2E"/>
                <w:sz w:val="18"/>
              </w:rPr>
            </w:r>
          </w:p>
        </w:tc>
        <w:tc>
          <w:tcPr>
            <w:tcW w:type="dxa" w:w="2233"/>
          </w:tcPr>
          <w:p>
            <w:r/>
            <w:r>
              <w:rPr>
                <w:rFonts w:ascii="Arial" w:hAnsi="Arial" w:cs="Arial" w:eastAsia="Arial"/>
                <w:b w:val="0"/>
                <w:i w:val="0"/>
                <w:color w:val="231A2E"/>
                <w:sz w:val="18"/>
              </w:rPr>
              <w:t>$</w:t>
            </w:r>
          </w:p>
        </w:tc>
      </w:tr>
      <w:tr>
        <w:trPr>
          <w:trHeight w:val="480"/>
        </w:trPr>
        <w:tc>
          <w:tcPr>
            <w:tcW w:type="dxa" w:w="1340"/>
          </w:tcPr>
          <w:p>
            <w:r/>
            <w:r>
              <w:rPr>
                <w:rFonts w:ascii="Arial" w:hAnsi="Arial" w:cs="Arial" w:eastAsia="Arial"/>
                <w:b w:val="0"/>
                <w:i w:val="0"/>
                <w:color w:val="231A2E"/>
                <w:sz w:val="18"/>
              </w:rPr>
              <w:t>[ ]</w:t>
            </w:r>
          </w:p>
        </w:tc>
        <w:tc>
          <w:tcPr>
            <w:tcW w:type="dxa" w:w="3907"/>
          </w:tcPr>
          <w:p>
            <w:r/>
            <w:r>
              <w:rPr>
                <w:rFonts w:ascii="Arial" w:hAnsi="Arial" w:cs="Arial" w:eastAsia="Arial"/>
                <w:b w:val="0"/>
                <w:i w:val="0"/>
                <w:color w:val="231A2E"/>
                <w:sz w:val="18"/>
              </w:rPr>
              <w:t>8-inch round</w:t>
            </w:r>
          </w:p>
        </w:tc>
        <w:tc>
          <w:tcPr>
            <w:tcW w:type="dxa" w:w="2456"/>
          </w:tcPr>
          <w:p>
            <w:r/>
            <w:r>
              <w:rPr>
                <w:rFonts w:ascii="Arial" w:hAnsi="Arial" w:cs="Arial" w:eastAsia="Arial"/>
                <w:b w:val="0"/>
                <w:i w:val="0"/>
                <w:color w:val="231A2E"/>
                <w:sz w:val="18"/>
              </w:rPr>
            </w:r>
          </w:p>
        </w:tc>
        <w:tc>
          <w:tcPr>
            <w:tcW w:type="dxa" w:w="2233"/>
          </w:tcPr>
          <w:p>
            <w:r/>
            <w:r>
              <w:rPr>
                <w:rFonts w:ascii="Arial" w:hAnsi="Arial" w:cs="Arial" w:eastAsia="Arial"/>
                <w:b w:val="0"/>
                <w:i w:val="0"/>
                <w:color w:val="231A2E"/>
                <w:sz w:val="18"/>
              </w:rPr>
              <w:t>$</w:t>
            </w:r>
          </w:p>
        </w:tc>
      </w:tr>
      <w:tr>
        <w:trPr>
          <w:trHeight w:val="480"/>
        </w:trPr>
        <w:tc>
          <w:tcPr>
            <w:tcW w:type="dxa" w:w="1340"/>
          </w:tcPr>
          <w:p>
            <w:r/>
            <w:r>
              <w:rPr>
                <w:rFonts w:ascii="Arial" w:hAnsi="Arial" w:cs="Arial" w:eastAsia="Arial"/>
                <w:b w:val="0"/>
                <w:i w:val="0"/>
                <w:color w:val="231A2E"/>
                <w:sz w:val="18"/>
              </w:rPr>
              <w:t>[ ]</w:t>
            </w:r>
          </w:p>
        </w:tc>
        <w:tc>
          <w:tcPr>
            <w:tcW w:type="dxa" w:w="3907"/>
          </w:tcPr>
          <w:p>
            <w:r/>
            <w:r>
              <w:rPr>
                <w:rFonts w:ascii="Arial" w:hAnsi="Arial" w:cs="Arial" w:eastAsia="Arial"/>
                <w:b w:val="0"/>
                <w:i w:val="0"/>
                <w:color w:val="231A2E"/>
                <w:sz w:val="18"/>
              </w:rPr>
              <w:t>10-inch round</w:t>
            </w:r>
          </w:p>
        </w:tc>
        <w:tc>
          <w:tcPr>
            <w:tcW w:type="dxa" w:w="2456"/>
          </w:tcPr>
          <w:p>
            <w:r/>
            <w:r>
              <w:rPr>
                <w:rFonts w:ascii="Arial" w:hAnsi="Arial" w:cs="Arial" w:eastAsia="Arial"/>
                <w:b w:val="0"/>
                <w:i w:val="0"/>
                <w:color w:val="231A2E"/>
                <w:sz w:val="18"/>
              </w:rPr>
            </w:r>
          </w:p>
        </w:tc>
        <w:tc>
          <w:tcPr>
            <w:tcW w:type="dxa" w:w="2233"/>
          </w:tcPr>
          <w:p>
            <w:r/>
            <w:r>
              <w:rPr>
                <w:rFonts w:ascii="Arial" w:hAnsi="Arial" w:cs="Arial" w:eastAsia="Arial"/>
                <w:b w:val="0"/>
                <w:i w:val="0"/>
                <w:color w:val="231A2E"/>
                <w:sz w:val="18"/>
              </w:rPr>
              <w:t>$</w:t>
            </w:r>
          </w:p>
        </w:tc>
      </w:tr>
      <w:tr>
        <w:trPr>
          <w:trHeight w:val="480"/>
        </w:trPr>
        <w:tc>
          <w:tcPr>
            <w:tcW w:type="dxa" w:w="1340"/>
          </w:tcPr>
          <w:p>
            <w:r/>
            <w:r>
              <w:rPr>
                <w:rFonts w:ascii="Arial" w:hAnsi="Arial" w:cs="Arial" w:eastAsia="Arial"/>
                <w:b w:val="0"/>
                <w:i w:val="0"/>
                <w:color w:val="231A2E"/>
                <w:sz w:val="18"/>
              </w:rPr>
              <w:t>[ ]</w:t>
            </w:r>
          </w:p>
        </w:tc>
        <w:tc>
          <w:tcPr>
            <w:tcW w:type="dxa" w:w="3907"/>
          </w:tcPr>
          <w:p>
            <w:r/>
            <w:r>
              <w:rPr>
                <w:rFonts w:ascii="Arial" w:hAnsi="Arial" w:cs="Arial" w:eastAsia="Arial"/>
                <w:b w:val="0"/>
                <w:i w:val="0"/>
                <w:color w:val="231A2E"/>
                <w:sz w:val="18"/>
              </w:rPr>
              <w:t>Two-tier</w:t>
            </w:r>
          </w:p>
        </w:tc>
        <w:tc>
          <w:tcPr>
            <w:tcW w:type="dxa" w:w="2456"/>
          </w:tcPr>
          <w:p>
            <w:r/>
            <w:r>
              <w:rPr>
                <w:rFonts w:ascii="Arial" w:hAnsi="Arial" w:cs="Arial" w:eastAsia="Arial"/>
                <w:b w:val="0"/>
                <w:i w:val="0"/>
                <w:color w:val="231A2E"/>
                <w:sz w:val="18"/>
              </w:rPr>
            </w:r>
          </w:p>
        </w:tc>
        <w:tc>
          <w:tcPr>
            <w:tcW w:type="dxa" w:w="2233"/>
          </w:tcPr>
          <w:p>
            <w:r/>
            <w:r>
              <w:rPr>
                <w:rFonts w:ascii="Arial" w:hAnsi="Arial" w:cs="Arial" w:eastAsia="Arial"/>
                <w:b w:val="0"/>
                <w:i w:val="0"/>
                <w:color w:val="231A2E"/>
                <w:sz w:val="18"/>
              </w:rPr>
              <w:t>$</w:t>
            </w:r>
          </w:p>
        </w:tc>
      </w:tr>
      <w:tr>
        <w:trPr>
          <w:trHeight w:val="480"/>
        </w:trPr>
        <w:tc>
          <w:tcPr>
            <w:tcW w:type="dxa" w:w="1340"/>
          </w:tcPr>
          <w:p>
            <w:r/>
            <w:r>
              <w:rPr>
                <w:rFonts w:ascii="Arial" w:hAnsi="Arial" w:cs="Arial" w:eastAsia="Arial"/>
                <w:b w:val="0"/>
                <w:i w:val="0"/>
                <w:color w:val="231A2E"/>
                <w:sz w:val="18"/>
              </w:rPr>
              <w:t>[ ]</w:t>
            </w:r>
          </w:p>
        </w:tc>
        <w:tc>
          <w:tcPr>
            <w:tcW w:type="dxa" w:w="3907"/>
          </w:tcPr>
          <w:p>
            <w:r/>
            <w:r>
              <w:rPr>
                <w:rFonts w:ascii="Arial" w:hAnsi="Arial" w:cs="Arial" w:eastAsia="Arial"/>
                <w:b w:val="0"/>
                <w:i w:val="0"/>
                <w:color w:val="231A2E"/>
                <w:sz w:val="18"/>
              </w:rPr>
              <w:t>Quarter sheet</w:t>
            </w:r>
          </w:p>
        </w:tc>
        <w:tc>
          <w:tcPr>
            <w:tcW w:type="dxa" w:w="2456"/>
          </w:tcPr>
          <w:p>
            <w:r/>
            <w:r>
              <w:rPr>
                <w:rFonts w:ascii="Arial" w:hAnsi="Arial" w:cs="Arial" w:eastAsia="Arial"/>
                <w:b w:val="0"/>
                <w:i w:val="0"/>
                <w:color w:val="231A2E"/>
                <w:sz w:val="18"/>
              </w:rPr>
            </w:r>
          </w:p>
        </w:tc>
        <w:tc>
          <w:tcPr>
            <w:tcW w:type="dxa" w:w="2233"/>
          </w:tcPr>
          <w:p>
            <w:r/>
            <w:r>
              <w:rPr>
                <w:rFonts w:ascii="Arial" w:hAnsi="Arial" w:cs="Arial" w:eastAsia="Arial"/>
                <w:b w:val="0"/>
                <w:i w:val="0"/>
                <w:color w:val="231A2E"/>
                <w:sz w:val="18"/>
              </w:rPr>
              <w:t>$</w:t>
            </w:r>
          </w:p>
        </w:tc>
      </w:tr>
      <w:tr>
        <w:trPr>
          <w:trHeight w:val="480"/>
        </w:trPr>
        <w:tc>
          <w:tcPr>
            <w:tcW w:type="dxa" w:w="1340"/>
          </w:tcPr>
          <w:p>
            <w:r/>
            <w:r>
              <w:rPr>
                <w:rFonts w:ascii="Arial" w:hAnsi="Arial" w:cs="Arial" w:eastAsia="Arial"/>
                <w:b w:val="0"/>
                <w:i w:val="0"/>
                <w:color w:val="231A2E"/>
                <w:sz w:val="18"/>
              </w:rPr>
              <w:t>[ ]</w:t>
            </w:r>
          </w:p>
        </w:tc>
        <w:tc>
          <w:tcPr>
            <w:tcW w:type="dxa" w:w="3907"/>
          </w:tcPr>
          <w:p>
            <w:r/>
            <w:r>
              <w:rPr>
                <w:rFonts w:ascii="Arial" w:hAnsi="Arial" w:cs="Arial" w:eastAsia="Arial"/>
                <w:b w:val="0"/>
                <w:i w:val="0"/>
                <w:color w:val="231A2E"/>
                <w:sz w:val="18"/>
              </w:rPr>
              <w:t>Half sheet</w:t>
            </w:r>
          </w:p>
        </w:tc>
        <w:tc>
          <w:tcPr>
            <w:tcW w:type="dxa" w:w="2456"/>
          </w:tcPr>
          <w:p>
            <w:r/>
            <w:r>
              <w:rPr>
                <w:rFonts w:ascii="Arial" w:hAnsi="Arial" w:cs="Arial" w:eastAsia="Arial"/>
                <w:b w:val="0"/>
                <w:i w:val="0"/>
                <w:color w:val="231A2E"/>
                <w:sz w:val="18"/>
              </w:rPr>
            </w:r>
          </w:p>
        </w:tc>
        <w:tc>
          <w:tcPr>
            <w:tcW w:type="dxa" w:w="2233"/>
          </w:tcPr>
          <w:p>
            <w:r/>
            <w:r>
              <w:rPr>
                <w:rFonts w:ascii="Arial" w:hAnsi="Arial" w:cs="Arial" w:eastAsia="Arial"/>
                <w:b w:val="0"/>
                <w:i w:val="0"/>
                <w:color w:val="231A2E"/>
                <w:sz w:val="18"/>
              </w:rPr>
              <w:t>$</w:t>
            </w:r>
          </w:p>
        </w:tc>
      </w:tr>
      <w:tr>
        <w:trPr>
          <w:trHeight w:val="480"/>
        </w:trPr>
        <w:tc>
          <w:tcPr>
            <w:tcW w:type="dxa" w:w="1340"/>
          </w:tcPr>
          <w:p>
            <w:r/>
            <w:r>
              <w:rPr>
                <w:rFonts w:ascii="Arial" w:hAnsi="Arial" w:cs="Arial" w:eastAsia="Arial"/>
                <w:b w:val="0"/>
                <w:i w:val="0"/>
                <w:color w:val="231A2E"/>
                <w:sz w:val="18"/>
              </w:rPr>
              <w:t>[ ]</w:t>
            </w:r>
          </w:p>
        </w:tc>
        <w:tc>
          <w:tcPr>
            <w:tcW w:type="dxa" w:w="3907"/>
          </w:tcPr>
          <w:p>
            <w:r/>
            <w:r>
              <w:rPr>
                <w:rFonts w:ascii="Arial" w:hAnsi="Arial" w:cs="Arial" w:eastAsia="Arial"/>
                <w:b w:val="0"/>
                <w:i w:val="0"/>
                <w:color w:val="231A2E"/>
                <w:sz w:val="18"/>
              </w:rPr>
              <w:t>Cupcakes (dozen)</w:t>
            </w:r>
          </w:p>
        </w:tc>
        <w:tc>
          <w:tcPr>
            <w:tcW w:type="dxa" w:w="2456"/>
          </w:tcPr>
          <w:p>
            <w:r/>
            <w:r>
              <w:rPr>
                <w:rFonts w:ascii="Arial" w:hAnsi="Arial" w:cs="Arial" w:eastAsia="Arial"/>
                <w:b w:val="0"/>
                <w:i w:val="0"/>
                <w:color w:val="231A2E"/>
                <w:sz w:val="18"/>
              </w:rPr>
            </w:r>
          </w:p>
        </w:tc>
        <w:tc>
          <w:tcPr>
            <w:tcW w:type="dxa" w:w="2233"/>
          </w:tcPr>
          <w:p>
            <w:r/>
            <w:r>
              <w:rPr>
                <w:rFonts w:ascii="Arial" w:hAnsi="Arial" w:cs="Arial" w:eastAsia="Arial"/>
                <w:b w:val="0"/>
                <w:i w:val="0"/>
                <w:color w:val="231A2E"/>
                <w:sz w:val="18"/>
              </w:rPr>
              <w:t>$</w:t>
            </w:r>
          </w:p>
        </w:tc>
      </w:tr>
    </w:tbl>
    <w:p>
      <w:pPr>
        <w:spacing w:after="40"/>
      </w:pPr>
    </w:p>
    <w:p>
      <w:pPr>
        <w:keepNext/>
        <w:spacing w:after="20"/>
      </w:pPr>
      <w:r>
        <w:rPr>
          <w:rFonts w:ascii="Arial" w:hAnsi="Arial" w:cs="Arial" w:eastAsia="Arial"/>
          <w:b/>
          <w:i w:val="0"/>
          <w:color w:val="231A2E"/>
          <w:sz w:val="20"/>
        </w:rPr>
        <w:t>How many people are you feeding? (if you are not sure which size fits)</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For cupcakes: how many dozen?</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4. Flavor and design</w:t>
      </w:r>
    </w:p>
    <w:p>
      <w:pPr>
        <w:spacing w:after="100"/>
      </w:pPr>
      <w:r>
        <w:rPr>
          <w:rFonts w:ascii="Arial" w:hAnsi="Arial" w:cs="Arial" w:eastAsia="Arial"/>
          <w:b w:val="0"/>
          <w:i w:val="0"/>
          <w:color w:val="231A2E"/>
          <w:sz w:val="20"/>
        </w:rPr>
        <w:t>Cake flavor:   [ ] Vanilla   [ ] Chocolate   [ ] Lemon   [ ] Red velvet   [ ] Carrot   [ ] Other: ____________</w:t>
      </w:r>
    </w:p>
    <w:p>
      <w:pPr>
        <w:keepNext/>
        <w:spacing w:after="20"/>
      </w:pPr>
      <w:r>
        <w:rPr>
          <w:rFonts w:ascii="Arial" w:hAnsi="Arial" w:cs="Arial" w:eastAsia="Arial"/>
          <w:b/>
          <w:i w:val="0"/>
          <w:color w:val="231A2E"/>
          <w:sz w:val="20"/>
        </w:rPr>
        <w:t>Filling and frosting (for example: buttercream, chocolate ganache)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Colors</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Writing on the cake (spell names exactly as you want them)</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Design notes: theme, decorations, toppers, anything you have in mind</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Inspiration photo:   [ ] I will email or text a photo to [email or phone], with my name in the message   [ ] I will show you when we talk   [ ] No photo, surprise me</w:t>
      </w:r>
    </w:p>
    <w:p>
      <w:pPr>
        <w:keepNext/>
        <w:spacing w:before="240" w:after="80"/>
      </w:pPr>
      <w:r>
        <w:rPr>
          <w:rFonts w:ascii="Arial" w:hAnsi="Arial" w:cs="Arial" w:eastAsia="Arial"/>
          <w:b/>
          <w:i w:val="0"/>
          <w:color w:val="231A2E"/>
          <w:sz w:val="28"/>
        </w:rPr>
        <w:t>5. Allergies</w:t>
      </w:r>
    </w:p>
    <w:p>
      <w:pPr>
        <w:keepNext/>
        <w:spacing w:after="20"/>
      </w:pPr>
      <w:r>
        <w:rPr>
          <w:rFonts w:ascii="Arial" w:hAnsi="Arial" w:cs="Arial" w:eastAsia="Arial"/>
          <w:b/>
          <w:i w:val="0"/>
          <w:color w:val="231A2E"/>
          <w:sz w:val="20"/>
        </w:rPr>
        <w:t>Does anyone eating this cake have a food allergy? Tell us what it is.</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Our kitchen uses [milk, eggs, wheat, soy, tree nuts, peanuts]. Ask us for the ingredient list of any cake before you order.</w:t>
      </w:r>
    </w:p>
    <w:p>
      <w:pPr>
        <w:keepNext/>
        <w:spacing w:before="240" w:after="80"/>
      </w:pPr>
      <w:r>
        <w:rPr>
          <w:rFonts w:ascii="Arial" w:hAnsi="Arial" w:cs="Arial" w:eastAsia="Arial"/>
          <w:b/>
          <w:i w:val="0"/>
          <w:color w:val="231A2E"/>
          <w:sz w:val="28"/>
        </w:rPr>
        <w:t>6. Price and deposit</w:t>
      </w:r>
    </w:p>
    <w:p>
      <w:pPr>
        <w:spacing w:after="100"/>
      </w:pPr>
      <w:r>
        <w:rPr>
          <w:rFonts w:ascii="Arial" w:hAnsi="Arial" w:cs="Arial" w:eastAsia="Arial"/>
          <w:b w:val="0"/>
          <w:i w:val="0"/>
          <w:color w:val="231A2E"/>
          <w:sz w:val="20"/>
        </w:rPr>
        <w:t>Order total: $__________     Deposit (due to confirm the order): $__________</w:t>
      </w:r>
    </w:p>
    <w:p>
      <w:pPr>
        <w:spacing w:after="100"/>
      </w:pPr>
      <w:r>
        <w:rPr>
          <w:rFonts w:ascii="Arial" w:hAnsi="Arial" w:cs="Arial" w:eastAsia="Arial"/>
          <w:b w:val="0"/>
          <w:i w:val="0"/>
          <w:color w:val="231A2E"/>
          <w:sz w:val="20"/>
        </w:rPr>
        <w:t>Balance (due at [pickup or delivery]): $__________     Paid by: [ ] Card   [ ] Cash   [ ] Bank transfer</w:t>
      </w:r>
    </w:p>
    <w:p>
      <w:pPr>
        <w:spacing w:after="100"/>
      </w:pPr>
      <w:r>
        <w:rPr>
          <w:rFonts w:ascii="Arial" w:hAnsi="Arial" w:cs="Arial" w:eastAsia="Arial"/>
          <w:b w:val="0"/>
          <w:i w:val="0"/>
          <w:color w:val="231A2E"/>
          <w:sz w:val="20"/>
        </w:rPr>
        <w:t>Changes and cancellations: [write your own policy, for example: free changes up to 7 days before pickup; the deposit is kept if you cancel with less than 7 days' notice].</w:t>
      </w:r>
    </w:p>
    <w:p>
      <w:pPr>
        <w:keepNext/>
        <w:spacing w:before="240" w:after="80"/>
      </w:pPr>
      <w:r>
        <w:rPr>
          <w:rFonts w:ascii="Arial" w:hAnsi="Arial" w:cs="Arial" w:eastAsia="Arial"/>
          <w:b/>
          <w:i w:val="0"/>
          <w:color w:val="231A2E"/>
          <w:sz w:val="28"/>
        </w:rPr>
        <w:t>7. Sign and date</w:t>
      </w:r>
    </w:p>
    <w:p>
      <w:pPr>
        <w:keepNext/>
        <w:spacing w:after="20"/>
      </w:pPr>
      <w:r>
        <w:rPr>
          <w:rFonts w:ascii="Arial" w:hAnsi="Arial" w:cs="Arial" w:eastAsia="Arial"/>
          <w:b/>
          <w:i w:val="0"/>
          <w:color w:val="231A2E"/>
          <w:sz w:val="20"/>
        </w:rPr>
        <w:t>Your signature and today's date</w:t>
      </w:r>
    </w:p>
    <w:p>
      <w:pPr>
        <w:spacing w:after="20"/>
      </w:pPr>
      <w:r>
        <w:rPr>
          <w:rFonts w:ascii="Arial" w:hAnsi="Arial" w:cs="Arial" w:eastAsia="Arial"/>
          <w:b w:val="0"/>
          <w:i w:val="0"/>
          <w:color w:val="5E5468"/>
          <w:sz w:val="20"/>
        </w:rPr>
        <w:t>______________________________________________________________________________________</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For bakery use</w:t>
            </w:r>
          </w:p>
          <w:p>
            <w:r>
              <w:rPr>
                <w:rFonts w:ascii="Arial" w:hAnsi="Arial" w:cs="Arial" w:eastAsia="Arial"/>
                <w:b w:val="0"/>
                <w:i w:val="0"/>
                <w:color w:val="231A2E"/>
                <w:sz w:val="20"/>
              </w:rPr>
              <w:t>Order taken on: ____________   By: ____________   Confirmed with customer on: ____________</w:t>
            </w:r>
          </w:p>
          <w:p>
            <w:r>
              <w:rPr>
                <w:rFonts w:ascii="Arial" w:hAnsi="Arial" w:cs="Arial" w:eastAsia="Arial"/>
                <w:b w:val="0"/>
                <w:i w:val="0"/>
                <w:color w:val="231A2E"/>
                <w:sz w:val="20"/>
              </w:rPr>
              <w:t>Deposit received: $________ on ____________   Balance due: $________</w:t>
            </w:r>
          </w:p>
          <w:p>
            <w:r>
              <w:rPr>
                <w:rFonts w:ascii="Arial" w:hAnsi="Arial" w:cs="Arial" w:eastAsia="Arial"/>
                <w:b w:val="0"/>
                <w:i w:val="0"/>
                <w:color w:val="231A2E"/>
                <w:sz w:val="20"/>
              </w:rPr>
              <w:t>Prep by: ____________   Pickup or delivery: ____________</w:t>
            </w:r>
          </w:p>
          <w:p>
            <w:r>
              <w:rPr>
                <w:rFonts w:ascii="Arial" w:hAnsi="Arial" w:cs="Arial" w:eastAsia="Arial"/>
                <w:b w:val="0"/>
                <w:i w:val="0"/>
                <w:color w:val="231A2E"/>
                <w:sz w:val="20"/>
              </w:rPr>
              <w:t>Copy into the order and prep tracker: order date, customer, pickup date, size, flavor, order total, deposit paid and status.</w:t>
            </w:r>
          </w:p>
        </w:tc>
      </w:tr>
    </w:tbl>
    <w:p>
      <w:pPr>
        <w:spacing w:after="40"/>
      </w:pPr>
    </w:p>
    <w:p>
      <w:r>
        <w:br w:type="page"/>
      </w:r>
    </w:p>
    <w:p>
      <w:pPr>
        <w:spacing w:after="40"/>
      </w:pPr>
      <w:r>
        <w:rPr>
          <w:rFonts w:ascii="Arial" w:hAnsi="Arial" w:cs="Arial" w:eastAsia="Arial"/>
          <w:b/>
          <w:i w:val="0"/>
          <w:color w:val="231A2E"/>
          <w:sz w:val="44"/>
        </w:rPr>
        <w:t>For the baker</w:t>
      </w:r>
    </w:p>
    <w:p>
      <w:pPr>
        <w:spacing w:after="200"/>
      </w:pPr>
      <w:r>
        <w:rPr>
          <w:rFonts w:ascii="Arial" w:hAnsi="Arial" w:cs="Arial" w:eastAsia="Arial"/>
          <w:b w:val="0"/>
          <w:i w:val="0"/>
          <w:color w:val="5E5468"/>
          <w:sz w:val="22"/>
        </w:rPr>
        <w:t>Read this before you hand the form out.</w:t>
      </w:r>
    </w:p>
    <w:p>
      <w:pPr>
        <w:pStyle w:val="ListBullet"/>
        <w:spacing w:after="40"/>
      </w:pPr>
      <w:r>
        <w:rPr>
          <w:rFonts w:ascii="Arial" w:hAnsi="Arial" w:cs="Arial" w:eastAsia="Arial"/>
          <w:b w:val="0"/>
          <w:i w:val="0"/>
          <w:color w:val="231A2E"/>
          <w:sz w:val="20"/>
        </w:rPr>
        <w:t>Fill in every [square bracket]: your bakery name, where the form goes, your notice period, your deposit and where you deliver.</w:t>
      </w:r>
    </w:p>
    <w:p>
      <w:pPr>
        <w:pStyle w:val="ListBullet"/>
        <w:spacing w:after="40"/>
      </w:pPr>
      <w:r>
        <w:rPr>
          <w:rFonts w:ascii="Arial" w:hAnsi="Arial" w:cs="Arial" w:eastAsia="Arial"/>
          <w:b w:val="0"/>
          <w:i w:val="0"/>
          <w:color w:val="231A2E"/>
          <w:sz w:val="20"/>
        </w:rPr>
        <w:t>Fill the size table with your own servings guide and prices. Delete sizes you do not make, and rename the rest to match your menu and the tracker's Lists tab.</w:t>
      </w:r>
    </w:p>
    <w:p>
      <w:pPr>
        <w:pStyle w:val="ListBullet"/>
        <w:spacing w:after="40"/>
      </w:pPr>
      <w:r>
        <w:rPr>
          <w:rFonts w:ascii="Arial" w:hAnsi="Arial" w:cs="Arial" w:eastAsia="Arial"/>
          <w:b w:val="0"/>
          <w:i w:val="0"/>
          <w:color w:val="231A2E"/>
          <w:sz w:val="20"/>
        </w:rPr>
        <w:t>Write your notice period in the box at the top and stick to it. If a holiday rush means you stop taking orders on a set date, write that date on the form too.</w:t>
      </w:r>
    </w:p>
    <w:p>
      <w:pPr>
        <w:pStyle w:val="ListBullet"/>
        <w:spacing w:after="40"/>
      </w:pPr>
      <w:r>
        <w:rPr>
          <w:rFonts w:ascii="Arial" w:hAnsi="Arial" w:cs="Arial" w:eastAsia="Arial"/>
          <w:b w:val="0"/>
          <w:i w:val="0"/>
          <w:color w:val="231A2E"/>
          <w:sz w:val="20"/>
        </w:rPr>
        <w:t>Confirm each order back to the customer: the date, the size, the design and the price. Then ask for the deposit.</w:t>
      </w:r>
    </w:p>
    <w:p>
      <w:pPr>
        <w:pStyle w:val="ListBullet"/>
        <w:spacing w:after="40"/>
      </w:pPr>
      <w:r>
        <w:rPr>
          <w:rFonts w:ascii="Arial" w:hAnsi="Arial" w:cs="Arial" w:eastAsia="Arial"/>
          <w:b w:val="0"/>
          <w:i w:val="0"/>
          <w:color w:val="231A2E"/>
          <w:sz w:val="20"/>
        </w:rPr>
        <w:t>Write down every allergy answer and read it again before you bake. Tell customers plainly what your kitchen uses. Do not promise a cake free of an allergen unless you can keep that promise.</w:t>
      </w:r>
    </w:p>
    <w:p>
      <w:pPr>
        <w:pStyle w:val="ListBullet"/>
        <w:spacing w:after="40"/>
      </w:pPr>
      <w:r>
        <w:rPr>
          <w:rFonts w:ascii="Arial" w:hAnsi="Arial" w:cs="Arial" w:eastAsia="Arial"/>
          <w:b w:val="0"/>
          <w:i w:val="0"/>
          <w:color w:val="231A2E"/>
          <w:sz w:val="20"/>
        </w:rPr>
        <w:t>Selling food you make at home has its own rules in each state, and some cities and counties add their own. Some states limit which fillings and frostings you can use, and some ask for a label with the ingredients. Check your state's cottage food rules before you sell. This form is not legal advice.</w:t>
      </w:r>
    </w:p>
    <w:p>
      <w:pPr>
        <w:pStyle w:val="ListBullet"/>
        <w:spacing w:after="40"/>
      </w:pPr>
      <w:r>
        <w:rPr>
          <w:rFonts w:ascii="Arial" w:hAnsi="Arial" w:cs="Arial" w:eastAsia="Arial"/>
          <w:b w:val="0"/>
          <w:i w:val="0"/>
          <w:color w:val="231A2E"/>
          <w:sz w:val="20"/>
        </w:rPr>
        <w:t>Log each paper order in the order and prep tracker the same day, so your bake list and the money owed stay in one place.</w:t>
      </w:r>
    </w:p>
    <w:p>
      <w:pPr>
        <w:keepNext/>
        <w:spacing w:before="160" w:after="40"/>
      </w:pPr>
      <w:r>
        <w:rPr>
          <w:rFonts w:ascii="Arial" w:hAnsi="Arial" w:cs="Arial" w:eastAsia="Arial"/>
          <w:b/>
          <w:i w:val="0"/>
          <w:color w:val="231A2E"/>
          <w:sz w:val="22"/>
        </w:rPr>
        <w:t>The words that match the tracker</w:t>
      </w:r>
    </w:p>
    <w:p>
      <w:pPr>
        <w:spacing w:after="100"/>
      </w:pPr>
      <w:r>
        <w:rPr>
          <w:rFonts w:ascii="Arial" w:hAnsi="Arial" w:cs="Arial" w:eastAsia="Arial"/>
          <w:b w:val="0"/>
          <w:i w:val="0"/>
          <w:color w:val="231A2E"/>
          <w:sz w:val="20"/>
        </w:rPr>
        <w:t>Sizes: 6-inch round, 8-inch round, 10-inch round, Two-tier, Quarter sheet, Half sheet, Cupcakes (dozen). Flavors: Vanilla, Chocolate, Lemon, Red velvet, Carrot, Other. If you rename one here, rename it on the tracker's Lists tab too.</w:t>
      </w:r>
    </w:p>
    <w:p>
      <w:pPr>
        <w:spacing w:after="100"/>
      </w:pPr>
      <w:r>
        <w:rPr>
          <w:rFonts w:ascii="Arial" w:hAnsi="Arial" w:cs="Arial" w:eastAsia="Arial"/>
          <w:b w:val="0"/>
          <w:i w:val="0"/>
          <w:color w:val="231A2E"/>
          <w:sz w:val="20"/>
        </w:rPr>
        <w:t>Want to take cake orders online? The post at hornetforms.com/blog/cake-order-form shows how to turn these questions into a form with photo uploads, a price that adds up as people choose, and a deposit paid on Stripe's Checkout page.</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https://hornetforms.com/blog/cake-order-form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Cake order form</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