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[Company name] employee availability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Tell us when you can work, so we can build a schedule that fits. Please return it to [your manager or the office] by [date].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Role or position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Phone or 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Employee ID (if you have one)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When these answers start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These answers apply from (date)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This is:   [ ] my first availability form   [ ] a change to my availability   [ ] my availability for a new season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When you can work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Tick every shift you can work. Tick Not available for a day you can never work. Our shifts are: Morning [7 am to 12 pm], Afternoon [12 pm to 5 pm], Evening [5 pm to 10 pm].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48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Day</w:t>
            </w:r>
          </w:p>
        </w:tc>
        <w:tc>
          <w:tcPr>
            <w:tcW w:type="dxa" w:w="18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Morning</w:t>
            </w:r>
          </w:p>
        </w:tc>
        <w:tc>
          <w:tcPr>
            <w:tcW w:type="dxa" w:w="18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Afternoon</w:t>
            </w:r>
          </w:p>
        </w:tc>
        <w:tc>
          <w:tcPr>
            <w:tcW w:type="dxa" w:w="180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Evening</w:t>
            </w:r>
          </w:p>
        </w:tc>
        <w:tc>
          <w:tcPr>
            <w:tcW w:type="dxa" w:w="203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Not available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Monday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Tuesday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Wednesday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Thursday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Friday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Saturday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  <w:tr>
        <w:trPr>
          <w:trHeight w:val="480"/>
        </w:trPr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Sunday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80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203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Hours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most hours you can work in a week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fewest hours you would like in a week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Can you pick up an extra shift at short notice?   [ ] Yes   [ ] Sometimes   [ ] No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Dates you already know you cannot work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List dates or date ranges (exams, a trip, an appointment). To ask for time off, use the usual time off request too.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Anything else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Anything else that shapes when you can work (school hours, a second job, transport, child care). Share only what you are comfortable sharing.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7. Sign and date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signature and today's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manager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Received on: ____________   Entered in the availability sheet on: 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Replaces the form dated: ____________   Notes: ______________________________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For the person who builds the schedule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Read this before you hand the form out.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in every [square bracket]: your company name, who collects the form, the return date and your real shift times. Rename the shifts if yours differ, and change them in the sheet's Settings tab too.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for a form when someone starts, again each season (a new school term, summer, the holidays) and whenever someone tells you their hours have changed.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form per person. When a new one comes in, it replaces the old one: write the date on it and note which form it replaces.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Availability shows when someone can work. It is not a promise of hours, from you or from them.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Scheduling rules differ by state and city. Some places set how far ahead you post a schedule, or give workers the right to say when they cannot work. Check your state and local rules before you set your process. This form is not legal advice.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Typing a paper form into the weekly availability sheet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the grid as one line in the sheet's Availability column: each day, a colon, the shifts with commas, and a semicolon between days. Leave out days with nothing ticked. For example: Monday: Morning, Evening; Tuesday: Evening. That is the same shape an online form's export uses, so paper and online answers sit side by side.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Want to collect availability online? The post at hornetforms.com/blog/employee-availability-form shows how to build this form with a days-by-shifts grid and send each answer to Google Sheets.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https://hornetforms.com/blog/employee-availability-form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availability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