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Arial" w:hAnsi="Arial" w:cs="Arial" w:eastAsia="Arial"/>
          <w:b/>
          <w:i w:val="0"/>
          <w:color w:val="231A2E"/>
          <w:sz w:val="44"/>
        </w:rPr>
        <w:t>Application form planning worksheet</w:t>
      </w:r>
    </w:p>
    <w:p>
      <w:pPr>
        <w:spacing w:after="200"/>
      </w:pPr>
      <w:r>
        <w:rPr>
          <w:rFonts w:ascii="Arial" w:hAnsi="Arial" w:cs="Arial" w:eastAsia="Arial"/>
          <w:b w:val="0"/>
          <w:i w:val="0"/>
          <w:color w:val="5E5468"/>
          <w:sz w:val="22"/>
        </w:rPr>
        <w:t>Plan a job, volunteer, grant, scholarship, membership or program application on paper before you build it. One worksheet per application.</w:t>
      </w:r>
    </w:p>
    <w:tbl>
      <w:tblPr>
        <w:tblW w:type="auto" w:w="0"/>
        <w:tblLook w:firstColumn="1" w:firstRow="1" w:lastColumn="0" w:lastRow="0" w:noHBand="0" w:noVBand="1" w:val="04A0"/>
        <w:tblBorders>
          <w:top w:val="single" w:sz="4" w:color="231A2E"/>
          <w:left w:val="single" w:sz="4" w:color="231A2E"/>
          <w:bottom w:val="single" w:sz="4" w:color="231A2E"/>
          <w:right w:val="single" w:sz="4" w:color="231A2E"/>
          <w:insideH w:val="single" w:sz="4" w:color="231A2E"/>
          <w:insideV w:val="single" w:sz="4" w:color="231A2E"/>
        </w:tblBorders>
      </w:tblPr>
      <w:tblGrid>
        <w:gridCol w:w="9936"/>
      </w:tblGrid>
      <w:tr>
        <w:tc>
          <w:tcPr>
            <w:tcW w:type="dxa" w:w="9936"/>
            <w:shd w:val="clear" w:color="auto" w:fill="E4DEFA"/>
          </w:tcPr>
          <w:p>
            <w:r/>
            <w:r>
              <w:rPr>
                <w:rFonts w:ascii="Arial" w:hAnsi="Arial" w:cs="Arial" w:eastAsia="Arial"/>
                <w:b/>
                <w:i w:val="0"/>
                <w:color w:val="231A2E"/>
                <w:sz w:val="22"/>
              </w:rPr>
              <w:t>How to use this worksheet</w:t>
            </w:r>
          </w:p>
          <w:p>
            <w:r>
              <w:rPr>
                <w:rFonts w:ascii="Arial" w:hAnsi="Arial" w:cs="Arial" w:eastAsia="Arial"/>
                <w:b w:val="0"/>
                <w:i w:val="0"/>
                <w:color w:val="231A2E"/>
                <w:sz w:val="20"/>
              </w:rPr>
              <w:t>1. Work from top to bottom. Decide what you are choosing between before you write a single question.</w:t>
            </w:r>
          </w:p>
          <w:p>
            <w:r>
              <w:rPr>
                <w:rFonts w:ascii="Arial" w:hAnsi="Arial" w:cs="Arial" w:eastAsia="Arial"/>
                <w:b w:val="0"/>
                <w:i w:val="0"/>
                <w:color w:val="231A2E"/>
                <w:sz w:val="20"/>
              </w:rPr>
              <w:t>2. The grey rows are a filled-in example (a community garden plot application). Cross them out or write over them.</w:t>
            </w:r>
          </w:p>
          <w:p>
            <w:r>
              <w:rPr>
                <w:rFonts w:ascii="Arial" w:hAnsi="Arial" w:cs="Arial" w:eastAsia="Arial"/>
                <w:b w:val="0"/>
                <w:i w:val="0"/>
                <w:color w:val="231A2E"/>
                <w:sz w:val="20"/>
              </w:rPr>
              <w:t>3. Keep the worksheet next to you while you build the form, then run the test log before you share the link.</w:t>
            </w:r>
          </w:p>
          <w:p>
            <w:r>
              <w:rPr>
                <w:rFonts w:ascii="Arial" w:hAnsi="Arial" w:cs="Arial" w:eastAsia="Arial"/>
                <w:b w:val="0"/>
                <w:i w:val="0"/>
                <w:color w:val="231A2E"/>
                <w:sz w:val="20"/>
              </w:rPr>
              <w:t>4. The sections match the guide at hornetforms.com/blog/how-to-make-an-application-form.</w:t>
            </w:r>
          </w:p>
        </w:tc>
      </w:tr>
    </w:tbl>
    <w:p>
      <w:pPr>
        <w:spacing w:after="40"/>
      </w:pPr>
    </w:p>
    <w:p>
      <w:pPr>
        <w:keepNext/>
        <w:spacing w:before="240" w:after="80"/>
      </w:pPr>
      <w:r>
        <w:rPr>
          <w:rFonts w:ascii="Arial" w:hAnsi="Arial" w:cs="Arial" w:eastAsia="Arial"/>
          <w:b/>
          <w:i w:val="0"/>
          <w:color w:val="231A2E"/>
          <w:sz w:val="28"/>
        </w:rPr>
        <w:t>1. The decision this application feeds</w:t>
      </w:r>
    </w:p>
    <w:p>
      <w:pPr>
        <w:keepNext/>
        <w:spacing w:after="20"/>
      </w:pPr>
      <w:r>
        <w:rPr>
          <w:rFonts w:ascii="Arial" w:hAnsi="Arial" w:cs="Arial" w:eastAsia="Arial"/>
          <w:b/>
          <w:i w:val="0"/>
          <w:color w:val="231A2E"/>
          <w:sz w:val="20"/>
        </w:rPr>
        <w:t>Application name (what applicants will see at the top)</w:t>
      </w:r>
    </w:p>
    <w:p>
      <w:pPr>
        <w:spacing w:after="20"/>
      </w:pPr>
      <w:r>
        <w:rPr>
          <w:rFonts w:ascii="Arial" w:hAnsi="Arial" w:cs="Arial" w:eastAsia="Arial"/>
          <w:b w:val="0"/>
          <w:i w:val="0"/>
          <w:color w:val="5E5468"/>
          <w:sz w:val="20"/>
        </w:rPr>
        <w:t>______________________________________________________________________________________</w:t>
      </w:r>
    </w:p>
    <w:p>
      <w:pPr>
        <w:keepNext/>
        <w:spacing w:after="20"/>
      </w:pPr>
      <w:r>
        <w:rPr>
          <w:rFonts w:ascii="Arial" w:hAnsi="Arial" w:cs="Arial" w:eastAsia="Arial"/>
          <w:b/>
          <w:i w:val="0"/>
          <w:color w:val="231A2E"/>
          <w:sz w:val="20"/>
        </w:rPr>
        <w:t>What are you choosing? (a hire, a place, a grant, a member, a plot...)</w:t>
      </w:r>
    </w:p>
    <w:p>
      <w:pPr>
        <w:spacing w:after="20"/>
      </w:pPr>
      <w:r>
        <w:rPr>
          <w:rFonts w:ascii="Arial" w:hAnsi="Arial" w:cs="Arial" w:eastAsia="Arial"/>
          <w:b w:val="0"/>
          <w:i w:val="0"/>
          <w:color w:val="5E5468"/>
          <w:sz w:val="20"/>
        </w:rPr>
        <w:t>______________________________________________________________________________________</w:t>
      </w:r>
    </w:p>
    <w:p>
      <w:pPr>
        <w:spacing w:after="100"/>
      </w:pPr>
      <w:r>
        <w:rPr>
          <w:rFonts w:ascii="Arial" w:hAnsi="Arial" w:cs="Arial" w:eastAsia="Arial"/>
          <w:b w:val="0"/>
          <w:i/>
          <w:color w:val="5E5468"/>
          <w:sz w:val="17"/>
        </w:rPr>
        <w:t>Example: 24 garden plots for the 2027 season, for people who live in the city.</w:t>
      </w:r>
    </w:p>
    <w:p>
      <w:pPr>
        <w:keepNext/>
        <w:spacing w:after="20"/>
      </w:pPr>
      <w:r>
        <w:rPr>
          <w:rFonts w:ascii="Arial" w:hAnsi="Arial" w:cs="Arial" w:eastAsia="Arial"/>
          <w:b/>
          <w:i w:val="0"/>
          <w:color w:val="231A2E"/>
          <w:sz w:val="20"/>
        </w:rPr>
        <w:t>How many places, and roughly how many applications do you expect?</w:t>
      </w:r>
    </w:p>
    <w:p>
      <w:pPr>
        <w:spacing w:after="20"/>
      </w:pPr>
      <w:r>
        <w:rPr>
          <w:rFonts w:ascii="Arial" w:hAnsi="Arial" w:cs="Arial" w:eastAsia="Arial"/>
          <w:b w:val="0"/>
          <w:i w:val="0"/>
          <w:color w:val="5E5468"/>
          <w:sz w:val="20"/>
        </w:rPr>
        <w:t>______________________________________________________________________________________</w:t>
      </w:r>
    </w:p>
    <w:p>
      <w:pPr>
        <w:keepNext/>
        <w:spacing w:after="20"/>
      </w:pPr>
      <w:r>
        <w:rPr>
          <w:rFonts w:ascii="Arial" w:hAnsi="Arial" w:cs="Arial" w:eastAsia="Arial"/>
          <w:b/>
          <w:i w:val="0"/>
          <w:color w:val="231A2E"/>
          <w:sz w:val="20"/>
        </w:rPr>
        <w:t>Who reviews the applications, and by what date do you decide?</w:t>
      </w:r>
    </w:p>
    <w:p>
      <w:pPr>
        <w:spacing w:after="20"/>
      </w:pPr>
      <w:r>
        <w:rPr>
          <w:rFonts w:ascii="Arial" w:hAnsi="Arial" w:cs="Arial" w:eastAsia="Arial"/>
          <w:b w:val="0"/>
          <w:i w:val="0"/>
          <w:color w:val="5E5468"/>
          <w:sz w:val="20"/>
        </w:rPr>
        <w:t>______________________________________________________________________________________</w:t>
      </w:r>
    </w:p>
    <w:p>
      <w:pPr>
        <w:spacing w:after="20"/>
      </w:pPr>
      <w:r>
        <w:rPr>
          <w:rFonts w:ascii="Arial" w:hAnsi="Arial" w:cs="Arial" w:eastAsia="Arial"/>
          <w:b w:val="0"/>
          <w:i w:val="0"/>
          <w:color w:val="5E5468"/>
          <w:sz w:val="20"/>
        </w:rPr>
        <w:t>______________________________________________________________________________________</w:t>
      </w:r>
    </w:p>
    <w:p>
      <w:pPr>
        <w:keepNext/>
        <w:spacing w:after="20"/>
      </w:pPr>
      <w:r>
        <w:rPr>
          <w:rFonts w:ascii="Arial" w:hAnsi="Arial" w:cs="Arial" w:eastAsia="Arial"/>
          <w:b/>
          <w:i w:val="0"/>
          <w:color w:val="231A2E"/>
          <w:sz w:val="20"/>
        </w:rPr>
        <w:t>How and when will you tell applicants the result?</w:t>
      </w:r>
    </w:p>
    <w:p>
      <w:pPr>
        <w:spacing w:after="20"/>
      </w:pPr>
      <w:r>
        <w:rPr>
          <w:rFonts w:ascii="Arial" w:hAnsi="Arial" w:cs="Arial" w:eastAsia="Arial"/>
          <w:b w:val="0"/>
          <w:i w:val="0"/>
          <w:color w:val="5E5468"/>
          <w:sz w:val="20"/>
        </w:rPr>
        <w:t>______________________________________________________________________________________</w:t>
      </w:r>
    </w:p>
    <w:p>
      <w:r>
        <w:br w:type="page"/>
      </w:r>
    </w:p>
    <w:p>
      <w:pPr>
        <w:keepNext/>
        <w:spacing w:before="240" w:after="80"/>
      </w:pPr>
      <w:r>
        <w:rPr>
          <w:rFonts w:ascii="Arial" w:hAnsi="Arial" w:cs="Arial" w:eastAsia="Arial"/>
          <w:b/>
          <w:i w:val="0"/>
          <w:color w:val="231A2E"/>
          <w:sz w:val="28"/>
        </w:rPr>
        <w:t>2. Must-know or nice-to-know?</w:t>
      </w:r>
    </w:p>
    <w:p>
      <w:pPr>
        <w:spacing w:after="100"/>
      </w:pPr>
      <w:r>
        <w:rPr>
          <w:rFonts w:ascii="Arial" w:hAnsi="Arial" w:cs="Arial" w:eastAsia="Arial"/>
          <w:b w:val="0"/>
          <w:i w:val="0"/>
          <w:color w:val="231A2E"/>
          <w:sz w:val="20"/>
        </w:rPr>
        <w:t>List everything you want to ask. Keep a question only if it changes who you pick or what you do next. Move the rest to a later form, or cross it out.</w:t>
      </w:r>
    </w:p>
    <w:tbl>
      <w:tblPr>
        <w:tblW w:type="auto" w:w="0"/>
        <w:tblLayout w:type="fixed"/>
        <w:tblLook w:firstColumn="1" w:firstRow="1" w:lastColumn="0" w:lastRow="0" w:noHBand="0" w:noVBand="1" w:val="04A0"/>
        <w:tblBorders>
          <w:top w:val="single" w:sz="4" w:color="C9C1D3"/>
          <w:left w:val="single" w:sz="4" w:color="C9C1D3"/>
          <w:bottom w:val="single" w:sz="4" w:color="C9C1D3"/>
          <w:right w:val="single" w:sz="4" w:color="C9C1D3"/>
          <w:insideH w:val="single" w:sz="4" w:color="C9C1D3"/>
          <w:insideV w:val="single" w:sz="4" w:color="C9C1D3"/>
        </w:tblBorders>
      </w:tblPr>
      <w:tblGrid>
        <w:gridCol w:w="2484"/>
        <w:gridCol w:w="2484"/>
        <w:gridCol w:w="2484"/>
        <w:gridCol w:w="2484"/>
      </w:tblGrid>
      <w:tr>
        <w:tc>
          <w:tcPr>
            <w:tcW w:type="dxa" w:w="538"/>
            <w:shd w:val="clear" w:color="auto" w:fill="231A2E"/>
          </w:tcPr>
          <w:p>
            <w:r/>
            <w:r>
              <w:rPr>
                <w:rFonts w:ascii="Arial" w:hAnsi="Arial" w:cs="Arial" w:eastAsia="Arial"/>
                <w:b/>
                <w:i w:val="0"/>
                <w:color w:val="FBF5E9"/>
                <w:sz w:val="18"/>
              </w:rPr>
              <w:t>#</w:t>
            </w:r>
          </w:p>
        </w:tc>
        <w:tc>
          <w:tcPr>
            <w:tcW w:type="dxa" w:w="3524"/>
            <w:shd w:val="clear" w:color="auto" w:fill="231A2E"/>
          </w:tcPr>
          <w:p>
            <w:r/>
            <w:r>
              <w:rPr>
                <w:rFonts w:ascii="Arial" w:hAnsi="Arial" w:cs="Arial" w:eastAsia="Arial"/>
                <w:b/>
                <w:i w:val="0"/>
                <w:color w:val="FBF5E9"/>
                <w:sz w:val="18"/>
              </w:rPr>
              <w:t>What I want to know</w:t>
            </w:r>
          </w:p>
        </w:tc>
        <w:tc>
          <w:tcPr>
            <w:tcW w:type="dxa" w:w="2349"/>
            <w:shd w:val="clear" w:color="auto" w:fill="231A2E"/>
          </w:tcPr>
          <w:p>
            <w:r/>
            <w:r>
              <w:rPr>
                <w:rFonts w:ascii="Arial" w:hAnsi="Arial" w:cs="Arial" w:eastAsia="Arial"/>
                <w:b/>
                <w:i w:val="0"/>
                <w:color w:val="FBF5E9"/>
                <w:sz w:val="18"/>
              </w:rPr>
              <w:t>Must-know or nice-to-know?</w:t>
            </w:r>
          </w:p>
        </w:tc>
        <w:tc>
          <w:tcPr>
            <w:tcW w:type="dxa" w:w="3524"/>
            <w:shd w:val="clear" w:color="auto" w:fill="231A2E"/>
          </w:tcPr>
          <w:p>
            <w:r/>
            <w:r>
              <w:rPr>
                <w:rFonts w:ascii="Arial" w:hAnsi="Arial" w:cs="Arial" w:eastAsia="Arial"/>
                <w:b/>
                <w:i w:val="0"/>
                <w:color w:val="FBF5E9"/>
                <w:sz w:val="18"/>
              </w:rPr>
              <w:t>What I will do with the answer</w:t>
            </w:r>
          </w:p>
        </w:tc>
      </w:tr>
      <w:tr>
        <w:trPr>
          <w:trHeight w:val="480"/>
        </w:trPr>
        <w:tc>
          <w:tcPr>
            <w:tcW w:type="dxa" w:w="538"/>
          </w:tcPr>
          <w:p>
            <w:r/>
            <w:r>
              <w:rPr>
                <w:rFonts w:ascii="Arial" w:hAnsi="Arial" w:cs="Arial" w:eastAsia="Arial"/>
                <w:b w:val="0"/>
                <w:i/>
                <w:color w:val="5E5468"/>
                <w:sz w:val="18"/>
              </w:rPr>
              <w:t>1</w:t>
            </w:r>
          </w:p>
        </w:tc>
        <w:tc>
          <w:tcPr>
            <w:tcW w:type="dxa" w:w="3524"/>
          </w:tcPr>
          <w:p>
            <w:r/>
            <w:r>
              <w:rPr>
                <w:rFonts w:ascii="Arial" w:hAnsi="Arial" w:cs="Arial" w:eastAsia="Arial"/>
                <w:b w:val="0"/>
                <w:i/>
                <w:color w:val="5E5468"/>
                <w:sz w:val="18"/>
              </w:rPr>
              <w:t>Do they live in the city?</w:t>
            </w:r>
          </w:p>
        </w:tc>
        <w:tc>
          <w:tcPr>
            <w:tcW w:type="dxa" w:w="2349"/>
          </w:tcPr>
          <w:p>
            <w:r/>
            <w:r>
              <w:rPr>
                <w:rFonts w:ascii="Arial" w:hAnsi="Arial" w:cs="Arial" w:eastAsia="Arial"/>
                <w:b w:val="0"/>
                <w:i/>
                <w:color w:val="5E5468"/>
                <w:sz w:val="18"/>
              </w:rPr>
              <w:t>Must-know</w:t>
            </w:r>
          </w:p>
        </w:tc>
        <w:tc>
          <w:tcPr>
            <w:tcW w:type="dxa" w:w="3524"/>
          </w:tcPr>
          <w:p>
            <w:r/>
            <w:r>
              <w:rPr>
                <w:rFonts w:ascii="Arial" w:hAnsi="Arial" w:cs="Arial" w:eastAsia="Arial"/>
                <w:b w:val="0"/>
                <w:i/>
                <w:color w:val="5E5468"/>
                <w:sz w:val="18"/>
              </w:rPr>
              <w:t>Only residents can get a plot</w:t>
            </w:r>
          </w:p>
        </w:tc>
      </w:tr>
      <w:tr>
        <w:trPr>
          <w:trHeight w:val="480"/>
        </w:trPr>
        <w:tc>
          <w:tcPr>
            <w:tcW w:type="dxa" w:w="538"/>
          </w:tcPr>
          <w:p>
            <w:r/>
            <w:r>
              <w:rPr>
                <w:rFonts w:ascii="Arial" w:hAnsi="Arial" w:cs="Arial" w:eastAsia="Arial"/>
                <w:b w:val="0"/>
                <w:i/>
                <w:color w:val="5E5468"/>
                <w:sz w:val="18"/>
              </w:rPr>
              <w:t>2</w:t>
            </w:r>
          </w:p>
        </w:tc>
        <w:tc>
          <w:tcPr>
            <w:tcW w:type="dxa" w:w="3524"/>
          </w:tcPr>
          <w:p>
            <w:r/>
            <w:r>
              <w:rPr>
                <w:rFonts w:ascii="Arial" w:hAnsi="Arial" w:cs="Arial" w:eastAsia="Arial"/>
                <w:b w:val="0"/>
                <w:i/>
                <w:color w:val="5E5468"/>
                <w:sz w:val="18"/>
              </w:rPr>
              <w:t>Have they gardened before?</w:t>
            </w:r>
          </w:p>
        </w:tc>
        <w:tc>
          <w:tcPr>
            <w:tcW w:type="dxa" w:w="2349"/>
          </w:tcPr>
          <w:p>
            <w:r/>
            <w:r>
              <w:rPr>
                <w:rFonts w:ascii="Arial" w:hAnsi="Arial" w:cs="Arial" w:eastAsia="Arial"/>
                <w:b w:val="0"/>
                <w:i/>
                <w:color w:val="5E5468"/>
                <w:sz w:val="18"/>
              </w:rPr>
              <w:t>Must-know</w:t>
            </w:r>
          </w:p>
        </w:tc>
        <w:tc>
          <w:tcPr>
            <w:tcW w:type="dxa" w:w="3524"/>
          </w:tcPr>
          <w:p>
            <w:r/>
            <w:r>
              <w:rPr>
                <w:rFonts w:ascii="Arial" w:hAnsi="Arial" w:cs="Arial" w:eastAsia="Arial"/>
                <w:b w:val="0"/>
                <w:i/>
                <w:color w:val="5E5468"/>
                <w:sz w:val="18"/>
              </w:rPr>
              <w:t>Mix new and experienced growers</w:t>
            </w:r>
          </w:p>
        </w:tc>
      </w:tr>
      <w:tr>
        <w:trPr>
          <w:trHeight w:val="480"/>
        </w:trPr>
        <w:tc>
          <w:tcPr>
            <w:tcW w:type="dxa" w:w="538"/>
          </w:tcPr>
          <w:p>
            <w:r/>
            <w:r>
              <w:rPr>
                <w:rFonts w:ascii="Arial" w:hAnsi="Arial" w:cs="Arial" w:eastAsia="Arial"/>
                <w:b w:val="0"/>
                <w:i/>
                <w:color w:val="5E5468"/>
                <w:sz w:val="18"/>
              </w:rPr>
              <w:t>3</w:t>
            </w:r>
          </w:p>
        </w:tc>
        <w:tc>
          <w:tcPr>
            <w:tcW w:type="dxa" w:w="3524"/>
          </w:tcPr>
          <w:p>
            <w:r/>
            <w:r>
              <w:rPr>
                <w:rFonts w:ascii="Arial" w:hAnsi="Arial" w:cs="Arial" w:eastAsia="Arial"/>
                <w:b w:val="0"/>
                <w:i/>
                <w:color w:val="5E5468"/>
                <w:sz w:val="18"/>
              </w:rPr>
              <w:t>Favorite vegetable</w:t>
            </w:r>
          </w:p>
        </w:tc>
        <w:tc>
          <w:tcPr>
            <w:tcW w:type="dxa" w:w="2349"/>
          </w:tcPr>
          <w:p>
            <w:r/>
            <w:r>
              <w:rPr>
                <w:rFonts w:ascii="Arial" w:hAnsi="Arial" w:cs="Arial" w:eastAsia="Arial"/>
                <w:b w:val="0"/>
                <w:i/>
                <w:color w:val="5E5468"/>
                <w:sz w:val="18"/>
              </w:rPr>
              <w:t>Nice-to-know</w:t>
            </w:r>
          </w:p>
        </w:tc>
        <w:tc>
          <w:tcPr>
            <w:tcW w:type="dxa" w:w="3524"/>
          </w:tcPr>
          <w:p>
            <w:r/>
            <w:r>
              <w:rPr>
                <w:rFonts w:ascii="Arial" w:hAnsi="Arial" w:cs="Arial" w:eastAsia="Arial"/>
                <w:b w:val="0"/>
                <w:i/>
                <w:color w:val="5E5468"/>
                <w:sz w:val="18"/>
              </w:rPr>
              <w:t>Nothing: cross it out</w:t>
            </w:r>
          </w:p>
        </w:tc>
      </w:tr>
      <w:tr>
        <w:trPr>
          <w:trHeight w:val="480"/>
        </w:trPr>
        <w:tc>
          <w:tcPr>
            <w:tcW w:type="dxa" w:w="538"/>
          </w:tcPr>
          <w:p>
            <w:r/>
            <w:r>
              <w:rPr>
                <w:rFonts w:ascii="Arial" w:hAnsi="Arial" w:cs="Arial" w:eastAsia="Arial"/>
                <w:b w:val="0"/>
                <w:i w:val="0"/>
                <w:color w:val="231A2E"/>
                <w:sz w:val="18"/>
              </w:rPr>
              <w:t>4</w:t>
            </w:r>
          </w:p>
        </w:tc>
        <w:tc>
          <w:tcPr>
            <w:tcW w:type="dxa" w:w="3524"/>
          </w:tcPr>
          <w:p>
            <w:r/>
            <w:r>
              <w:rPr>
                <w:rFonts w:ascii="Arial" w:hAnsi="Arial" w:cs="Arial" w:eastAsia="Arial"/>
                <w:b w:val="0"/>
                <w:i w:val="0"/>
                <w:color w:val="231A2E"/>
                <w:sz w:val="18"/>
              </w:rPr>
            </w:r>
          </w:p>
        </w:tc>
        <w:tc>
          <w:tcPr>
            <w:tcW w:type="dxa" w:w="2349"/>
          </w:tcPr>
          <w:p>
            <w:r/>
            <w:r>
              <w:rPr>
                <w:rFonts w:ascii="Arial" w:hAnsi="Arial" w:cs="Arial" w:eastAsia="Arial"/>
                <w:b w:val="0"/>
                <w:i w:val="0"/>
                <w:color w:val="231A2E"/>
                <w:sz w:val="18"/>
              </w:rPr>
            </w:r>
          </w:p>
        </w:tc>
        <w:tc>
          <w:tcPr>
            <w:tcW w:type="dxa" w:w="3524"/>
          </w:tcPr>
          <w:p>
            <w:r/>
            <w:r>
              <w:rPr>
                <w:rFonts w:ascii="Arial" w:hAnsi="Arial" w:cs="Arial" w:eastAsia="Arial"/>
                <w:b w:val="0"/>
                <w:i w:val="0"/>
                <w:color w:val="231A2E"/>
                <w:sz w:val="18"/>
              </w:rPr>
            </w:r>
          </w:p>
        </w:tc>
      </w:tr>
      <w:tr>
        <w:trPr>
          <w:trHeight w:val="480"/>
        </w:trPr>
        <w:tc>
          <w:tcPr>
            <w:tcW w:type="dxa" w:w="538"/>
          </w:tcPr>
          <w:p>
            <w:r/>
            <w:r>
              <w:rPr>
                <w:rFonts w:ascii="Arial" w:hAnsi="Arial" w:cs="Arial" w:eastAsia="Arial"/>
                <w:b w:val="0"/>
                <w:i w:val="0"/>
                <w:color w:val="231A2E"/>
                <w:sz w:val="18"/>
              </w:rPr>
              <w:t>5</w:t>
            </w:r>
          </w:p>
        </w:tc>
        <w:tc>
          <w:tcPr>
            <w:tcW w:type="dxa" w:w="3524"/>
          </w:tcPr>
          <w:p>
            <w:r/>
            <w:r>
              <w:rPr>
                <w:rFonts w:ascii="Arial" w:hAnsi="Arial" w:cs="Arial" w:eastAsia="Arial"/>
                <w:b w:val="0"/>
                <w:i w:val="0"/>
                <w:color w:val="231A2E"/>
                <w:sz w:val="18"/>
              </w:rPr>
            </w:r>
          </w:p>
        </w:tc>
        <w:tc>
          <w:tcPr>
            <w:tcW w:type="dxa" w:w="2349"/>
          </w:tcPr>
          <w:p>
            <w:r/>
            <w:r>
              <w:rPr>
                <w:rFonts w:ascii="Arial" w:hAnsi="Arial" w:cs="Arial" w:eastAsia="Arial"/>
                <w:b w:val="0"/>
                <w:i w:val="0"/>
                <w:color w:val="231A2E"/>
                <w:sz w:val="18"/>
              </w:rPr>
            </w:r>
          </w:p>
        </w:tc>
        <w:tc>
          <w:tcPr>
            <w:tcW w:type="dxa" w:w="3524"/>
          </w:tcPr>
          <w:p>
            <w:r/>
            <w:r>
              <w:rPr>
                <w:rFonts w:ascii="Arial" w:hAnsi="Arial" w:cs="Arial" w:eastAsia="Arial"/>
                <w:b w:val="0"/>
                <w:i w:val="0"/>
                <w:color w:val="231A2E"/>
                <w:sz w:val="18"/>
              </w:rPr>
            </w:r>
          </w:p>
        </w:tc>
      </w:tr>
      <w:tr>
        <w:trPr>
          <w:trHeight w:val="480"/>
        </w:trPr>
        <w:tc>
          <w:tcPr>
            <w:tcW w:type="dxa" w:w="538"/>
          </w:tcPr>
          <w:p>
            <w:r/>
            <w:r>
              <w:rPr>
                <w:rFonts w:ascii="Arial" w:hAnsi="Arial" w:cs="Arial" w:eastAsia="Arial"/>
                <w:b w:val="0"/>
                <w:i w:val="0"/>
                <w:color w:val="231A2E"/>
                <w:sz w:val="18"/>
              </w:rPr>
              <w:t>6</w:t>
            </w:r>
          </w:p>
        </w:tc>
        <w:tc>
          <w:tcPr>
            <w:tcW w:type="dxa" w:w="3524"/>
          </w:tcPr>
          <w:p>
            <w:r/>
            <w:r>
              <w:rPr>
                <w:rFonts w:ascii="Arial" w:hAnsi="Arial" w:cs="Arial" w:eastAsia="Arial"/>
                <w:b w:val="0"/>
                <w:i w:val="0"/>
                <w:color w:val="231A2E"/>
                <w:sz w:val="18"/>
              </w:rPr>
            </w:r>
          </w:p>
        </w:tc>
        <w:tc>
          <w:tcPr>
            <w:tcW w:type="dxa" w:w="2349"/>
          </w:tcPr>
          <w:p>
            <w:r/>
            <w:r>
              <w:rPr>
                <w:rFonts w:ascii="Arial" w:hAnsi="Arial" w:cs="Arial" w:eastAsia="Arial"/>
                <w:b w:val="0"/>
                <w:i w:val="0"/>
                <w:color w:val="231A2E"/>
                <w:sz w:val="18"/>
              </w:rPr>
            </w:r>
          </w:p>
        </w:tc>
        <w:tc>
          <w:tcPr>
            <w:tcW w:type="dxa" w:w="3524"/>
          </w:tcPr>
          <w:p>
            <w:r/>
            <w:r>
              <w:rPr>
                <w:rFonts w:ascii="Arial" w:hAnsi="Arial" w:cs="Arial" w:eastAsia="Arial"/>
                <w:b w:val="0"/>
                <w:i w:val="0"/>
                <w:color w:val="231A2E"/>
                <w:sz w:val="18"/>
              </w:rPr>
            </w:r>
          </w:p>
        </w:tc>
      </w:tr>
      <w:tr>
        <w:trPr>
          <w:trHeight w:val="480"/>
        </w:trPr>
        <w:tc>
          <w:tcPr>
            <w:tcW w:type="dxa" w:w="538"/>
          </w:tcPr>
          <w:p>
            <w:r/>
            <w:r>
              <w:rPr>
                <w:rFonts w:ascii="Arial" w:hAnsi="Arial" w:cs="Arial" w:eastAsia="Arial"/>
                <w:b w:val="0"/>
                <w:i w:val="0"/>
                <w:color w:val="231A2E"/>
                <w:sz w:val="18"/>
              </w:rPr>
              <w:t>7</w:t>
            </w:r>
          </w:p>
        </w:tc>
        <w:tc>
          <w:tcPr>
            <w:tcW w:type="dxa" w:w="3524"/>
          </w:tcPr>
          <w:p>
            <w:r/>
            <w:r>
              <w:rPr>
                <w:rFonts w:ascii="Arial" w:hAnsi="Arial" w:cs="Arial" w:eastAsia="Arial"/>
                <w:b w:val="0"/>
                <w:i w:val="0"/>
                <w:color w:val="231A2E"/>
                <w:sz w:val="18"/>
              </w:rPr>
            </w:r>
          </w:p>
        </w:tc>
        <w:tc>
          <w:tcPr>
            <w:tcW w:type="dxa" w:w="2349"/>
          </w:tcPr>
          <w:p>
            <w:r/>
            <w:r>
              <w:rPr>
                <w:rFonts w:ascii="Arial" w:hAnsi="Arial" w:cs="Arial" w:eastAsia="Arial"/>
                <w:b w:val="0"/>
                <w:i w:val="0"/>
                <w:color w:val="231A2E"/>
                <w:sz w:val="18"/>
              </w:rPr>
            </w:r>
          </w:p>
        </w:tc>
        <w:tc>
          <w:tcPr>
            <w:tcW w:type="dxa" w:w="3524"/>
          </w:tcPr>
          <w:p>
            <w:r/>
            <w:r>
              <w:rPr>
                <w:rFonts w:ascii="Arial" w:hAnsi="Arial" w:cs="Arial" w:eastAsia="Arial"/>
                <w:b w:val="0"/>
                <w:i w:val="0"/>
                <w:color w:val="231A2E"/>
                <w:sz w:val="18"/>
              </w:rPr>
            </w:r>
          </w:p>
        </w:tc>
      </w:tr>
      <w:tr>
        <w:trPr>
          <w:trHeight w:val="480"/>
        </w:trPr>
        <w:tc>
          <w:tcPr>
            <w:tcW w:type="dxa" w:w="538"/>
          </w:tcPr>
          <w:p>
            <w:r/>
            <w:r>
              <w:rPr>
                <w:rFonts w:ascii="Arial" w:hAnsi="Arial" w:cs="Arial" w:eastAsia="Arial"/>
                <w:b w:val="0"/>
                <w:i w:val="0"/>
                <w:color w:val="231A2E"/>
                <w:sz w:val="18"/>
              </w:rPr>
              <w:t>8</w:t>
            </w:r>
          </w:p>
        </w:tc>
        <w:tc>
          <w:tcPr>
            <w:tcW w:type="dxa" w:w="3524"/>
          </w:tcPr>
          <w:p>
            <w:r/>
            <w:r>
              <w:rPr>
                <w:rFonts w:ascii="Arial" w:hAnsi="Arial" w:cs="Arial" w:eastAsia="Arial"/>
                <w:b w:val="0"/>
                <w:i w:val="0"/>
                <w:color w:val="231A2E"/>
                <w:sz w:val="18"/>
              </w:rPr>
            </w:r>
          </w:p>
        </w:tc>
        <w:tc>
          <w:tcPr>
            <w:tcW w:type="dxa" w:w="2349"/>
          </w:tcPr>
          <w:p>
            <w:r/>
            <w:r>
              <w:rPr>
                <w:rFonts w:ascii="Arial" w:hAnsi="Arial" w:cs="Arial" w:eastAsia="Arial"/>
                <w:b w:val="0"/>
                <w:i w:val="0"/>
                <w:color w:val="231A2E"/>
                <w:sz w:val="18"/>
              </w:rPr>
            </w:r>
          </w:p>
        </w:tc>
        <w:tc>
          <w:tcPr>
            <w:tcW w:type="dxa" w:w="3524"/>
          </w:tcPr>
          <w:p>
            <w:r/>
            <w:r>
              <w:rPr>
                <w:rFonts w:ascii="Arial" w:hAnsi="Arial" w:cs="Arial" w:eastAsia="Arial"/>
                <w:b w:val="0"/>
                <w:i w:val="0"/>
                <w:color w:val="231A2E"/>
                <w:sz w:val="18"/>
              </w:rPr>
            </w:r>
          </w:p>
        </w:tc>
      </w:tr>
      <w:tr>
        <w:trPr>
          <w:trHeight w:val="480"/>
        </w:trPr>
        <w:tc>
          <w:tcPr>
            <w:tcW w:type="dxa" w:w="538"/>
          </w:tcPr>
          <w:p>
            <w:r/>
            <w:r>
              <w:rPr>
                <w:rFonts w:ascii="Arial" w:hAnsi="Arial" w:cs="Arial" w:eastAsia="Arial"/>
                <w:b w:val="0"/>
                <w:i w:val="0"/>
                <w:color w:val="231A2E"/>
                <w:sz w:val="18"/>
              </w:rPr>
              <w:t>9</w:t>
            </w:r>
          </w:p>
        </w:tc>
        <w:tc>
          <w:tcPr>
            <w:tcW w:type="dxa" w:w="3524"/>
          </w:tcPr>
          <w:p>
            <w:r/>
            <w:r>
              <w:rPr>
                <w:rFonts w:ascii="Arial" w:hAnsi="Arial" w:cs="Arial" w:eastAsia="Arial"/>
                <w:b w:val="0"/>
                <w:i w:val="0"/>
                <w:color w:val="231A2E"/>
                <w:sz w:val="18"/>
              </w:rPr>
            </w:r>
          </w:p>
        </w:tc>
        <w:tc>
          <w:tcPr>
            <w:tcW w:type="dxa" w:w="2349"/>
          </w:tcPr>
          <w:p>
            <w:r/>
            <w:r>
              <w:rPr>
                <w:rFonts w:ascii="Arial" w:hAnsi="Arial" w:cs="Arial" w:eastAsia="Arial"/>
                <w:b w:val="0"/>
                <w:i w:val="0"/>
                <w:color w:val="231A2E"/>
                <w:sz w:val="18"/>
              </w:rPr>
            </w:r>
          </w:p>
        </w:tc>
        <w:tc>
          <w:tcPr>
            <w:tcW w:type="dxa" w:w="3524"/>
          </w:tcPr>
          <w:p>
            <w:r/>
            <w:r>
              <w:rPr>
                <w:rFonts w:ascii="Arial" w:hAnsi="Arial" w:cs="Arial" w:eastAsia="Arial"/>
                <w:b w:val="0"/>
                <w:i w:val="0"/>
                <w:color w:val="231A2E"/>
                <w:sz w:val="18"/>
              </w:rPr>
            </w:r>
          </w:p>
        </w:tc>
      </w:tr>
      <w:tr>
        <w:trPr>
          <w:trHeight w:val="480"/>
        </w:trPr>
        <w:tc>
          <w:tcPr>
            <w:tcW w:type="dxa" w:w="538"/>
          </w:tcPr>
          <w:p>
            <w:r/>
            <w:r>
              <w:rPr>
                <w:rFonts w:ascii="Arial" w:hAnsi="Arial" w:cs="Arial" w:eastAsia="Arial"/>
                <w:b w:val="0"/>
                <w:i w:val="0"/>
                <w:color w:val="231A2E"/>
                <w:sz w:val="18"/>
              </w:rPr>
              <w:t>10</w:t>
            </w:r>
          </w:p>
        </w:tc>
        <w:tc>
          <w:tcPr>
            <w:tcW w:type="dxa" w:w="3524"/>
          </w:tcPr>
          <w:p>
            <w:r/>
            <w:r>
              <w:rPr>
                <w:rFonts w:ascii="Arial" w:hAnsi="Arial" w:cs="Arial" w:eastAsia="Arial"/>
                <w:b w:val="0"/>
                <w:i w:val="0"/>
                <w:color w:val="231A2E"/>
                <w:sz w:val="18"/>
              </w:rPr>
            </w:r>
          </w:p>
        </w:tc>
        <w:tc>
          <w:tcPr>
            <w:tcW w:type="dxa" w:w="2349"/>
          </w:tcPr>
          <w:p>
            <w:r/>
            <w:r>
              <w:rPr>
                <w:rFonts w:ascii="Arial" w:hAnsi="Arial" w:cs="Arial" w:eastAsia="Arial"/>
                <w:b w:val="0"/>
                <w:i w:val="0"/>
                <w:color w:val="231A2E"/>
                <w:sz w:val="18"/>
              </w:rPr>
            </w:r>
          </w:p>
        </w:tc>
        <w:tc>
          <w:tcPr>
            <w:tcW w:type="dxa" w:w="3524"/>
          </w:tcPr>
          <w:p>
            <w:r/>
            <w:r>
              <w:rPr>
                <w:rFonts w:ascii="Arial" w:hAnsi="Arial" w:cs="Arial" w:eastAsia="Arial"/>
                <w:b w:val="0"/>
                <w:i w:val="0"/>
                <w:color w:val="231A2E"/>
                <w:sz w:val="18"/>
              </w:rPr>
            </w:r>
          </w:p>
        </w:tc>
      </w:tr>
      <w:tr>
        <w:trPr>
          <w:trHeight w:val="480"/>
        </w:trPr>
        <w:tc>
          <w:tcPr>
            <w:tcW w:type="dxa" w:w="538"/>
          </w:tcPr>
          <w:p>
            <w:r/>
            <w:r>
              <w:rPr>
                <w:rFonts w:ascii="Arial" w:hAnsi="Arial" w:cs="Arial" w:eastAsia="Arial"/>
                <w:b w:val="0"/>
                <w:i w:val="0"/>
                <w:color w:val="231A2E"/>
                <w:sz w:val="18"/>
              </w:rPr>
              <w:t>11</w:t>
            </w:r>
          </w:p>
        </w:tc>
        <w:tc>
          <w:tcPr>
            <w:tcW w:type="dxa" w:w="3524"/>
          </w:tcPr>
          <w:p>
            <w:r/>
            <w:r>
              <w:rPr>
                <w:rFonts w:ascii="Arial" w:hAnsi="Arial" w:cs="Arial" w:eastAsia="Arial"/>
                <w:b w:val="0"/>
                <w:i w:val="0"/>
                <w:color w:val="231A2E"/>
                <w:sz w:val="18"/>
              </w:rPr>
            </w:r>
          </w:p>
        </w:tc>
        <w:tc>
          <w:tcPr>
            <w:tcW w:type="dxa" w:w="2349"/>
          </w:tcPr>
          <w:p>
            <w:r/>
            <w:r>
              <w:rPr>
                <w:rFonts w:ascii="Arial" w:hAnsi="Arial" w:cs="Arial" w:eastAsia="Arial"/>
                <w:b w:val="0"/>
                <w:i w:val="0"/>
                <w:color w:val="231A2E"/>
                <w:sz w:val="18"/>
              </w:rPr>
            </w:r>
          </w:p>
        </w:tc>
        <w:tc>
          <w:tcPr>
            <w:tcW w:type="dxa" w:w="3524"/>
          </w:tcPr>
          <w:p>
            <w:r/>
            <w:r>
              <w:rPr>
                <w:rFonts w:ascii="Arial" w:hAnsi="Arial" w:cs="Arial" w:eastAsia="Arial"/>
                <w:b w:val="0"/>
                <w:i w:val="0"/>
                <w:color w:val="231A2E"/>
                <w:sz w:val="18"/>
              </w:rPr>
            </w:r>
          </w:p>
        </w:tc>
      </w:tr>
      <w:tr>
        <w:trPr>
          <w:trHeight w:val="480"/>
        </w:trPr>
        <w:tc>
          <w:tcPr>
            <w:tcW w:type="dxa" w:w="538"/>
          </w:tcPr>
          <w:p>
            <w:r/>
            <w:r>
              <w:rPr>
                <w:rFonts w:ascii="Arial" w:hAnsi="Arial" w:cs="Arial" w:eastAsia="Arial"/>
                <w:b w:val="0"/>
                <w:i w:val="0"/>
                <w:color w:val="231A2E"/>
                <w:sz w:val="18"/>
              </w:rPr>
              <w:t>12</w:t>
            </w:r>
          </w:p>
        </w:tc>
        <w:tc>
          <w:tcPr>
            <w:tcW w:type="dxa" w:w="3524"/>
          </w:tcPr>
          <w:p>
            <w:r/>
            <w:r>
              <w:rPr>
                <w:rFonts w:ascii="Arial" w:hAnsi="Arial" w:cs="Arial" w:eastAsia="Arial"/>
                <w:b w:val="0"/>
                <w:i w:val="0"/>
                <w:color w:val="231A2E"/>
                <w:sz w:val="18"/>
              </w:rPr>
            </w:r>
          </w:p>
        </w:tc>
        <w:tc>
          <w:tcPr>
            <w:tcW w:type="dxa" w:w="2349"/>
          </w:tcPr>
          <w:p>
            <w:r/>
            <w:r>
              <w:rPr>
                <w:rFonts w:ascii="Arial" w:hAnsi="Arial" w:cs="Arial" w:eastAsia="Arial"/>
                <w:b w:val="0"/>
                <w:i w:val="0"/>
                <w:color w:val="231A2E"/>
                <w:sz w:val="18"/>
              </w:rPr>
            </w:r>
          </w:p>
        </w:tc>
        <w:tc>
          <w:tcPr>
            <w:tcW w:type="dxa" w:w="3524"/>
          </w:tcPr>
          <w:p>
            <w:r/>
            <w:r>
              <w:rPr>
                <w:rFonts w:ascii="Arial" w:hAnsi="Arial" w:cs="Arial" w:eastAsia="Arial"/>
                <w:b w:val="0"/>
                <w:i w:val="0"/>
                <w:color w:val="231A2E"/>
                <w:sz w:val="18"/>
              </w:rPr>
            </w:r>
          </w:p>
        </w:tc>
      </w:tr>
      <w:tr>
        <w:trPr>
          <w:trHeight w:val="480"/>
        </w:trPr>
        <w:tc>
          <w:tcPr>
            <w:tcW w:type="dxa" w:w="538"/>
          </w:tcPr>
          <w:p>
            <w:r/>
            <w:r>
              <w:rPr>
                <w:rFonts w:ascii="Arial" w:hAnsi="Arial" w:cs="Arial" w:eastAsia="Arial"/>
                <w:b w:val="0"/>
                <w:i w:val="0"/>
                <w:color w:val="231A2E"/>
                <w:sz w:val="18"/>
              </w:rPr>
              <w:t>13</w:t>
            </w:r>
          </w:p>
        </w:tc>
        <w:tc>
          <w:tcPr>
            <w:tcW w:type="dxa" w:w="3524"/>
          </w:tcPr>
          <w:p>
            <w:r/>
            <w:r>
              <w:rPr>
                <w:rFonts w:ascii="Arial" w:hAnsi="Arial" w:cs="Arial" w:eastAsia="Arial"/>
                <w:b w:val="0"/>
                <w:i w:val="0"/>
                <w:color w:val="231A2E"/>
                <w:sz w:val="18"/>
              </w:rPr>
            </w:r>
          </w:p>
        </w:tc>
        <w:tc>
          <w:tcPr>
            <w:tcW w:type="dxa" w:w="2349"/>
          </w:tcPr>
          <w:p>
            <w:r/>
            <w:r>
              <w:rPr>
                <w:rFonts w:ascii="Arial" w:hAnsi="Arial" w:cs="Arial" w:eastAsia="Arial"/>
                <w:b w:val="0"/>
                <w:i w:val="0"/>
                <w:color w:val="231A2E"/>
                <w:sz w:val="18"/>
              </w:rPr>
            </w:r>
          </w:p>
        </w:tc>
        <w:tc>
          <w:tcPr>
            <w:tcW w:type="dxa" w:w="3524"/>
          </w:tcPr>
          <w:p>
            <w:r/>
            <w:r>
              <w:rPr>
                <w:rFonts w:ascii="Arial" w:hAnsi="Arial" w:cs="Arial" w:eastAsia="Arial"/>
                <w:b w:val="0"/>
                <w:i w:val="0"/>
                <w:color w:val="231A2E"/>
                <w:sz w:val="18"/>
              </w:rPr>
            </w:r>
          </w:p>
        </w:tc>
      </w:tr>
      <w:tr>
        <w:trPr>
          <w:trHeight w:val="480"/>
        </w:trPr>
        <w:tc>
          <w:tcPr>
            <w:tcW w:type="dxa" w:w="538"/>
          </w:tcPr>
          <w:p>
            <w:r/>
            <w:r>
              <w:rPr>
                <w:rFonts w:ascii="Arial" w:hAnsi="Arial" w:cs="Arial" w:eastAsia="Arial"/>
                <w:b w:val="0"/>
                <w:i w:val="0"/>
                <w:color w:val="231A2E"/>
                <w:sz w:val="18"/>
              </w:rPr>
              <w:t>14</w:t>
            </w:r>
          </w:p>
        </w:tc>
        <w:tc>
          <w:tcPr>
            <w:tcW w:type="dxa" w:w="3524"/>
          </w:tcPr>
          <w:p>
            <w:r/>
            <w:r>
              <w:rPr>
                <w:rFonts w:ascii="Arial" w:hAnsi="Arial" w:cs="Arial" w:eastAsia="Arial"/>
                <w:b w:val="0"/>
                <w:i w:val="0"/>
                <w:color w:val="231A2E"/>
                <w:sz w:val="18"/>
              </w:rPr>
            </w:r>
          </w:p>
        </w:tc>
        <w:tc>
          <w:tcPr>
            <w:tcW w:type="dxa" w:w="2349"/>
          </w:tcPr>
          <w:p>
            <w:r/>
            <w:r>
              <w:rPr>
                <w:rFonts w:ascii="Arial" w:hAnsi="Arial" w:cs="Arial" w:eastAsia="Arial"/>
                <w:b w:val="0"/>
                <w:i w:val="0"/>
                <w:color w:val="231A2E"/>
                <w:sz w:val="18"/>
              </w:rPr>
            </w:r>
          </w:p>
        </w:tc>
        <w:tc>
          <w:tcPr>
            <w:tcW w:type="dxa" w:w="3524"/>
          </w:tcPr>
          <w:p>
            <w:r/>
            <w:r>
              <w:rPr>
                <w:rFonts w:ascii="Arial" w:hAnsi="Arial" w:cs="Arial" w:eastAsia="Arial"/>
                <w:b w:val="0"/>
                <w:i w:val="0"/>
                <w:color w:val="231A2E"/>
                <w:sz w:val="18"/>
              </w:rPr>
            </w:r>
          </w:p>
        </w:tc>
      </w:tr>
    </w:tbl>
    <w:p>
      <w:pPr>
        <w:spacing w:after="40"/>
      </w:pPr>
    </w:p>
    <w:p>
      <w:pPr>
        <w:spacing w:after="100"/>
      </w:pPr>
      <w:r>
        <w:rPr>
          <w:rFonts w:ascii="Arial" w:hAnsi="Arial" w:cs="Arial" w:eastAsia="Arial"/>
          <w:b w:val="0"/>
          <w:i/>
          <w:color w:val="5E5468"/>
          <w:sz w:val="17"/>
        </w:rPr>
        <w:t>Hiring? The US Equal Employment Opportunity Commission (EEOC) says pre-employment questions "should be limited to those essential for determining if a person is qualified for the job". Read its page on prohibited employment policies and practices (eeoc.gov) and check your state's rules. This worksheet is not legal advice.</w:t>
      </w:r>
    </w:p>
    <w:p>
      <w:r>
        <w:br w:type="page"/>
      </w:r>
    </w:p>
    <w:p>
      <w:pPr>
        <w:keepNext/>
        <w:spacing w:before="240" w:after="80"/>
      </w:pPr>
      <w:r>
        <w:rPr>
          <w:rFonts w:ascii="Arial" w:hAnsi="Arial" w:cs="Arial" w:eastAsia="Arial"/>
          <w:b/>
          <w:i w:val="0"/>
          <w:color w:val="231A2E"/>
          <w:sz w:val="28"/>
        </w:rPr>
        <w:t>3. The sections, page by page</w:t>
      </w:r>
    </w:p>
    <w:p>
      <w:pPr>
        <w:spacing w:after="100"/>
      </w:pPr>
      <w:r>
        <w:rPr>
          <w:rFonts w:ascii="Arial" w:hAnsi="Arial" w:cs="Arial" w:eastAsia="Arial"/>
          <w:b w:val="0"/>
          <w:i w:val="0"/>
          <w:color w:val="231A2E"/>
          <w:sz w:val="20"/>
        </w:rPr>
        <w:t>Put each section on its own page. Tick the ones you need and write the questions for each.</w:t>
      </w:r>
    </w:p>
    <w:tbl>
      <w:tblPr>
        <w:tblW w:type="auto" w:w="0"/>
        <w:tblLayout w:type="fixed"/>
        <w:tblLook w:firstColumn="1" w:firstRow="1" w:lastColumn="0" w:lastRow="0" w:noHBand="0" w:noVBand="1" w:val="04A0"/>
        <w:tblBorders>
          <w:top w:val="single" w:sz="4" w:color="C9C1D3"/>
          <w:left w:val="single" w:sz="4" w:color="C9C1D3"/>
          <w:bottom w:val="single" w:sz="4" w:color="C9C1D3"/>
          <w:right w:val="single" w:sz="4" w:color="C9C1D3"/>
          <w:insideH w:val="single" w:sz="4" w:color="C9C1D3"/>
          <w:insideV w:val="single" w:sz="4" w:color="C9C1D3"/>
        </w:tblBorders>
      </w:tblPr>
      <w:tblGrid>
        <w:gridCol w:w="2484"/>
        <w:gridCol w:w="2484"/>
        <w:gridCol w:w="2484"/>
        <w:gridCol w:w="2484"/>
      </w:tblGrid>
      <w:tr>
        <w:tc>
          <w:tcPr>
            <w:tcW w:type="dxa" w:w="696"/>
            <w:shd w:val="clear" w:color="auto" w:fill="231A2E"/>
          </w:tcPr>
          <w:p>
            <w:r/>
            <w:r>
              <w:rPr>
                <w:rFonts w:ascii="Arial" w:hAnsi="Arial" w:cs="Arial" w:eastAsia="Arial"/>
                <w:b/>
                <w:i w:val="0"/>
                <w:color w:val="FBF5E9"/>
                <w:sz w:val="18"/>
              </w:rPr>
              <w:t>Page</w:t>
            </w:r>
          </w:p>
        </w:tc>
        <w:tc>
          <w:tcPr>
            <w:tcW w:type="dxa" w:w="3577"/>
            <w:shd w:val="clear" w:color="auto" w:fill="231A2E"/>
          </w:tcPr>
          <w:p>
            <w:r/>
            <w:r>
              <w:rPr>
                <w:rFonts w:ascii="Arial" w:hAnsi="Arial" w:cs="Arial" w:eastAsia="Arial"/>
                <w:b/>
                <w:i w:val="0"/>
                <w:color w:val="FBF5E9"/>
                <w:sz w:val="18"/>
              </w:rPr>
              <w:t>Section</w:t>
            </w:r>
          </w:p>
        </w:tc>
        <w:tc>
          <w:tcPr>
            <w:tcW w:type="dxa" w:w="994"/>
            <w:shd w:val="clear" w:color="auto" w:fill="231A2E"/>
          </w:tcPr>
          <w:p>
            <w:r/>
            <w:r>
              <w:rPr>
                <w:rFonts w:ascii="Arial" w:hAnsi="Arial" w:cs="Arial" w:eastAsia="Arial"/>
                <w:b/>
                <w:i w:val="0"/>
                <w:color w:val="FBF5E9"/>
                <w:sz w:val="18"/>
              </w:rPr>
              <w:t>Need it?</w:t>
            </w:r>
          </w:p>
        </w:tc>
        <w:tc>
          <w:tcPr>
            <w:tcW w:type="dxa" w:w="4670"/>
            <w:shd w:val="clear" w:color="auto" w:fill="231A2E"/>
          </w:tcPr>
          <w:p>
            <w:r/>
            <w:r>
              <w:rPr>
                <w:rFonts w:ascii="Arial" w:hAnsi="Arial" w:cs="Arial" w:eastAsia="Arial"/>
                <w:b/>
                <w:i w:val="0"/>
                <w:color w:val="FBF5E9"/>
                <w:sz w:val="18"/>
              </w:rPr>
              <w:t>Questions on this page</w:t>
            </w:r>
          </w:p>
        </w:tc>
      </w:tr>
      <w:tr>
        <w:trPr>
          <w:trHeight w:val="480"/>
        </w:trPr>
        <w:tc>
          <w:tcPr>
            <w:tcW w:type="dxa" w:w="696"/>
          </w:tcPr>
          <w:p>
            <w:r/>
            <w:r>
              <w:rPr>
                <w:rFonts w:ascii="Arial" w:hAnsi="Arial" w:cs="Arial" w:eastAsia="Arial"/>
                <w:b w:val="0"/>
                <w:i/>
                <w:color w:val="5E5468"/>
                <w:sz w:val="18"/>
              </w:rPr>
              <w:t>1</w:t>
            </w:r>
          </w:p>
        </w:tc>
        <w:tc>
          <w:tcPr>
            <w:tcW w:type="dxa" w:w="3577"/>
          </w:tcPr>
          <w:p>
            <w:r/>
            <w:r>
              <w:rPr>
                <w:rFonts w:ascii="Arial" w:hAnsi="Arial" w:cs="Arial" w:eastAsia="Arial"/>
                <w:b w:val="0"/>
                <w:i/>
                <w:color w:val="5E5468"/>
                <w:sz w:val="18"/>
              </w:rPr>
              <w:t>Contact details (name, email, phone)</w:t>
            </w:r>
          </w:p>
        </w:tc>
        <w:tc>
          <w:tcPr>
            <w:tcW w:type="dxa" w:w="994"/>
          </w:tcPr>
          <w:p>
            <w:r/>
            <w:r>
              <w:rPr>
                <w:rFonts w:ascii="Arial" w:hAnsi="Arial" w:cs="Arial" w:eastAsia="Arial"/>
                <w:b w:val="0"/>
                <w:i/>
                <w:color w:val="5E5468"/>
                <w:sz w:val="18"/>
              </w:rPr>
              <w:t>Yes</w:t>
            </w:r>
          </w:p>
        </w:tc>
        <w:tc>
          <w:tcPr>
            <w:tcW w:type="dxa" w:w="4670"/>
          </w:tcPr>
          <w:p>
            <w:r/>
            <w:r>
              <w:rPr>
                <w:rFonts w:ascii="Arial" w:hAnsi="Arial" w:cs="Arial" w:eastAsia="Arial"/>
                <w:b w:val="0"/>
                <w:i/>
                <w:color w:val="5E5468"/>
                <w:sz w:val="18"/>
              </w:rPr>
              <w:t>Full name; Email; Phone</w:t>
            </w:r>
          </w:p>
        </w:tc>
      </w:tr>
      <w:tr>
        <w:trPr>
          <w:trHeight w:val="480"/>
        </w:trPr>
        <w:tc>
          <w:tcPr>
            <w:tcW w:type="dxa" w:w="696"/>
          </w:tcPr>
          <w:p>
            <w:r/>
            <w:r>
              <w:rPr>
                <w:rFonts w:ascii="Arial" w:hAnsi="Arial" w:cs="Arial" w:eastAsia="Arial"/>
                <w:b w:val="0"/>
                <w:i/>
                <w:color w:val="5E5468"/>
                <w:sz w:val="18"/>
              </w:rPr>
              <w:t>2</w:t>
            </w:r>
          </w:p>
        </w:tc>
        <w:tc>
          <w:tcPr>
            <w:tcW w:type="dxa" w:w="3577"/>
          </w:tcPr>
          <w:p>
            <w:r/>
            <w:r>
              <w:rPr>
                <w:rFonts w:ascii="Arial" w:hAnsi="Arial" w:cs="Arial" w:eastAsia="Arial"/>
                <w:b w:val="0"/>
                <w:i/>
                <w:color w:val="5E5468"/>
                <w:sz w:val="18"/>
              </w:rPr>
              <w:t>Eligibility (the yes or no questions that decide who can apply)</w:t>
            </w:r>
          </w:p>
        </w:tc>
        <w:tc>
          <w:tcPr>
            <w:tcW w:type="dxa" w:w="994"/>
          </w:tcPr>
          <w:p>
            <w:r/>
            <w:r>
              <w:rPr>
                <w:rFonts w:ascii="Arial" w:hAnsi="Arial" w:cs="Arial" w:eastAsia="Arial"/>
                <w:b w:val="0"/>
                <w:i/>
                <w:color w:val="5E5468"/>
                <w:sz w:val="18"/>
              </w:rPr>
              <w:t>Yes</w:t>
            </w:r>
          </w:p>
        </w:tc>
        <w:tc>
          <w:tcPr>
            <w:tcW w:type="dxa" w:w="4670"/>
          </w:tcPr>
          <w:p>
            <w:r/>
            <w:r>
              <w:rPr>
                <w:rFonts w:ascii="Arial" w:hAnsi="Arial" w:cs="Arial" w:eastAsia="Arial"/>
                <w:b w:val="0"/>
                <w:i/>
                <w:color w:val="5E5468"/>
                <w:sz w:val="18"/>
              </w:rPr>
              <w:t>Do you live in the city?; Are you 18 or older?</w:t>
            </w:r>
          </w:p>
        </w:tc>
      </w:tr>
      <w:tr>
        <w:trPr>
          <w:trHeight w:val="480"/>
        </w:trPr>
        <w:tc>
          <w:tcPr>
            <w:tcW w:type="dxa" w:w="696"/>
          </w:tcPr>
          <w:p>
            <w:r/>
            <w:r>
              <w:rPr>
                <w:rFonts w:ascii="Arial" w:hAnsi="Arial" w:cs="Arial" w:eastAsia="Arial"/>
                <w:b w:val="0"/>
                <w:i/>
                <w:color w:val="5E5468"/>
                <w:sz w:val="18"/>
              </w:rPr>
              <w:t>3</w:t>
            </w:r>
          </w:p>
        </w:tc>
        <w:tc>
          <w:tcPr>
            <w:tcW w:type="dxa" w:w="3577"/>
          </w:tcPr>
          <w:p>
            <w:r/>
            <w:r>
              <w:rPr>
                <w:rFonts w:ascii="Arial" w:hAnsi="Arial" w:cs="Arial" w:eastAsia="Arial"/>
                <w:b w:val="0"/>
                <w:i/>
                <w:color w:val="5E5468"/>
                <w:sz w:val="18"/>
              </w:rPr>
              <w:t>Experience (what they have done before)</w:t>
            </w:r>
          </w:p>
        </w:tc>
        <w:tc>
          <w:tcPr>
            <w:tcW w:type="dxa" w:w="994"/>
          </w:tcPr>
          <w:p>
            <w:r/>
            <w:r>
              <w:rPr>
                <w:rFonts w:ascii="Arial" w:hAnsi="Arial" w:cs="Arial" w:eastAsia="Arial"/>
                <w:b w:val="0"/>
                <w:i/>
                <w:color w:val="5E5468"/>
                <w:sz w:val="18"/>
              </w:rPr>
              <w:t>Yes</w:t>
            </w:r>
          </w:p>
        </w:tc>
        <w:tc>
          <w:tcPr>
            <w:tcW w:type="dxa" w:w="4670"/>
          </w:tcPr>
          <w:p>
            <w:r/>
            <w:r>
              <w:rPr>
                <w:rFonts w:ascii="Arial" w:hAnsi="Arial" w:cs="Arial" w:eastAsia="Arial"/>
                <w:b w:val="0"/>
                <w:i/>
                <w:color w:val="5E5468"/>
                <w:sz w:val="18"/>
              </w:rPr>
              <w:t>Have you gardened before?; Tell us about it</w:t>
            </w:r>
          </w:p>
        </w:tc>
      </w:tr>
      <w:tr>
        <w:trPr>
          <w:trHeight w:val="480"/>
        </w:trPr>
        <w:tc>
          <w:tcPr>
            <w:tcW w:type="dxa" w:w="696"/>
          </w:tcPr>
          <w:p>
            <w:r/>
            <w:r>
              <w:rPr>
                <w:rFonts w:ascii="Arial" w:hAnsi="Arial" w:cs="Arial" w:eastAsia="Arial"/>
                <w:b w:val="0"/>
                <w:i/>
                <w:color w:val="5E5468"/>
                <w:sz w:val="18"/>
              </w:rPr>
              <w:t>4</w:t>
            </w:r>
          </w:p>
        </w:tc>
        <w:tc>
          <w:tcPr>
            <w:tcW w:type="dxa" w:w="3577"/>
          </w:tcPr>
          <w:p>
            <w:r/>
            <w:r>
              <w:rPr>
                <w:rFonts w:ascii="Arial" w:hAnsi="Arial" w:cs="Arial" w:eastAsia="Arial"/>
                <w:b w:val="0"/>
                <w:i/>
                <w:color w:val="5E5468"/>
                <w:sz w:val="18"/>
              </w:rPr>
              <w:t>Statement or short essay (why them, why now)</w:t>
            </w:r>
          </w:p>
        </w:tc>
        <w:tc>
          <w:tcPr>
            <w:tcW w:type="dxa" w:w="994"/>
          </w:tcPr>
          <w:p>
            <w:r/>
            <w:r>
              <w:rPr>
                <w:rFonts w:ascii="Arial" w:hAnsi="Arial" w:cs="Arial" w:eastAsia="Arial"/>
                <w:b w:val="0"/>
                <w:i/>
                <w:color w:val="5E5468"/>
                <w:sz w:val="18"/>
              </w:rPr>
              <w:t>Yes</w:t>
            </w:r>
          </w:p>
        </w:tc>
        <w:tc>
          <w:tcPr>
            <w:tcW w:type="dxa" w:w="4670"/>
          </w:tcPr>
          <w:p>
            <w:r/>
            <w:r>
              <w:rPr>
                <w:rFonts w:ascii="Arial" w:hAnsi="Arial" w:cs="Arial" w:eastAsia="Arial"/>
                <w:b w:val="0"/>
                <w:i/>
                <w:color w:val="5E5468"/>
                <w:sz w:val="18"/>
              </w:rPr>
              <w:t>Why do you want a plot? (up to 150 words)</w:t>
            </w:r>
          </w:p>
        </w:tc>
      </w:tr>
      <w:tr>
        <w:trPr>
          <w:trHeight w:val="480"/>
        </w:trPr>
        <w:tc>
          <w:tcPr>
            <w:tcW w:type="dxa" w:w="696"/>
          </w:tcPr>
          <w:p>
            <w:r/>
            <w:r>
              <w:rPr>
                <w:rFonts w:ascii="Arial" w:hAnsi="Arial" w:cs="Arial" w:eastAsia="Arial"/>
                <w:b w:val="0"/>
                <w:i/>
                <w:color w:val="5E5468"/>
                <w:sz w:val="18"/>
              </w:rPr>
              <w:t>5</w:t>
            </w:r>
          </w:p>
        </w:tc>
        <w:tc>
          <w:tcPr>
            <w:tcW w:type="dxa" w:w="3577"/>
          </w:tcPr>
          <w:p>
            <w:r/>
            <w:r>
              <w:rPr>
                <w:rFonts w:ascii="Arial" w:hAnsi="Arial" w:cs="Arial" w:eastAsia="Arial"/>
                <w:b w:val="0"/>
                <w:i/>
                <w:color w:val="5E5468"/>
                <w:sz w:val="18"/>
              </w:rPr>
              <w:t>Documents (CV, portfolio, transcript, proof of address)</w:t>
            </w:r>
          </w:p>
        </w:tc>
        <w:tc>
          <w:tcPr>
            <w:tcW w:type="dxa" w:w="994"/>
          </w:tcPr>
          <w:p>
            <w:r/>
            <w:r>
              <w:rPr>
                <w:rFonts w:ascii="Arial" w:hAnsi="Arial" w:cs="Arial" w:eastAsia="Arial"/>
                <w:b w:val="0"/>
                <w:i/>
                <w:color w:val="5E5468"/>
                <w:sz w:val="18"/>
              </w:rPr>
              <w:t>Yes</w:t>
            </w:r>
          </w:p>
        </w:tc>
        <w:tc>
          <w:tcPr>
            <w:tcW w:type="dxa" w:w="4670"/>
          </w:tcPr>
          <w:p>
            <w:r/>
            <w:r>
              <w:rPr>
                <w:rFonts w:ascii="Arial" w:hAnsi="Arial" w:cs="Arial" w:eastAsia="Arial"/>
                <w:b w:val="0"/>
                <w:i/>
                <w:color w:val="5E5468"/>
                <w:sz w:val="18"/>
              </w:rPr>
              <w:t>Proof of address</w:t>
            </w:r>
          </w:p>
        </w:tc>
      </w:tr>
      <w:tr>
        <w:trPr>
          <w:trHeight w:val="480"/>
        </w:trPr>
        <w:tc>
          <w:tcPr>
            <w:tcW w:type="dxa" w:w="696"/>
          </w:tcPr>
          <w:p>
            <w:r/>
            <w:r>
              <w:rPr>
                <w:rFonts w:ascii="Arial" w:hAnsi="Arial" w:cs="Arial" w:eastAsia="Arial"/>
                <w:b w:val="0"/>
                <w:i/>
                <w:color w:val="5E5468"/>
                <w:sz w:val="18"/>
              </w:rPr>
              <w:t>6</w:t>
            </w:r>
          </w:p>
        </w:tc>
        <w:tc>
          <w:tcPr>
            <w:tcW w:type="dxa" w:w="3577"/>
          </w:tcPr>
          <w:p>
            <w:r/>
            <w:r>
              <w:rPr>
                <w:rFonts w:ascii="Arial" w:hAnsi="Arial" w:cs="Arial" w:eastAsia="Arial"/>
                <w:b w:val="0"/>
                <w:i/>
                <w:color w:val="5E5468"/>
                <w:sz w:val="18"/>
              </w:rPr>
              <w:t>Agreement (a plain yes or no to your rules)</w:t>
            </w:r>
          </w:p>
        </w:tc>
        <w:tc>
          <w:tcPr>
            <w:tcW w:type="dxa" w:w="994"/>
          </w:tcPr>
          <w:p>
            <w:r/>
            <w:r>
              <w:rPr>
                <w:rFonts w:ascii="Arial" w:hAnsi="Arial" w:cs="Arial" w:eastAsia="Arial"/>
                <w:b w:val="0"/>
                <w:i/>
                <w:color w:val="5E5468"/>
                <w:sz w:val="18"/>
              </w:rPr>
              <w:t>Yes</w:t>
            </w:r>
          </w:p>
        </w:tc>
        <w:tc>
          <w:tcPr>
            <w:tcW w:type="dxa" w:w="4670"/>
          </w:tcPr>
          <w:p>
            <w:r/>
            <w:r>
              <w:rPr>
                <w:rFonts w:ascii="Arial" w:hAnsi="Arial" w:cs="Arial" w:eastAsia="Arial"/>
                <w:b w:val="0"/>
                <w:i/>
                <w:color w:val="5E5468"/>
                <w:sz w:val="18"/>
              </w:rPr>
              <w:t>I have read the garden rules: Yes or No</w:t>
            </w:r>
          </w:p>
        </w:tc>
      </w:tr>
      <w:tr>
        <w:trPr>
          <w:trHeight w:val="480"/>
        </w:trPr>
        <w:tc>
          <w:tcPr>
            <w:tcW w:type="dxa" w:w="696"/>
          </w:tcPr>
          <w:p>
            <w:r/>
            <w:r>
              <w:rPr>
                <w:rFonts w:ascii="Arial" w:hAnsi="Arial" w:cs="Arial" w:eastAsia="Arial"/>
                <w:b w:val="0"/>
                <w:i w:val="0"/>
                <w:color w:val="231A2E"/>
                <w:sz w:val="18"/>
              </w:rPr>
            </w:r>
          </w:p>
        </w:tc>
        <w:tc>
          <w:tcPr>
            <w:tcW w:type="dxa" w:w="3577"/>
          </w:tcPr>
          <w:p>
            <w:r/>
            <w:r>
              <w:rPr>
                <w:rFonts w:ascii="Arial" w:hAnsi="Arial" w:cs="Arial" w:eastAsia="Arial"/>
                <w:b w:val="0"/>
                <w:i w:val="0"/>
                <w:color w:val="231A2E"/>
                <w:sz w:val="18"/>
              </w:rPr>
            </w:r>
          </w:p>
        </w:tc>
        <w:tc>
          <w:tcPr>
            <w:tcW w:type="dxa" w:w="994"/>
          </w:tcPr>
          <w:p>
            <w:r/>
            <w:r>
              <w:rPr>
                <w:rFonts w:ascii="Arial" w:hAnsi="Arial" w:cs="Arial" w:eastAsia="Arial"/>
                <w:b w:val="0"/>
                <w:i w:val="0"/>
                <w:color w:val="231A2E"/>
                <w:sz w:val="18"/>
              </w:rPr>
            </w:r>
          </w:p>
        </w:tc>
        <w:tc>
          <w:tcPr>
            <w:tcW w:type="dxa" w:w="4670"/>
          </w:tcPr>
          <w:p>
            <w:r/>
            <w:r>
              <w:rPr>
                <w:rFonts w:ascii="Arial" w:hAnsi="Arial" w:cs="Arial" w:eastAsia="Arial"/>
                <w:b w:val="0"/>
                <w:i w:val="0"/>
                <w:color w:val="231A2E"/>
                <w:sz w:val="18"/>
              </w:rPr>
            </w:r>
          </w:p>
        </w:tc>
      </w:tr>
      <w:tr>
        <w:trPr>
          <w:trHeight w:val="480"/>
        </w:trPr>
        <w:tc>
          <w:tcPr>
            <w:tcW w:type="dxa" w:w="696"/>
          </w:tcPr>
          <w:p>
            <w:r/>
            <w:r>
              <w:rPr>
                <w:rFonts w:ascii="Arial" w:hAnsi="Arial" w:cs="Arial" w:eastAsia="Arial"/>
                <w:b w:val="0"/>
                <w:i w:val="0"/>
                <w:color w:val="231A2E"/>
                <w:sz w:val="18"/>
              </w:rPr>
            </w:r>
          </w:p>
        </w:tc>
        <w:tc>
          <w:tcPr>
            <w:tcW w:type="dxa" w:w="3577"/>
          </w:tcPr>
          <w:p>
            <w:r/>
            <w:r>
              <w:rPr>
                <w:rFonts w:ascii="Arial" w:hAnsi="Arial" w:cs="Arial" w:eastAsia="Arial"/>
                <w:b w:val="0"/>
                <w:i w:val="0"/>
                <w:color w:val="231A2E"/>
                <w:sz w:val="18"/>
              </w:rPr>
            </w:r>
          </w:p>
        </w:tc>
        <w:tc>
          <w:tcPr>
            <w:tcW w:type="dxa" w:w="994"/>
          </w:tcPr>
          <w:p>
            <w:r/>
            <w:r>
              <w:rPr>
                <w:rFonts w:ascii="Arial" w:hAnsi="Arial" w:cs="Arial" w:eastAsia="Arial"/>
                <w:b w:val="0"/>
                <w:i w:val="0"/>
                <w:color w:val="231A2E"/>
                <w:sz w:val="18"/>
              </w:rPr>
            </w:r>
          </w:p>
        </w:tc>
        <w:tc>
          <w:tcPr>
            <w:tcW w:type="dxa" w:w="4670"/>
          </w:tcPr>
          <w:p>
            <w:r/>
            <w:r>
              <w:rPr>
                <w:rFonts w:ascii="Arial" w:hAnsi="Arial" w:cs="Arial" w:eastAsia="Arial"/>
                <w:b w:val="0"/>
                <w:i w:val="0"/>
                <w:color w:val="231A2E"/>
                <w:sz w:val="18"/>
              </w:rPr>
            </w:r>
          </w:p>
        </w:tc>
      </w:tr>
    </w:tbl>
    <w:p>
      <w:pPr>
        <w:spacing w:after="40"/>
      </w:pPr>
    </w:p>
    <w:p>
      <w:pPr>
        <w:keepNext/>
        <w:spacing w:after="20"/>
      </w:pPr>
      <w:r>
        <w:rPr>
          <w:rFonts w:ascii="Arial" w:hAnsi="Arial" w:cs="Arial" w:eastAsia="Arial"/>
          <w:b/>
          <w:i w:val="0"/>
          <w:color w:val="231A2E"/>
          <w:sz w:val="20"/>
        </w:rPr>
        <w:t>Help text for the first page: who is asking, what happens next and the deadline</w:t>
      </w:r>
    </w:p>
    <w:p>
      <w:pPr>
        <w:spacing w:after="20"/>
      </w:pPr>
      <w:r>
        <w:rPr>
          <w:rFonts w:ascii="Arial" w:hAnsi="Arial" w:cs="Arial" w:eastAsia="Arial"/>
          <w:b w:val="0"/>
          <w:i w:val="0"/>
          <w:color w:val="5E5468"/>
          <w:sz w:val="20"/>
        </w:rPr>
        <w:t>______________________________________________________________________________________</w:t>
      </w:r>
    </w:p>
    <w:p>
      <w:pPr>
        <w:spacing w:after="20"/>
      </w:pPr>
      <w:r>
        <w:rPr>
          <w:rFonts w:ascii="Arial" w:hAnsi="Arial" w:cs="Arial" w:eastAsia="Arial"/>
          <w:b w:val="0"/>
          <w:i w:val="0"/>
          <w:color w:val="5E5468"/>
          <w:sz w:val="20"/>
        </w:rPr>
        <w:t>______________________________________________________________________________________</w:t>
      </w:r>
    </w:p>
    <w:p>
      <w:r>
        <w:br w:type="page"/>
      </w:r>
    </w:p>
    <w:p>
      <w:pPr>
        <w:keepNext/>
        <w:spacing w:before="240" w:after="80"/>
      </w:pPr>
      <w:r>
        <w:rPr>
          <w:rFonts w:ascii="Arial" w:hAnsi="Arial" w:cs="Arial" w:eastAsia="Arial"/>
          <w:b/>
          <w:i w:val="0"/>
          <w:color w:val="231A2E"/>
          <w:sz w:val="28"/>
        </w:rPr>
        <w:t>4. Screening rules (send people who do not qualify to an ending)</w:t>
      </w:r>
    </w:p>
    <w:p>
      <w:pPr>
        <w:spacing w:after="100"/>
      </w:pPr>
      <w:r>
        <w:rPr>
          <w:rFonts w:ascii="Arial" w:hAnsi="Arial" w:cs="Arial" w:eastAsia="Arial"/>
          <w:b w:val="0"/>
          <w:i w:val="0"/>
          <w:color w:val="231A2E"/>
          <w:sz w:val="20"/>
        </w:rPr>
        <w:t>Write one rule per row. A logic jump can send someone straight to a named ending, so they skip the rest of the form and read a kind message instead.</w:t>
      </w:r>
    </w:p>
    <w:tbl>
      <w:tblPr>
        <w:tblW w:type="auto" w:w="0"/>
        <w:tblLayout w:type="fixed"/>
        <w:tblLook w:firstColumn="1" w:firstRow="1" w:lastColumn="0" w:lastRow="0" w:noHBand="0" w:noVBand="1" w:val="04A0"/>
        <w:tblBorders>
          <w:top w:val="single" w:sz="4" w:color="C9C1D3"/>
          <w:left w:val="single" w:sz="4" w:color="C9C1D3"/>
          <w:bottom w:val="single" w:sz="4" w:color="C9C1D3"/>
          <w:right w:val="single" w:sz="4" w:color="C9C1D3"/>
          <w:insideH w:val="single" w:sz="4" w:color="C9C1D3"/>
          <w:insideV w:val="single" w:sz="4" w:color="C9C1D3"/>
        </w:tblBorders>
      </w:tblPr>
      <w:tblGrid>
        <w:gridCol w:w="2484"/>
        <w:gridCol w:w="2484"/>
        <w:gridCol w:w="2484"/>
        <w:gridCol w:w="2484"/>
      </w:tblGrid>
      <w:tr>
        <w:tc>
          <w:tcPr>
            <w:tcW w:type="dxa" w:w="3057"/>
            <w:shd w:val="clear" w:color="auto" w:fill="231A2E"/>
          </w:tcPr>
          <w:p>
            <w:r/>
            <w:r>
              <w:rPr>
                <w:rFonts w:ascii="Arial" w:hAnsi="Arial" w:cs="Arial" w:eastAsia="Arial"/>
                <w:b/>
                <w:i w:val="0"/>
                <w:color w:val="FBF5E9"/>
                <w:sz w:val="18"/>
              </w:rPr>
              <w:t>If someone answers...</w:t>
            </w:r>
          </w:p>
        </w:tc>
        <w:tc>
          <w:tcPr>
            <w:tcW w:type="dxa" w:w="1242"/>
            <w:shd w:val="clear" w:color="auto" w:fill="231A2E"/>
          </w:tcPr>
          <w:p>
            <w:r/>
            <w:r>
              <w:rPr>
                <w:rFonts w:ascii="Arial" w:hAnsi="Arial" w:cs="Arial" w:eastAsia="Arial"/>
                <w:b/>
                <w:i w:val="0"/>
                <w:color w:val="FBF5E9"/>
                <w:sz w:val="18"/>
              </w:rPr>
              <w:t>Then...</w:t>
            </w:r>
          </w:p>
        </w:tc>
        <w:tc>
          <w:tcPr>
            <w:tcW w:type="dxa" w:w="2197"/>
            <w:shd w:val="clear" w:color="auto" w:fill="231A2E"/>
          </w:tcPr>
          <w:p>
            <w:r/>
            <w:r>
              <w:rPr>
                <w:rFonts w:ascii="Arial" w:hAnsi="Arial" w:cs="Arial" w:eastAsia="Arial"/>
                <w:b/>
                <w:i w:val="0"/>
                <w:color w:val="FBF5E9"/>
                <w:sz w:val="18"/>
              </w:rPr>
              <w:t>Ending or page</w:t>
            </w:r>
          </w:p>
        </w:tc>
        <w:tc>
          <w:tcPr>
            <w:tcW w:type="dxa" w:w="3439"/>
            <w:shd w:val="clear" w:color="auto" w:fill="231A2E"/>
          </w:tcPr>
          <w:p>
            <w:r/>
            <w:r>
              <w:rPr>
                <w:rFonts w:ascii="Arial" w:hAnsi="Arial" w:cs="Arial" w:eastAsia="Arial"/>
                <w:b/>
                <w:i w:val="0"/>
                <w:color w:val="FBF5E9"/>
                <w:sz w:val="18"/>
              </w:rPr>
              <w:t>What the ending says</w:t>
            </w:r>
          </w:p>
        </w:tc>
      </w:tr>
      <w:tr>
        <w:trPr>
          <w:trHeight w:val="480"/>
        </w:trPr>
        <w:tc>
          <w:tcPr>
            <w:tcW w:type="dxa" w:w="3057"/>
          </w:tcPr>
          <w:p>
            <w:r/>
            <w:r>
              <w:rPr>
                <w:rFonts w:ascii="Arial" w:hAnsi="Arial" w:cs="Arial" w:eastAsia="Arial"/>
                <w:b w:val="0"/>
                <w:i/>
                <w:color w:val="5E5468"/>
                <w:sz w:val="18"/>
              </w:rPr>
              <w:t>Do you live in the city? is "No"</w:t>
            </w:r>
          </w:p>
        </w:tc>
        <w:tc>
          <w:tcPr>
            <w:tcW w:type="dxa" w:w="1242"/>
          </w:tcPr>
          <w:p>
            <w:r/>
            <w:r>
              <w:rPr>
                <w:rFonts w:ascii="Arial" w:hAnsi="Arial" w:cs="Arial" w:eastAsia="Arial"/>
                <w:b w:val="0"/>
                <w:i/>
                <w:color w:val="5E5468"/>
                <w:sz w:val="18"/>
              </w:rPr>
              <w:t>Jump to</w:t>
            </w:r>
          </w:p>
        </w:tc>
        <w:tc>
          <w:tcPr>
            <w:tcW w:type="dxa" w:w="2197"/>
          </w:tcPr>
          <w:p>
            <w:r/>
            <w:r>
              <w:rPr>
                <w:rFonts w:ascii="Arial" w:hAnsi="Arial" w:cs="Arial" w:eastAsia="Arial"/>
                <w:b w:val="0"/>
                <w:i/>
                <w:color w:val="5E5468"/>
                <w:sz w:val="18"/>
              </w:rPr>
              <w:t>Ending: Not eligible</w:t>
            </w:r>
          </w:p>
        </w:tc>
        <w:tc>
          <w:tcPr>
            <w:tcW w:type="dxa" w:w="3439"/>
          </w:tcPr>
          <w:p>
            <w:r/>
            <w:r>
              <w:rPr>
                <w:rFonts w:ascii="Arial" w:hAnsi="Arial" w:cs="Arial" w:eastAsia="Arial"/>
                <w:b w:val="0"/>
                <w:i/>
                <w:color w:val="5E5468"/>
                <w:sz w:val="18"/>
              </w:rPr>
              <w:t>Plots are for city residents. Here is the county garden list.</w:t>
            </w:r>
          </w:p>
        </w:tc>
      </w:tr>
      <w:tr>
        <w:trPr>
          <w:trHeight w:val="480"/>
        </w:trPr>
        <w:tc>
          <w:tcPr>
            <w:tcW w:type="dxa" w:w="3057"/>
          </w:tcPr>
          <w:p>
            <w:r/>
            <w:r>
              <w:rPr>
                <w:rFonts w:ascii="Arial" w:hAnsi="Arial" w:cs="Arial" w:eastAsia="Arial"/>
                <w:b w:val="0"/>
                <w:i/>
                <w:color w:val="5E5468"/>
                <w:sz w:val="18"/>
              </w:rPr>
              <w:t>Are you 18 or older? is "No"</w:t>
            </w:r>
          </w:p>
        </w:tc>
        <w:tc>
          <w:tcPr>
            <w:tcW w:type="dxa" w:w="1242"/>
          </w:tcPr>
          <w:p>
            <w:r/>
            <w:r>
              <w:rPr>
                <w:rFonts w:ascii="Arial" w:hAnsi="Arial" w:cs="Arial" w:eastAsia="Arial"/>
                <w:b w:val="0"/>
                <w:i/>
                <w:color w:val="5E5468"/>
                <w:sz w:val="18"/>
              </w:rPr>
              <w:t>Jump to</w:t>
            </w:r>
          </w:p>
        </w:tc>
        <w:tc>
          <w:tcPr>
            <w:tcW w:type="dxa" w:w="2197"/>
          </w:tcPr>
          <w:p>
            <w:r/>
            <w:r>
              <w:rPr>
                <w:rFonts w:ascii="Arial" w:hAnsi="Arial" w:cs="Arial" w:eastAsia="Arial"/>
                <w:b w:val="0"/>
                <w:i/>
                <w:color w:val="5E5468"/>
                <w:sz w:val="18"/>
              </w:rPr>
              <w:t>Ending: Ask a parent</w:t>
            </w:r>
          </w:p>
        </w:tc>
        <w:tc>
          <w:tcPr>
            <w:tcW w:type="dxa" w:w="3439"/>
          </w:tcPr>
          <w:p>
            <w:r/>
            <w:r>
              <w:rPr>
                <w:rFonts w:ascii="Arial" w:hAnsi="Arial" w:cs="Arial" w:eastAsia="Arial"/>
                <w:b w:val="0"/>
                <w:i/>
                <w:color w:val="5E5468"/>
                <w:sz w:val="18"/>
              </w:rPr>
              <w:t>Ask a parent or guardian to apply for your family.</w:t>
            </w:r>
          </w:p>
        </w:tc>
      </w:tr>
      <w:tr>
        <w:trPr>
          <w:trHeight w:val="480"/>
        </w:trPr>
        <w:tc>
          <w:tcPr>
            <w:tcW w:type="dxa" w:w="3057"/>
          </w:tcPr>
          <w:p>
            <w:r/>
            <w:r>
              <w:rPr>
                <w:rFonts w:ascii="Arial" w:hAnsi="Arial" w:cs="Arial" w:eastAsia="Arial"/>
                <w:b w:val="0"/>
                <w:i w:val="0"/>
                <w:color w:val="231A2E"/>
                <w:sz w:val="18"/>
              </w:rPr>
            </w:r>
          </w:p>
        </w:tc>
        <w:tc>
          <w:tcPr>
            <w:tcW w:type="dxa" w:w="1242"/>
          </w:tcPr>
          <w:p>
            <w:r/>
            <w:r>
              <w:rPr>
                <w:rFonts w:ascii="Arial" w:hAnsi="Arial" w:cs="Arial" w:eastAsia="Arial"/>
                <w:b w:val="0"/>
                <w:i w:val="0"/>
                <w:color w:val="231A2E"/>
                <w:sz w:val="18"/>
              </w:rPr>
            </w:r>
          </w:p>
        </w:tc>
        <w:tc>
          <w:tcPr>
            <w:tcW w:type="dxa" w:w="2197"/>
          </w:tcPr>
          <w:p>
            <w:r/>
            <w:r>
              <w:rPr>
                <w:rFonts w:ascii="Arial" w:hAnsi="Arial" w:cs="Arial" w:eastAsia="Arial"/>
                <w:b w:val="0"/>
                <w:i w:val="0"/>
                <w:color w:val="231A2E"/>
                <w:sz w:val="18"/>
              </w:rPr>
            </w:r>
          </w:p>
        </w:tc>
        <w:tc>
          <w:tcPr>
            <w:tcW w:type="dxa" w:w="3439"/>
          </w:tcPr>
          <w:p>
            <w:r/>
            <w:r>
              <w:rPr>
                <w:rFonts w:ascii="Arial" w:hAnsi="Arial" w:cs="Arial" w:eastAsia="Arial"/>
                <w:b w:val="0"/>
                <w:i w:val="0"/>
                <w:color w:val="231A2E"/>
                <w:sz w:val="18"/>
              </w:rPr>
            </w:r>
          </w:p>
        </w:tc>
      </w:tr>
      <w:tr>
        <w:trPr>
          <w:trHeight w:val="480"/>
        </w:trPr>
        <w:tc>
          <w:tcPr>
            <w:tcW w:type="dxa" w:w="3057"/>
          </w:tcPr>
          <w:p>
            <w:r/>
            <w:r>
              <w:rPr>
                <w:rFonts w:ascii="Arial" w:hAnsi="Arial" w:cs="Arial" w:eastAsia="Arial"/>
                <w:b w:val="0"/>
                <w:i w:val="0"/>
                <w:color w:val="231A2E"/>
                <w:sz w:val="18"/>
              </w:rPr>
            </w:r>
          </w:p>
        </w:tc>
        <w:tc>
          <w:tcPr>
            <w:tcW w:type="dxa" w:w="1242"/>
          </w:tcPr>
          <w:p>
            <w:r/>
            <w:r>
              <w:rPr>
                <w:rFonts w:ascii="Arial" w:hAnsi="Arial" w:cs="Arial" w:eastAsia="Arial"/>
                <w:b w:val="0"/>
                <w:i w:val="0"/>
                <w:color w:val="231A2E"/>
                <w:sz w:val="18"/>
              </w:rPr>
            </w:r>
          </w:p>
        </w:tc>
        <w:tc>
          <w:tcPr>
            <w:tcW w:type="dxa" w:w="2197"/>
          </w:tcPr>
          <w:p>
            <w:r/>
            <w:r>
              <w:rPr>
                <w:rFonts w:ascii="Arial" w:hAnsi="Arial" w:cs="Arial" w:eastAsia="Arial"/>
                <w:b w:val="0"/>
                <w:i w:val="0"/>
                <w:color w:val="231A2E"/>
                <w:sz w:val="18"/>
              </w:rPr>
            </w:r>
          </w:p>
        </w:tc>
        <w:tc>
          <w:tcPr>
            <w:tcW w:type="dxa" w:w="3439"/>
          </w:tcPr>
          <w:p>
            <w:r/>
            <w:r>
              <w:rPr>
                <w:rFonts w:ascii="Arial" w:hAnsi="Arial" w:cs="Arial" w:eastAsia="Arial"/>
                <w:b w:val="0"/>
                <w:i w:val="0"/>
                <w:color w:val="231A2E"/>
                <w:sz w:val="18"/>
              </w:rPr>
            </w:r>
          </w:p>
        </w:tc>
      </w:tr>
      <w:tr>
        <w:trPr>
          <w:trHeight w:val="480"/>
        </w:trPr>
        <w:tc>
          <w:tcPr>
            <w:tcW w:type="dxa" w:w="3057"/>
          </w:tcPr>
          <w:p>
            <w:r/>
            <w:r>
              <w:rPr>
                <w:rFonts w:ascii="Arial" w:hAnsi="Arial" w:cs="Arial" w:eastAsia="Arial"/>
                <w:b w:val="0"/>
                <w:i w:val="0"/>
                <w:color w:val="231A2E"/>
                <w:sz w:val="18"/>
              </w:rPr>
            </w:r>
          </w:p>
        </w:tc>
        <w:tc>
          <w:tcPr>
            <w:tcW w:type="dxa" w:w="1242"/>
          </w:tcPr>
          <w:p>
            <w:r/>
            <w:r>
              <w:rPr>
                <w:rFonts w:ascii="Arial" w:hAnsi="Arial" w:cs="Arial" w:eastAsia="Arial"/>
                <w:b w:val="0"/>
                <w:i w:val="0"/>
                <w:color w:val="231A2E"/>
                <w:sz w:val="18"/>
              </w:rPr>
            </w:r>
          </w:p>
        </w:tc>
        <w:tc>
          <w:tcPr>
            <w:tcW w:type="dxa" w:w="2197"/>
          </w:tcPr>
          <w:p>
            <w:r/>
            <w:r>
              <w:rPr>
                <w:rFonts w:ascii="Arial" w:hAnsi="Arial" w:cs="Arial" w:eastAsia="Arial"/>
                <w:b w:val="0"/>
                <w:i w:val="0"/>
                <w:color w:val="231A2E"/>
                <w:sz w:val="18"/>
              </w:rPr>
            </w:r>
          </w:p>
        </w:tc>
        <w:tc>
          <w:tcPr>
            <w:tcW w:type="dxa" w:w="3439"/>
          </w:tcPr>
          <w:p>
            <w:r/>
            <w:r>
              <w:rPr>
                <w:rFonts w:ascii="Arial" w:hAnsi="Arial" w:cs="Arial" w:eastAsia="Arial"/>
                <w:b w:val="0"/>
                <w:i w:val="0"/>
                <w:color w:val="231A2E"/>
                <w:sz w:val="18"/>
              </w:rPr>
            </w:r>
          </w:p>
        </w:tc>
      </w:tr>
      <w:tr>
        <w:trPr>
          <w:trHeight w:val="480"/>
        </w:trPr>
        <w:tc>
          <w:tcPr>
            <w:tcW w:type="dxa" w:w="3057"/>
          </w:tcPr>
          <w:p>
            <w:r/>
            <w:r>
              <w:rPr>
                <w:rFonts w:ascii="Arial" w:hAnsi="Arial" w:cs="Arial" w:eastAsia="Arial"/>
                <w:b w:val="0"/>
                <w:i w:val="0"/>
                <w:color w:val="231A2E"/>
                <w:sz w:val="18"/>
              </w:rPr>
            </w:r>
          </w:p>
        </w:tc>
        <w:tc>
          <w:tcPr>
            <w:tcW w:type="dxa" w:w="1242"/>
          </w:tcPr>
          <w:p>
            <w:r/>
            <w:r>
              <w:rPr>
                <w:rFonts w:ascii="Arial" w:hAnsi="Arial" w:cs="Arial" w:eastAsia="Arial"/>
                <w:b w:val="0"/>
                <w:i w:val="0"/>
                <w:color w:val="231A2E"/>
                <w:sz w:val="18"/>
              </w:rPr>
            </w:r>
          </w:p>
        </w:tc>
        <w:tc>
          <w:tcPr>
            <w:tcW w:type="dxa" w:w="2197"/>
          </w:tcPr>
          <w:p>
            <w:r/>
            <w:r>
              <w:rPr>
                <w:rFonts w:ascii="Arial" w:hAnsi="Arial" w:cs="Arial" w:eastAsia="Arial"/>
                <w:b w:val="0"/>
                <w:i w:val="0"/>
                <w:color w:val="231A2E"/>
                <w:sz w:val="18"/>
              </w:rPr>
            </w:r>
          </w:p>
        </w:tc>
        <w:tc>
          <w:tcPr>
            <w:tcW w:type="dxa" w:w="3439"/>
          </w:tcPr>
          <w:p>
            <w:r/>
            <w:r>
              <w:rPr>
                <w:rFonts w:ascii="Arial" w:hAnsi="Arial" w:cs="Arial" w:eastAsia="Arial"/>
                <w:b w:val="0"/>
                <w:i w:val="0"/>
                <w:color w:val="231A2E"/>
                <w:sz w:val="18"/>
              </w:rPr>
            </w:r>
          </w:p>
        </w:tc>
      </w:tr>
      <w:tr>
        <w:trPr>
          <w:trHeight w:val="480"/>
        </w:trPr>
        <w:tc>
          <w:tcPr>
            <w:tcW w:type="dxa" w:w="3057"/>
          </w:tcPr>
          <w:p>
            <w:r/>
            <w:r>
              <w:rPr>
                <w:rFonts w:ascii="Arial" w:hAnsi="Arial" w:cs="Arial" w:eastAsia="Arial"/>
                <w:b w:val="0"/>
                <w:i w:val="0"/>
                <w:color w:val="231A2E"/>
                <w:sz w:val="18"/>
              </w:rPr>
            </w:r>
          </w:p>
        </w:tc>
        <w:tc>
          <w:tcPr>
            <w:tcW w:type="dxa" w:w="1242"/>
          </w:tcPr>
          <w:p>
            <w:r/>
            <w:r>
              <w:rPr>
                <w:rFonts w:ascii="Arial" w:hAnsi="Arial" w:cs="Arial" w:eastAsia="Arial"/>
                <w:b w:val="0"/>
                <w:i w:val="0"/>
                <w:color w:val="231A2E"/>
                <w:sz w:val="18"/>
              </w:rPr>
            </w:r>
          </w:p>
        </w:tc>
        <w:tc>
          <w:tcPr>
            <w:tcW w:type="dxa" w:w="2197"/>
          </w:tcPr>
          <w:p>
            <w:r/>
            <w:r>
              <w:rPr>
                <w:rFonts w:ascii="Arial" w:hAnsi="Arial" w:cs="Arial" w:eastAsia="Arial"/>
                <w:b w:val="0"/>
                <w:i w:val="0"/>
                <w:color w:val="231A2E"/>
                <w:sz w:val="18"/>
              </w:rPr>
            </w:r>
          </w:p>
        </w:tc>
        <w:tc>
          <w:tcPr>
            <w:tcW w:type="dxa" w:w="3439"/>
          </w:tcPr>
          <w:p>
            <w:r/>
            <w:r>
              <w:rPr>
                <w:rFonts w:ascii="Arial" w:hAnsi="Arial" w:cs="Arial" w:eastAsia="Arial"/>
                <w:b w:val="0"/>
                <w:i w:val="0"/>
                <w:color w:val="231A2E"/>
                <w:sz w:val="18"/>
              </w:rPr>
            </w:r>
          </w:p>
        </w:tc>
      </w:tr>
    </w:tbl>
    <w:p>
      <w:pPr>
        <w:spacing w:after="40"/>
      </w:pPr>
    </w:p>
    <w:p>
      <w:pPr>
        <w:keepNext/>
        <w:spacing w:after="20"/>
      </w:pPr>
      <w:r>
        <w:rPr>
          <w:rFonts w:ascii="Arial" w:hAnsi="Arial" w:cs="Arial" w:eastAsia="Arial"/>
          <w:b/>
          <w:i w:val="0"/>
          <w:color w:val="231A2E"/>
          <w:sz w:val="20"/>
        </w:rPr>
        <w:t>The thank-you message for people who finish: what happens next, and when</w:t>
      </w:r>
    </w:p>
    <w:p>
      <w:pPr>
        <w:spacing w:after="20"/>
      </w:pPr>
      <w:r>
        <w:rPr>
          <w:rFonts w:ascii="Arial" w:hAnsi="Arial" w:cs="Arial" w:eastAsia="Arial"/>
          <w:b w:val="0"/>
          <w:i w:val="0"/>
          <w:color w:val="5E5468"/>
          <w:sz w:val="20"/>
        </w:rPr>
        <w:t>______________________________________________________________________________________</w:t>
      </w:r>
    </w:p>
    <w:p>
      <w:pPr>
        <w:spacing w:after="20"/>
      </w:pPr>
      <w:r>
        <w:rPr>
          <w:rFonts w:ascii="Arial" w:hAnsi="Arial" w:cs="Arial" w:eastAsia="Arial"/>
          <w:b w:val="0"/>
          <w:i w:val="0"/>
          <w:color w:val="5E5468"/>
          <w:sz w:val="20"/>
        </w:rPr>
        <w:t>______________________________________________________________________________________</w:t>
      </w:r>
    </w:p>
    <w:p>
      <w:pPr>
        <w:spacing w:after="100"/>
      </w:pPr>
      <w:r>
        <w:rPr>
          <w:rFonts w:ascii="Arial" w:hAnsi="Arial" w:cs="Arial" w:eastAsia="Arial"/>
          <w:b w:val="0"/>
          <w:i/>
          <w:color w:val="5E5468"/>
          <w:sz w:val="17"/>
        </w:rPr>
        <w:t>Example: Thanks! We draw plots on 15 March and email everyone by 20 March.</w:t>
      </w:r>
    </w:p>
    <w:p>
      <w:pPr>
        <w:keepNext/>
        <w:spacing w:before="240" w:after="80"/>
      </w:pPr>
      <w:r>
        <w:rPr>
          <w:rFonts w:ascii="Arial" w:hAnsi="Arial" w:cs="Arial" w:eastAsia="Arial"/>
          <w:b/>
          <w:i w:val="0"/>
          <w:color w:val="231A2E"/>
          <w:sz w:val="28"/>
        </w:rPr>
        <w:t>5. Documents to collect</w:t>
      </w:r>
    </w:p>
    <w:p>
      <w:pPr>
        <w:spacing w:after="100"/>
      </w:pPr>
      <w:r>
        <w:rPr>
          <w:rFonts w:ascii="Arial" w:hAnsi="Arial" w:cs="Arial" w:eastAsia="Arial"/>
          <w:b w:val="0"/>
          <w:i w:val="0"/>
          <w:color w:val="231A2E"/>
          <w:sz w:val="20"/>
        </w:rPr>
        <w:t>One file upload question per document. Each question takes up to 10 files, and you choose the file types. On the Free plan each file can be up to 10 MB; Pro and Business have no plan cap on file size.</w:t>
      </w:r>
    </w:p>
    <w:tbl>
      <w:tblPr>
        <w:tblW w:type="auto" w:w="0"/>
        <w:tblLayout w:type="fixed"/>
        <w:tblLook w:firstColumn="1" w:firstRow="1" w:lastColumn="0" w:lastRow="0" w:noHBand="0" w:noVBand="1" w:val="04A0"/>
        <w:tblBorders>
          <w:top w:val="single" w:sz="4" w:color="C9C1D3"/>
          <w:left w:val="single" w:sz="4" w:color="C9C1D3"/>
          <w:bottom w:val="single" w:sz="4" w:color="C9C1D3"/>
          <w:right w:val="single" w:sz="4" w:color="C9C1D3"/>
          <w:insideH w:val="single" w:sz="4" w:color="C9C1D3"/>
          <w:insideV w:val="single" w:sz="4" w:color="C9C1D3"/>
        </w:tblBorders>
      </w:tblPr>
      <w:tblGrid>
        <w:gridCol w:w="1987"/>
        <w:gridCol w:w="1987"/>
        <w:gridCol w:w="1987"/>
        <w:gridCol w:w="1987"/>
        <w:gridCol w:w="1987"/>
      </w:tblGrid>
      <w:tr>
        <w:tc>
          <w:tcPr>
            <w:tcW w:type="dxa" w:w="2583"/>
            <w:shd w:val="clear" w:color="auto" w:fill="231A2E"/>
          </w:tcPr>
          <w:p>
            <w:r/>
            <w:r>
              <w:rPr>
                <w:rFonts w:ascii="Arial" w:hAnsi="Arial" w:cs="Arial" w:eastAsia="Arial"/>
                <w:b/>
                <w:i w:val="0"/>
                <w:color w:val="FBF5E9"/>
                <w:sz w:val="18"/>
              </w:rPr>
              <w:t>Document</w:t>
            </w:r>
          </w:p>
        </w:tc>
        <w:tc>
          <w:tcPr>
            <w:tcW w:type="dxa" w:w="1788"/>
            <w:shd w:val="clear" w:color="auto" w:fill="231A2E"/>
          </w:tcPr>
          <w:p>
            <w:r/>
            <w:r>
              <w:rPr>
                <w:rFonts w:ascii="Arial" w:hAnsi="Arial" w:cs="Arial" w:eastAsia="Arial"/>
                <w:b/>
                <w:i w:val="0"/>
                <w:color w:val="FBF5E9"/>
                <w:sz w:val="18"/>
              </w:rPr>
              <w:t>File types</w:t>
            </w:r>
          </w:p>
        </w:tc>
        <w:tc>
          <w:tcPr>
            <w:tcW w:type="dxa" w:w="1093"/>
            <w:shd w:val="clear" w:color="auto" w:fill="231A2E"/>
          </w:tcPr>
          <w:p>
            <w:r/>
            <w:r>
              <w:rPr>
                <w:rFonts w:ascii="Arial" w:hAnsi="Arial" w:cs="Arial" w:eastAsia="Arial"/>
                <w:b/>
                <w:i w:val="0"/>
                <w:color w:val="FBF5E9"/>
                <w:sz w:val="18"/>
              </w:rPr>
              <w:t>Max files</w:t>
            </w:r>
          </w:p>
        </w:tc>
        <w:tc>
          <w:tcPr>
            <w:tcW w:type="dxa" w:w="1093"/>
            <w:shd w:val="clear" w:color="auto" w:fill="231A2E"/>
          </w:tcPr>
          <w:p>
            <w:r/>
            <w:r>
              <w:rPr>
                <w:rFonts w:ascii="Arial" w:hAnsi="Arial" w:cs="Arial" w:eastAsia="Arial"/>
                <w:b/>
                <w:i w:val="0"/>
                <w:color w:val="FBF5E9"/>
                <w:sz w:val="18"/>
              </w:rPr>
              <w:t>Required?</w:t>
            </w:r>
          </w:p>
        </w:tc>
        <w:tc>
          <w:tcPr>
            <w:tcW w:type="dxa" w:w="3378"/>
            <w:shd w:val="clear" w:color="auto" w:fill="231A2E"/>
          </w:tcPr>
          <w:p>
            <w:r/>
            <w:r>
              <w:rPr>
                <w:rFonts w:ascii="Arial" w:hAnsi="Arial" w:cs="Arial" w:eastAsia="Arial"/>
                <w:b/>
                <w:i w:val="0"/>
                <w:color w:val="FBF5E9"/>
                <w:sz w:val="18"/>
              </w:rPr>
              <w:t>Help text</w:t>
            </w:r>
          </w:p>
        </w:tc>
      </w:tr>
      <w:tr>
        <w:trPr>
          <w:trHeight w:val="480"/>
        </w:trPr>
        <w:tc>
          <w:tcPr>
            <w:tcW w:type="dxa" w:w="2583"/>
          </w:tcPr>
          <w:p>
            <w:r/>
            <w:r>
              <w:rPr>
                <w:rFonts w:ascii="Arial" w:hAnsi="Arial" w:cs="Arial" w:eastAsia="Arial"/>
                <w:b w:val="0"/>
                <w:i/>
                <w:color w:val="5E5468"/>
                <w:sz w:val="18"/>
              </w:rPr>
              <w:t>Proof of address</w:t>
            </w:r>
          </w:p>
        </w:tc>
        <w:tc>
          <w:tcPr>
            <w:tcW w:type="dxa" w:w="1788"/>
          </w:tcPr>
          <w:p>
            <w:r/>
            <w:r>
              <w:rPr>
                <w:rFonts w:ascii="Arial" w:hAnsi="Arial" w:cs="Arial" w:eastAsia="Arial"/>
                <w:b w:val="0"/>
                <w:i/>
                <w:color w:val="5E5468"/>
                <w:sz w:val="18"/>
              </w:rPr>
              <w:t>PDF, images</w:t>
            </w:r>
          </w:p>
        </w:tc>
        <w:tc>
          <w:tcPr>
            <w:tcW w:type="dxa" w:w="1093"/>
          </w:tcPr>
          <w:p>
            <w:r/>
            <w:r>
              <w:rPr>
                <w:rFonts w:ascii="Arial" w:hAnsi="Arial" w:cs="Arial" w:eastAsia="Arial"/>
                <w:b w:val="0"/>
                <w:i/>
                <w:color w:val="5E5468"/>
                <w:sz w:val="18"/>
              </w:rPr>
              <w:t>1</w:t>
            </w:r>
          </w:p>
        </w:tc>
        <w:tc>
          <w:tcPr>
            <w:tcW w:type="dxa" w:w="1093"/>
          </w:tcPr>
          <w:p>
            <w:r/>
            <w:r>
              <w:rPr>
                <w:rFonts w:ascii="Arial" w:hAnsi="Arial" w:cs="Arial" w:eastAsia="Arial"/>
                <w:b w:val="0"/>
                <w:i/>
                <w:color w:val="5E5468"/>
                <w:sz w:val="18"/>
              </w:rPr>
              <w:t>Yes</w:t>
            </w:r>
          </w:p>
        </w:tc>
        <w:tc>
          <w:tcPr>
            <w:tcW w:type="dxa" w:w="3378"/>
          </w:tcPr>
          <w:p>
            <w:r/>
            <w:r>
              <w:rPr>
                <w:rFonts w:ascii="Arial" w:hAnsi="Arial" w:cs="Arial" w:eastAsia="Arial"/>
                <w:b w:val="0"/>
                <w:i/>
                <w:color w:val="5E5468"/>
                <w:sz w:val="18"/>
              </w:rPr>
              <w:t>A utility bill or lease from this year</w:t>
            </w:r>
          </w:p>
        </w:tc>
      </w:tr>
      <w:tr>
        <w:trPr>
          <w:trHeight w:val="480"/>
        </w:trPr>
        <w:tc>
          <w:tcPr>
            <w:tcW w:type="dxa" w:w="2583"/>
          </w:tcPr>
          <w:p>
            <w:r/>
            <w:r>
              <w:rPr>
                <w:rFonts w:ascii="Arial" w:hAnsi="Arial" w:cs="Arial" w:eastAsia="Arial"/>
                <w:b w:val="0"/>
                <w:i w:val="0"/>
                <w:color w:val="231A2E"/>
                <w:sz w:val="18"/>
              </w:rPr>
            </w:r>
          </w:p>
        </w:tc>
        <w:tc>
          <w:tcPr>
            <w:tcW w:type="dxa" w:w="1788"/>
          </w:tcPr>
          <w:p>
            <w:r/>
            <w:r>
              <w:rPr>
                <w:rFonts w:ascii="Arial" w:hAnsi="Arial" w:cs="Arial" w:eastAsia="Arial"/>
                <w:b w:val="0"/>
                <w:i w:val="0"/>
                <w:color w:val="231A2E"/>
                <w:sz w:val="18"/>
              </w:rPr>
            </w:r>
          </w:p>
        </w:tc>
        <w:tc>
          <w:tcPr>
            <w:tcW w:type="dxa" w:w="1093"/>
          </w:tcPr>
          <w:p>
            <w:r/>
            <w:r>
              <w:rPr>
                <w:rFonts w:ascii="Arial" w:hAnsi="Arial" w:cs="Arial" w:eastAsia="Arial"/>
                <w:b w:val="0"/>
                <w:i w:val="0"/>
                <w:color w:val="231A2E"/>
                <w:sz w:val="18"/>
              </w:rPr>
            </w:r>
          </w:p>
        </w:tc>
        <w:tc>
          <w:tcPr>
            <w:tcW w:type="dxa" w:w="1093"/>
          </w:tcPr>
          <w:p>
            <w:r/>
            <w:r>
              <w:rPr>
                <w:rFonts w:ascii="Arial" w:hAnsi="Arial" w:cs="Arial" w:eastAsia="Arial"/>
                <w:b w:val="0"/>
                <w:i w:val="0"/>
                <w:color w:val="231A2E"/>
                <w:sz w:val="18"/>
              </w:rPr>
            </w:r>
          </w:p>
        </w:tc>
        <w:tc>
          <w:tcPr>
            <w:tcW w:type="dxa" w:w="3378"/>
          </w:tcPr>
          <w:p>
            <w:r/>
            <w:r>
              <w:rPr>
                <w:rFonts w:ascii="Arial" w:hAnsi="Arial" w:cs="Arial" w:eastAsia="Arial"/>
                <w:b w:val="0"/>
                <w:i w:val="0"/>
                <w:color w:val="231A2E"/>
                <w:sz w:val="18"/>
              </w:rPr>
            </w:r>
          </w:p>
        </w:tc>
      </w:tr>
      <w:tr>
        <w:trPr>
          <w:trHeight w:val="480"/>
        </w:trPr>
        <w:tc>
          <w:tcPr>
            <w:tcW w:type="dxa" w:w="2583"/>
          </w:tcPr>
          <w:p>
            <w:r/>
            <w:r>
              <w:rPr>
                <w:rFonts w:ascii="Arial" w:hAnsi="Arial" w:cs="Arial" w:eastAsia="Arial"/>
                <w:b w:val="0"/>
                <w:i w:val="0"/>
                <w:color w:val="231A2E"/>
                <w:sz w:val="18"/>
              </w:rPr>
            </w:r>
          </w:p>
        </w:tc>
        <w:tc>
          <w:tcPr>
            <w:tcW w:type="dxa" w:w="1788"/>
          </w:tcPr>
          <w:p>
            <w:r/>
            <w:r>
              <w:rPr>
                <w:rFonts w:ascii="Arial" w:hAnsi="Arial" w:cs="Arial" w:eastAsia="Arial"/>
                <w:b w:val="0"/>
                <w:i w:val="0"/>
                <w:color w:val="231A2E"/>
                <w:sz w:val="18"/>
              </w:rPr>
            </w:r>
          </w:p>
        </w:tc>
        <w:tc>
          <w:tcPr>
            <w:tcW w:type="dxa" w:w="1093"/>
          </w:tcPr>
          <w:p>
            <w:r/>
            <w:r>
              <w:rPr>
                <w:rFonts w:ascii="Arial" w:hAnsi="Arial" w:cs="Arial" w:eastAsia="Arial"/>
                <w:b w:val="0"/>
                <w:i w:val="0"/>
                <w:color w:val="231A2E"/>
                <w:sz w:val="18"/>
              </w:rPr>
            </w:r>
          </w:p>
        </w:tc>
        <w:tc>
          <w:tcPr>
            <w:tcW w:type="dxa" w:w="1093"/>
          </w:tcPr>
          <w:p>
            <w:r/>
            <w:r>
              <w:rPr>
                <w:rFonts w:ascii="Arial" w:hAnsi="Arial" w:cs="Arial" w:eastAsia="Arial"/>
                <w:b w:val="0"/>
                <w:i w:val="0"/>
                <w:color w:val="231A2E"/>
                <w:sz w:val="18"/>
              </w:rPr>
            </w:r>
          </w:p>
        </w:tc>
        <w:tc>
          <w:tcPr>
            <w:tcW w:type="dxa" w:w="3378"/>
          </w:tcPr>
          <w:p>
            <w:r/>
            <w:r>
              <w:rPr>
                <w:rFonts w:ascii="Arial" w:hAnsi="Arial" w:cs="Arial" w:eastAsia="Arial"/>
                <w:b w:val="0"/>
                <w:i w:val="0"/>
                <w:color w:val="231A2E"/>
                <w:sz w:val="18"/>
              </w:rPr>
            </w:r>
          </w:p>
        </w:tc>
      </w:tr>
      <w:tr>
        <w:trPr>
          <w:trHeight w:val="480"/>
        </w:trPr>
        <w:tc>
          <w:tcPr>
            <w:tcW w:type="dxa" w:w="2583"/>
          </w:tcPr>
          <w:p>
            <w:r/>
            <w:r>
              <w:rPr>
                <w:rFonts w:ascii="Arial" w:hAnsi="Arial" w:cs="Arial" w:eastAsia="Arial"/>
                <w:b w:val="0"/>
                <w:i w:val="0"/>
                <w:color w:val="231A2E"/>
                <w:sz w:val="18"/>
              </w:rPr>
            </w:r>
          </w:p>
        </w:tc>
        <w:tc>
          <w:tcPr>
            <w:tcW w:type="dxa" w:w="1788"/>
          </w:tcPr>
          <w:p>
            <w:r/>
            <w:r>
              <w:rPr>
                <w:rFonts w:ascii="Arial" w:hAnsi="Arial" w:cs="Arial" w:eastAsia="Arial"/>
                <w:b w:val="0"/>
                <w:i w:val="0"/>
                <w:color w:val="231A2E"/>
                <w:sz w:val="18"/>
              </w:rPr>
            </w:r>
          </w:p>
        </w:tc>
        <w:tc>
          <w:tcPr>
            <w:tcW w:type="dxa" w:w="1093"/>
          </w:tcPr>
          <w:p>
            <w:r/>
            <w:r>
              <w:rPr>
                <w:rFonts w:ascii="Arial" w:hAnsi="Arial" w:cs="Arial" w:eastAsia="Arial"/>
                <w:b w:val="0"/>
                <w:i w:val="0"/>
                <w:color w:val="231A2E"/>
                <w:sz w:val="18"/>
              </w:rPr>
            </w:r>
          </w:p>
        </w:tc>
        <w:tc>
          <w:tcPr>
            <w:tcW w:type="dxa" w:w="1093"/>
          </w:tcPr>
          <w:p>
            <w:r/>
            <w:r>
              <w:rPr>
                <w:rFonts w:ascii="Arial" w:hAnsi="Arial" w:cs="Arial" w:eastAsia="Arial"/>
                <w:b w:val="0"/>
                <w:i w:val="0"/>
                <w:color w:val="231A2E"/>
                <w:sz w:val="18"/>
              </w:rPr>
            </w:r>
          </w:p>
        </w:tc>
        <w:tc>
          <w:tcPr>
            <w:tcW w:type="dxa" w:w="3378"/>
          </w:tcPr>
          <w:p>
            <w:r/>
            <w:r>
              <w:rPr>
                <w:rFonts w:ascii="Arial" w:hAnsi="Arial" w:cs="Arial" w:eastAsia="Arial"/>
                <w:b w:val="0"/>
                <w:i w:val="0"/>
                <w:color w:val="231A2E"/>
                <w:sz w:val="18"/>
              </w:rPr>
            </w:r>
          </w:p>
        </w:tc>
      </w:tr>
      <w:tr>
        <w:trPr>
          <w:trHeight w:val="480"/>
        </w:trPr>
        <w:tc>
          <w:tcPr>
            <w:tcW w:type="dxa" w:w="2583"/>
          </w:tcPr>
          <w:p>
            <w:r/>
            <w:r>
              <w:rPr>
                <w:rFonts w:ascii="Arial" w:hAnsi="Arial" w:cs="Arial" w:eastAsia="Arial"/>
                <w:b w:val="0"/>
                <w:i w:val="0"/>
                <w:color w:val="231A2E"/>
                <w:sz w:val="18"/>
              </w:rPr>
            </w:r>
          </w:p>
        </w:tc>
        <w:tc>
          <w:tcPr>
            <w:tcW w:type="dxa" w:w="1788"/>
          </w:tcPr>
          <w:p>
            <w:r/>
            <w:r>
              <w:rPr>
                <w:rFonts w:ascii="Arial" w:hAnsi="Arial" w:cs="Arial" w:eastAsia="Arial"/>
                <w:b w:val="0"/>
                <w:i w:val="0"/>
                <w:color w:val="231A2E"/>
                <w:sz w:val="18"/>
              </w:rPr>
            </w:r>
          </w:p>
        </w:tc>
        <w:tc>
          <w:tcPr>
            <w:tcW w:type="dxa" w:w="1093"/>
          </w:tcPr>
          <w:p>
            <w:r/>
            <w:r>
              <w:rPr>
                <w:rFonts w:ascii="Arial" w:hAnsi="Arial" w:cs="Arial" w:eastAsia="Arial"/>
                <w:b w:val="0"/>
                <w:i w:val="0"/>
                <w:color w:val="231A2E"/>
                <w:sz w:val="18"/>
              </w:rPr>
            </w:r>
          </w:p>
        </w:tc>
        <w:tc>
          <w:tcPr>
            <w:tcW w:type="dxa" w:w="1093"/>
          </w:tcPr>
          <w:p>
            <w:r/>
            <w:r>
              <w:rPr>
                <w:rFonts w:ascii="Arial" w:hAnsi="Arial" w:cs="Arial" w:eastAsia="Arial"/>
                <w:b w:val="0"/>
                <w:i w:val="0"/>
                <w:color w:val="231A2E"/>
                <w:sz w:val="18"/>
              </w:rPr>
            </w:r>
          </w:p>
        </w:tc>
        <w:tc>
          <w:tcPr>
            <w:tcW w:type="dxa" w:w="3378"/>
          </w:tcPr>
          <w:p>
            <w:r/>
            <w:r>
              <w:rPr>
                <w:rFonts w:ascii="Arial" w:hAnsi="Arial" w:cs="Arial" w:eastAsia="Arial"/>
                <w:b w:val="0"/>
                <w:i w:val="0"/>
                <w:color w:val="231A2E"/>
                <w:sz w:val="18"/>
              </w:rPr>
            </w:r>
          </w:p>
        </w:tc>
      </w:tr>
      <w:tr>
        <w:trPr>
          <w:trHeight w:val="480"/>
        </w:trPr>
        <w:tc>
          <w:tcPr>
            <w:tcW w:type="dxa" w:w="2583"/>
          </w:tcPr>
          <w:p>
            <w:r/>
            <w:r>
              <w:rPr>
                <w:rFonts w:ascii="Arial" w:hAnsi="Arial" w:cs="Arial" w:eastAsia="Arial"/>
                <w:b w:val="0"/>
                <w:i w:val="0"/>
                <w:color w:val="231A2E"/>
                <w:sz w:val="18"/>
              </w:rPr>
            </w:r>
          </w:p>
        </w:tc>
        <w:tc>
          <w:tcPr>
            <w:tcW w:type="dxa" w:w="1788"/>
          </w:tcPr>
          <w:p>
            <w:r/>
            <w:r>
              <w:rPr>
                <w:rFonts w:ascii="Arial" w:hAnsi="Arial" w:cs="Arial" w:eastAsia="Arial"/>
                <w:b w:val="0"/>
                <w:i w:val="0"/>
                <w:color w:val="231A2E"/>
                <w:sz w:val="18"/>
              </w:rPr>
            </w:r>
          </w:p>
        </w:tc>
        <w:tc>
          <w:tcPr>
            <w:tcW w:type="dxa" w:w="1093"/>
          </w:tcPr>
          <w:p>
            <w:r/>
            <w:r>
              <w:rPr>
                <w:rFonts w:ascii="Arial" w:hAnsi="Arial" w:cs="Arial" w:eastAsia="Arial"/>
                <w:b w:val="0"/>
                <w:i w:val="0"/>
                <w:color w:val="231A2E"/>
                <w:sz w:val="18"/>
              </w:rPr>
            </w:r>
          </w:p>
        </w:tc>
        <w:tc>
          <w:tcPr>
            <w:tcW w:type="dxa" w:w="1093"/>
          </w:tcPr>
          <w:p>
            <w:r/>
            <w:r>
              <w:rPr>
                <w:rFonts w:ascii="Arial" w:hAnsi="Arial" w:cs="Arial" w:eastAsia="Arial"/>
                <w:b w:val="0"/>
                <w:i w:val="0"/>
                <w:color w:val="231A2E"/>
                <w:sz w:val="18"/>
              </w:rPr>
            </w:r>
          </w:p>
        </w:tc>
        <w:tc>
          <w:tcPr>
            <w:tcW w:type="dxa" w:w="3378"/>
          </w:tcPr>
          <w:p>
            <w:r/>
            <w:r>
              <w:rPr>
                <w:rFonts w:ascii="Arial" w:hAnsi="Arial" w:cs="Arial" w:eastAsia="Arial"/>
                <w:b w:val="0"/>
                <w:i w:val="0"/>
                <w:color w:val="231A2E"/>
                <w:sz w:val="18"/>
              </w:rPr>
            </w:r>
          </w:p>
        </w:tc>
      </w:tr>
    </w:tbl>
    <w:p>
      <w:pPr>
        <w:spacing w:after="40"/>
      </w:pPr>
    </w:p>
    <w:p>
      <w:r>
        <w:br w:type="page"/>
      </w:r>
    </w:p>
    <w:p>
      <w:pPr>
        <w:keepNext/>
        <w:spacing w:before="240" w:after="80"/>
      </w:pPr>
      <w:r>
        <w:rPr>
          <w:rFonts w:ascii="Arial" w:hAnsi="Arial" w:cs="Arial" w:eastAsia="Arial"/>
          <w:b/>
          <w:i w:val="0"/>
          <w:color w:val="231A2E"/>
          <w:sz w:val="28"/>
        </w:rPr>
        <w:t>6. Dates, caps and long forms</w:t>
      </w:r>
    </w:p>
    <w:p>
      <w:pPr>
        <w:spacing w:after="100"/>
      </w:pPr>
      <w:r>
        <w:rPr>
          <w:rFonts w:ascii="Arial" w:hAnsi="Arial" w:cs="Arial" w:eastAsia="Arial"/>
          <w:b w:val="0"/>
          <w:i w:val="0"/>
          <w:color w:val="231A2E"/>
          <w:sz w:val="20"/>
        </w:rPr>
        <w:t>[   ] Opening date and time     [   ] Close date and time     [   ] Response limit</w:t>
      </w:r>
    </w:p>
    <w:p>
      <w:pPr>
        <w:spacing w:after="100"/>
      </w:pPr>
      <w:r>
        <w:rPr>
          <w:rFonts w:ascii="Arial" w:hAnsi="Arial" w:cs="Arial" w:eastAsia="Arial"/>
          <w:b w:val="0"/>
          <w:i w:val="0"/>
          <w:color w:val="231A2E"/>
          <w:sz w:val="20"/>
        </w:rPr>
        <w:t>[   ] Multi-page with a progress bar     [   ] Partial responses and a resume link (Pro, Business)</w:t>
      </w:r>
    </w:p>
    <w:p>
      <w:pPr>
        <w:spacing w:after="100"/>
      </w:pPr>
      <w:r>
        <w:rPr>
          <w:rFonts w:ascii="Arial" w:hAnsi="Arial" w:cs="Arial" w:eastAsia="Arial"/>
          <w:b w:val="0"/>
          <w:i w:val="0"/>
          <w:color w:val="231A2E"/>
          <w:sz w:val="20"/>
        </w:rPr>
        <w:t>[   ] Email verification with a 6-digit code (Pro, Business)</w:t>
      </w:r>
    </w:p>
    <w:p>
      <w:pPr>
        <w:keepNext/>
        <w:spacing w:after="20"/>
      </w:pPr>
      <w:r>
        <w:rPr>
          <w:rFonts w:ascii="Arial" w:hAnsi="Arial" w:cs="Arial" w:eastAsia="Arial"/>
          <w:b/>
          <w:i w:val="0"/>
          <w:color w:val="231A2E"/>
          <w:sz w:val="20"/>
        </w:rPr>
        <w:t>Opens on (date and time)</w:t>
      </w:r>
    </w:p>
    <w:p>
      <w:pPr>
        <w:spacing w:after="20"/>
      </w:pPr>
      <w:r>
        <w:rPr>
          <w:rFonts w:ascii="Arial" w:hAnsi="Arial" w:cs="Arial" w:eastAsia="Arial"/>
          <w:b w:val="0"/>
          <w:i w:val="0"/>
          <w:color w:val="5E5468"/>
          <w:sz w:val="20"/>
        </w:rPr>
        <w:t>______________________________________________________________________________________</w:t>
      </w:r>
    </w:p>
    <w:p>
      <w:pPr>
        <w:keepNext/>
        <w:spacing w:after="20"/>
      </w:pPr>
      <w:r>
        <w:rPr>
          <w:rFonts w:ascii="Arial" w:hAnsi="Arial" w:cs="Arial" w:eastAsia="Arial"/>
          <w:b/>
          <w:i w:val="0"/>
          <w:color w:val="231A2E"/>
          <w:sz w:val="20"/>
        </w:rPr>
        <w:t>Closes on (date and time, in your time zone)</w:t>
      </w:r>
    </w:p>
    <w:p>
      <w:pPr>
        <w:spacing w:after="20"/>
      </w:pPr>
      <w:r>
        <w:rPr>
          <w:rFonts w:ascii="Arial" w:hAnsi="Arial" w:cs="Arial" w:eastAsia="Arial"/>
          <w:b w:val="0"/>
          <w:i w:val="0"/>
          <w:color w:val="5E5468"/>
          <w:sz w:val="20"/>
        </w:rPr>
        <w:t>______________________________________________________________________________________</w:t>
      </w:r>
    </w:p>
    <w:p>
      <w:pPr>
        <w:keepNext/>
        <w:spacing w:after="20"/>
      </w:pPr>
      <w:r>
        <w:rPr>
          <w:rFonts w:ascii="Arial" w:hAnsi="Arial" w:cs="Arial" w:eastAsia="Arial"/>
          <w:b/>
          <w:i w:val="0"/>
          <w:color w:val="231A2E"/>
          <w:sz w:val="20"/>
        </w:rPr>
        <w:t>Response limit (if any): the most applications you can read</w:t>
      </w:r>
    </w:p>
    <w:p>
      <w:pPr>
        <w:spacing w:after="20"/>
      </w:pPr>
      <w:r>
        <w:rPr>
          <w:rFonts w:ascii="Arial" w:hAnsi="Arial" w:cs="Arial" w:eastAsia="Arial"/>
          <w:b w:val="0"/>
          <w:i w:val="0"/>
          <w:color w:val="5E5468"/>
          <w:sz w:val="20"/>
        </w:rPr>
        <w:t>______________________________________________________________________________________</w:t>
      </w:r>
    </w:p>
    <w:p>
      <w:pPr>
        <w:keepNext/>
        <w:spacing w:after="20"/>
      </w:pPr>
      <w:r>
        <w:rPr>
          <w:rFonts w:ascii="Arial" w:hAnsi="Arial" w:cs="Arial" w:eastAsia="Arial"/>
          <w:b/>
          <w:i w:val="0"/>
          <w:color w:val="231A2E"/>
          <w:sz w:val="20"/>
        </w:rPr>
        <w:t>Closed message (plain text, up to 500 characters): what people see after the close date</w:t>
      </w:r>
    </w:p>
    <w:p>
      <w:pPr>
        <w:spacing w:after="20"/>
      </w:pPr>
      <w:r>
        <w:rPr>
          <w:rFonts w:ascii="Arial" w:hAnsi="Arial" w:cs="Arial" w:eastAsia="Arial"/>
          <w:b w:val="0"/>
          <w:i w:val="0"/>
          <w:color w:val="5E5468"/>
          <w:sz w:val="20"/>
        </w:rPr>
        <w:t>______________________________________________________________________________________</w:t>
      </w:r>
    </w:p>
    <w:p>
      <w:pPr>
        <w:spacing w:after="20"/>
      </w:pPr>
      <w:r>
        <w:rPr>
          <w:rFonts w:ascii="Arial" w:hAnsi="Arial" w:cs="Arial" w:eastAsia="Arial"/>
          <w:b w:val="0"/>
          <w:i w:val="0"/>
          <w:color w:val="5E5468"/>
          <w:sz w:val="20"/>
        </w:rPr>
        <w:t>______________________________________________________________________________________</w:t>
      </w:r>
    </w:p>
    <w:p>
      <w:pPr>
        <w:spacing w:after="100"/>
      </w:pPr>
      <w:r>
        <w:rPr>
          <w:rFonts w:ascii="Arial" w:hAnsi="Arial" w:cs="Arial" w:eastAsia="Arial"/>
          <w:b w:val="0"/>
          <w:i/>
          <w:color w:val="5E5468"/>
          <w:sz w:val="17"/>
        </w:rPr>
        <w:t>Example: Applications for 2027 plots are closed. We open again in January 2028.</w:t>
      </w:r>
    </w:p>
    <w:p>
      <w:pPr>
        <w:keepNext/>
        <w:spacing w:before="240" w:after="80"/>
      </w:pPr>
      <w:r>
        <w:rPr>
          <w:rFonts w:ascii="Arial" w:hAnsi="Arial" w:cs="Arial" w:eastAsia="Arial"/>
          <w:b/>
          <w:i w:val="0"/>
          <w:color w:val="231A2E"/>
          <w:sz w:val="28"/>
        </w:rPr>
        <w:t>7. Where the applications go</w:t>
      </w:r>
    </w:p>
    <w:tbl>
      <w:tblPr>
        <w:tblW w:type="auto" w:w="0"/>
        <w:tblLayout w:type="fixed"/>
        <w:tblLook w:firstColumn="1" w:firstRow="1" w:lastColumn="0" w:lastRow="0" w:noHBand="0" w:noVBand="1" w:val="04A0"/>
        <w:tblBorders>
          <w:top w:val="single" w:sz="4" w:color="C9C1D3"/>
          <w:left w:val="single" w:sz="4" w:color="C9C1D3"/>
          <w:bottom w:val="single" w:sz="4" w:color="C9C1D3"/>
          <w:right w:val="single" w:sz="4" w:color="C9C1D3"/>
          <w:insideH w:val="single" w:sz="4" w:color="C9C1D3"/>
          <w:insideV w:val="single" w:sz="4" w:color="C9C1D3"/>
        </w:tblBorders>
      </w:tblPr>
      <w:tblGrid>
        <w:gridCol w:w="3312"/>
        <w:gridCol w:w="3312"/>
        <w:gridCol w:w="3312"/>
      </w:tblGrid>
      <w:tr>
        <w:tc>
          <w:tcPr>
            <w:tcW w:type="dxa" w:w="5365"/>
            <w:shd w:val="clear" w:color="auto" w:fill="231A2E"/>
          </w:tcPr>
          <w:p>
            <w:r/>
            <w:r>
              <w:rPr>
                <w:rFonts w:ascii="Arial" w:hAnsi="Arial" w:cs="Arial" w:eastAsia="Arial"/>
                <w:b/>
                <w:i w:val="0"/>
                <w:color w:val="FBF5E9"/>
                <w:sz w:val="18"/>
              </w:rPr>
              <w:t>Destination</w:t>
            </w:r>
          </w:p>
        </w:tc>
        <w:tc>
          <w:tcPr>
            <w:tcW w:type="dxa" w:w="1391"/>
            <w:shd w:val="clear" w:color="auto" w:fill="231A2E"/>
          </w:tcPr>
          <w:p>
            <w:r/>
            <w:r>
              <w:rPr>
                <w:rFonts w:ascii="Arial" w:hAnsi="Arial" w:cs="Arial" w:eastAsia="Arial"/>
                <w:b/>
                <w:i w:val="0"/>
                <w:color w:val="FBF5E9"/>
                <w:sz w:val="18"/>
              </w:rPr>
              <w:t>Use it?</w:t>
            </w:r>
          </w:p>
        </w:tc>
        <w:tc>
          <w:tcPr>
            <w:tcW w:type="dxa" w:w="3180"/>
            <w:shd w:val="clear" w:color="auto" w:fill="231A2E"/>
          </w:tcPr>
          <w:p>
            <w:r/>
            <w:r>
              <w:rPr>
                <w:rFonts w:ascii="Arial" w:hAnsi="Arial" w:cs="Arial" w:eastAsia="Arial"/>
                <w:b/>
                <w:i w:val="0"/>
                <w:color w:val="FBF5E9"/>
                <w:sz w:val="18"/>
              </w:rPr>
              <w:t>Who watches it</w:t>
            </w:r>
          </w:p>
        </w:tc>
      </w:tr>
      <w:tr>
        <w:trPr>
          <w:trHeight w:val="480"/>
        </w:trPr>
        <w:tc>
          <w:tcPr>
            <w:tcW w:type="dxa" w:w="5365"/>
          </w:tcPr>
          <w:p>
            <w:r/>
            <w:r>
              <w:rPr>
                <w:rFonts w:ascii="Arial" w:hAnsi="Arial" w:cs="Arial" w:eastAsia="Arial"/>
                <w:b w:val="0"/>
                <w:i/>
                <w:color w:val="5E5468"/>
                <w:sz w:val="18"/>
              </w:rPr>
              <w:t>Email to yourself for each new response (starts switched off)</w:t>
            </w:r>
          </w:p>
        </w:tc>
        <w:tc>
          <w:tcPr>
            <w:tcW w:type="dxa" w:w="1391"/>
          </w:tcPr>
          <w:p>
            <w:r/>
            <w:r>
              <w:rPr>
                <w:rFonts w:ascii="Arial" w:hAnsi="Arial" w:cs="Arial" w:eastAsia="Arial"/>
                <w:b w:val="0"/>
                <w:i/>
                <w:color w:val="5E5468"/>
                <w:sz w:val="18"/>
              </w:rPr>
              <w:t>Yes</w:t>
            </w:r>
          </w:p>
        </w:tc>
        <w:tc>
          <w:tcPr>
            <w:tcW w:type="dxa" w:w="3180"/>
          </w:tcPr>
          <w:p>
            <w:r/>
            <w:r>
              <w:rPr>
                <w:rFonts w:ascii="Arial" w:hAnsi="Arial" w:cs="Arial" w:eastAsia="Arial"/>
                <w:b w:val="0"/>
                <w:i/>
                <w:color w:val="5E5468"/>
                <w:sz w:val="18"/>
              </w:rPr>
              <w:t>Garden coordinator</w:t>
            </w:r>
          </w:p>
        </w:tc>
      </w:tr>
      <w:tr>
        <w:trPr>
          <w:trHeight w:val="480"/>
        </w:trPr>
        <w:tc>
          <w:tcPr>
            <w:tcW w:type="dxa" w:w="5365"/>
          </w:tcPr>
          <w:p>
            <w:r/>
            <w:r>
              <w:rPr>
                <w:rFonts w:ascii="Arial" w:hAnsi="Arial" w:cs="Arial" w:eastAsia="Arial"/>
                <w:b w:val="0"/>
                <w:i w:val="0"/>
                <w:color w:val="231A2E"/>
                <w:sz w:val="18"/>
              </w:rPr>
              <w:t>Confirmation email to the applicant (needs an email question)</w:t>
            </w:r>
          </w:p>
        </w:tc>
        <w:tc>
          <w:tcPr>
            <w:tcW w:type="dxa" w:w="1391"/>
          </w:tcPr>
          <w:p>
            <w:r/>
            <w:r>
              <w:rPr>
                <w:rFonts w:ascii="Arial" w:hAnsi="Arial" w:cs="Arial" w:eastAsia="Arial"/>
                <w:b w:val="0"/>
                <w:i w:val="0"/>
                <w:color w:val="231A2E"/>
                <w:sz w:val="18"/>
              </w:rPr>
            </w:r>
          </w:p>
        </w:tc>
        <w:tc>
          <w:tcPr>
            <w:tcW w:type="dxa" w:w="3180"/>
          </w:tcPr>
          <w:p>
            <w:r/>
            <w:r>
              <w:rPr>
                <w:rFonts w:ascii="Arial" w:hAnsi="Arial" w:cs="Arial" w:eastAsia="Arial"/>
                <w:b w:val="0"/>
                <w:i w:val="0"/>
                <w:color w:val="231A2E"/>
                <w:sz w:val="18"/>
              </w:rPr>
            </w:r>
          </w:p>
        </w:tc>
      </w:tr>
      <w:tr>
        <w:trPr>
          <w:trHeight w:val="480"/>
        </w:trPr>
        <w:tc>
          <w:tcPr>
            <w:tcW w:type="dxa" w:w="5365"/>
          </w:tcPr>
          <w:p>
            <w:r/>
            <w:r>
              <w:rPr>
                <w:rFonts w:ascii="Arial" w:hAnsi="Arial" w:cs="Arial" w:eastAsia="Arial"/>
                <w:b w:val="0"/>
                <w:i w:val="0"/>
                <w:color w:val="231A2E"/>
                <w:sz w:val="18"/>
              </w:rPr>
              <w:t>Google Sheets (one row per application)</w:t>
            </w:r>
          </w:p>
        </w:tc>
        <w:tc>
          <w:tcPr>
            <w:tcW w:type="dxa" w:w="1391"/>
          </w:tcPr>
          <w:p>
            <w:r/>
            <w:r>
              <w:rPr>
                <w:rFonts w:ascii="Arial" w:hAnsi="Arial" w:cs="Arial" w:eastAsia="Arial"/>
                <w:b w:val="0"/>
                <w:i w:val="0"/>
                <w:color w:val="231A2E"/>
                <w:sz w:val="18"/>
              </w:rPr>
            </w:r>
          </w:p>
        </w:tc>
        <w:tc>
          <w:tcPr>
            <w:tcW w:type="dxa" w:w="3180"/>
          </w:tcPr>
          <w:p>
            <w:r/>
            <w:r>
              <w:rPr>
                <w:rFonts w:ascii="Arial" w:hAnsi="Arial" w:cs="Arial" w:eastAsia="Arial"/>
                <w:b w:val="0"/>
                <w:i w:val="0"/>
                <w:color w:val="231A2E"/>
                <w:sz w:val="18"/>
              </w:rPr>
            </w:r>
          </w:p>
        </w:tc>
      </w:tr>
      <w:tr>
        <w:trPr>
          <w:trHeight w:val="480"/>
        </w:trPr>
        <w:tc>
          <w:tcPr>
            <w:tcW w:type="dxa" w:w="5365"/>
          </w:tcPr>
          <w:p>
            <w:r/>
            <w:r>
              <w:rPr>
                <w:rFonts w:ascii="Arial" w:hAnsi="Arial" w:cs="Arial" w:eastAsia="Arial"/>
                <w:b w:val="0"/>
                <w:i w:val="0"/>
                <w:color w:val="231A2E"/>
                <w:sz w:val="18"/>
              </w:rPr>
              <w:t>Slack or Discord channel</w:t>
            </w:r>
          </w:p>
        </w:tc>
        <w:tc>
          <w:tcPr>
            <w:tcW w:type="dxa" w:w="1391"/>
          </w:tcPr>
          <w:p>
            <w:r/>
            <w:r>
              <w:rPr>
                <w:rFonts w:ascii="Arial" w:hAnsi="Arial" w:cs="Arial" w:eastAsia="Arial"/>
                <w:b w:val="0"/>
                <w:i w:val="0"/>
                <w:color w:val="231A2E"/>
                <w:sz w:val="18"/>
              </w:rPr>
            </w:r>
          </w:p>
        </w:tc>
        <w:tc>
          <w:tcPr>
            <w:tcW w:type="dxa" w:w="3180"/>
          </w:tcPr>
          <w:p>
            <w:r/>
            <w:r>
              <w:rPr>
                <w:rFonts w:ascii="Arial" w:hAnsi="Arial" w:cs="Arial" w:eastAsia="Arial"/>
                <w:b w:val="0"/>
                <w:i w:val="0"/>
                <w:color w:val="231A2E"/>
                <w:sz w:val="18"/>
              </w:rPr>
            </w:r>
          </w:p>
        </w:tc>
      </w:tr>
      <w:tr>
        <w:trPr>
          <w:trHeight w:val="480"/>
        </w:trPr>
        <w:tc>
          <w:tcPr>
            <w:tcW w:type="dxa" w:w="5365"/>
          </w:tcPr>
          <w:p>
            <w:r/>
            <w:r>
              <w:rPr>
                <w:rFonts w:ascii="Arial" w:hAnsi="Arial" w:cs="Arial" w:eastAsia="Arial"/>
                <w:b w:val="0"/>
                <w:i w:val="0"/>
                <w:color w:val="231A2E"/>
                <w:sz w:val="18"/>
              </w:rPr>
              <w:t>CSV export from the responses table</w:t>
            </w:r>
          </w:p>
        </w:tc>
        <w:tc>
          <w:tcPr>
            <w:tcW w:type="dxa" w:w="1391"/>
          </w:tcPr>
          <w:p>
            <w:r/>
            <w:r>
              <w:rPr>
                <w:rFonts w:ascii="Arial" w:hAnsi="Arial" w:cs="Arial" w:eastAsia="Arial"/>
                <w:b w:val="0"/>
                <w:i w:val="0"/>
                <w:color w:val="231A2E"/>
                <w:sz w:val="18"/>
              </w:rPr>
            </w:r>
          </w:p>
        </w:tc>
        <w:tc>
          <w:tcPr>
            <w:tcW w:type="dxa" w:w="3180"/>
          </w:tcPr>
          <w:p>
            <w:r/>
            <w:r>
              <w:rPr>
                <w:rFonts w:ascii="Arial" w:hAnsi="Arial" w:cs="Arial" w:eastAsia="Arial"/>
                <w:b w:val="0"/>
                <w:i w:val="0"/>
                <w:color w:val="231A2E"/>
                <w:sz w:val="18"/>
              </w:rPr>
            </w:r>
          </w:p>
        </w:tc>
      </w:tr>
    </w:tbl>
    <w:p>
      <w:pPr>
        <w:spacing w:after="40"/>
      </w:pPr>
    </w:p>
    <w:p>
      <w:pPr>
        <w:spacing w:after="100"/>
      </w:pPr>
      <w:r>
        <w:rPr>
          <w:rFonts w:ascii="Arial" w:hAnsi="Arial" w:cs="Arial" w:eastAsia="Arial"/>
          <w:b w:val="0"/>
          <w:i/>
          <w:color w:val="5E5468"/>
          <w:sz w:val="17"/>
        </w:rPr>
        <w:t>Everyone you add to your HornetForms workspace can read every response in it, whatever their role. Add only the people who should read the applications.</w:t>
      </w:r>
    </w:p>
    <w:p>
      <w:r>
        <w:br w:type="page"/>
      </w:r>
    </w:p>
    <w:p>
      <w:pPr>
        <w:keepNext/>
        <w:spacing w:before="240" w:after="80"/>
      </w:pPr>
      <w:r>
        <w:rPr>
          <w:rFonts w:ascii="Arial" w:hAnsi="Arial" w:cs="Arial" w:eastAsia="Arial"/>
          <w:b/>
          <w:i w:val="0"/>
          <w:color w:val="231A2E"/>
          <w:sz w:val="28"/>
        </w:rPr>
        <w:t>8. Your review sheet columns</w:t>
      </w:r>
    </w:p>
    <w:p>
      <w:pPr>
        <w:spacing w:after="100"/>
      </w:pPr>
      <w:r>
        <w:rPr>
          <w:rFonts w:ascii="Arial" w:hAnsi="Arial" w:cs="Arial" w:eastAsia="Arial"/>
          <w:b w:val="0"/>
          <w:i w:val="0"/>
          <w:color w:val="231A2E"/>
          <w:sz w:val="20"/>
        </w:rPr>
        <w:t>Review in a spreadsheet. The first columns come from the form; the rest are columns you add and fill in yourself. Write the columns here before the first application arrives.</w:t>
      </w:r>
    </w:p>
    <w:tbl>
      <w:tblPr>
        <w:tblW w:type="auto" w:w="0"/>
        <w:tblLayout w:type="fixed"/>
        <w:tblLook w:firstColumn="1" w:firstRow="1" w:lastColumn="0" w:lastRow="0" w:noHBand="0" w:noVBand="1" w:val="04A0"/>
        <w:tblBorders>
          <w:top w:val="single" w:sz="4" w:color="C9C1D3"/>
          <w:left w:val="single" w:sz="4" w:color="C9C1D3"/>
          <w:bottom w:val="single" w:sz="4" w:color="C9C1D3"/>
          <w:right w:val="single" w:sz="4" w:color="C9C1D3"/>
          <w:insideH w:val="single" w:sz="4" w:color="C9C1D3"/>
          <w:insideV w:val="single" w:sz="4" w:color="C9C1D3"/>
        </w:tblBorders>
      </w:tblPr>
      <w:tblGrid>
        <w:gridCol w:w="3312"/>
        <w:gridCol w:w="3312"/>
        <w:gridCol w:w="3312"/>
      </w:tblGrid>
      <w:tr>
        <w:tc>
          <w:tcPr>
            <w:tcW w:type="dxa" w:w="3378"/>
            <w:shd w:val="clear" w:color="auto" w:fill="231A2E"/>
          </w:tcPr>
          <w:p>
            <w:r/>
            <w:r>
              <w:rPr>
                <w:rFonts w:ascii="Arial" w:hAnsi="Arial" w:cs="Arial" w:eastAsia="Arial"/>
                <w:b/>
                <w:i w:val="0"/>
                <w:color w:val="FBF5E9"/>
                <w:sz w:val="18"/>
              </w:rPr>
              <w:t>Column</w:t>
            </w:r>
          </w:p>
        </w:tc>
        <w:tc>
          <w:tcPr>
            <w:tcW w:type="dxa" w:w="1788"/>
            <w:shd w:val="clear" w:color="auto" w:fill="231A2E"/>
          </w:tcPr>
          <w:p>
            <w:r/>
            <w:r>
              <w:rPr>
                <w:rFonts w:ascii="Arial" w:hAnsi="Arial" w:cs="Arial" w:eastAsia="Arial"/>
                <w:b/>
                <w:i w:val="0"/>
                <w:color w:val="FBF5E9"/>
                <w:sz w:val="18"/>
              </w:rPr>
              <w:t>Comes from</w:t>
            </w:r>
          </w:p>
        </w:tc>
        <w:tc>
          <w:tcPr>
            <w:tcW w:type="dxa" w:w="4769"/>
            <w:shd w:val="clear" w:color="auto" w:fill="231A2E"/>
          </w:tcPr>
          <w:p>
            <w:r/>
            <w:r>
              <w:rPr>
                <w:rFonts w:ascii="Arial" w:hAnsi="Arial" w:cs="Arial" w:eastAsia="Arial"/>
                <w:b/>
                <w:i w:val="0"/>
                <w:color w:val="FBF5E9"/>
                <w:sz w:val="18"/>
              </w:rPr>
              <w:t>Notes</w:t>
            </w:r>
          </w:p>
        </w:tc>
      </w:tr>
      <w:tr>
        <w:trPr>
          <w:trHeight w:val="480"/>
        </w:trPr>
        <w:tc>
          <w:tcPr>
            <w:tcW w:type="dxa" w:w="3378"/>
          </w:tcPr>
          <w:p>
            <w:r/>
            <w:r>
              <w:rPr>
                <w:rFonts w:ascii="Arial" w:hAnsi="Arial" w:cs="Arial" w:eastAsia="Arial"/>
                <w:b w:val="0"/>
                <w:i/>
                <w:color w:val="5E5468"/>
                <w:sz w:val="18"/>
              </w:rPr>
              <w:t>Response ID</w:t>
            </w:r>
          </w:p>
        </w:tc>
        <w:tc>
          <w:tcPr>
            <w:tcW w:type="dxa" w:w="1788"/>
          </w:tcPr>
          <w:p>
            <w:r/>
            <w:r>
              <w:rPr>
                <w:rFonts w:ascii="Arial" w:hAnsi="Arial" w:cs="Arial" w:eastAsia="Arial"/>
                <w:b w:val="0"/>
                <w:i/>
                <w:color w:val="5E5468"/>
                <w:sz w:val="18"/>
              </w:rPr>
              <w:t>The form</w:t>
            </w:r>
          </w:p>
        </w:tc>
        <w:tc>
          <w:tcPr>
            <w:tcW w:type="dxa" w:w="4769"/>
          </w:tcPr>
          <w:p>
            <w:r/>
            <w:r>
              <w:rPr>
                <w:rFonts w:ascii="Arial" w:hAnsi="Arial" w:cs="Arial" w:eastAsia="Arial"/>
                <w:b w:val="0"/>
                <w:i/>
                <w:color w:val="5E5468"/>
                <w:sz w:val="18"/>
              </w:rPr>
              <w:t>Use it to find the full application</w:t>
            </w:r>
          </w:p>
        </w:tc>
      </w:tr>
      <w:tr>
        <w:trPr>
          <w:trHeight w:val="480"/>
        </w:trPr>
        <w:tc>
          <w:tcPr>
            <w:tcW w:type="dxa" w:w="3378"/>
          </w:tcPr>
          <w:p>
            <w:r/>
            <w:r>
              <w:rPr>
                <w:rFonts w:ascii="Arial" w:hAnsi="Arial" w:cs="Arial" w:eastAsia="Arial"/>
                <w:b w:val="0"/>
                <w:i/>
                <w:color w:val="5E5468"/>
                <w:sz w:val="18"/>
              </w:rPr>
              <w:t>Submitted at</w:t>
            </w:r>
          </w:p>
        </w:tc>
        <w:tc>
          <w:tcPr>
            <w:tcW w:type="dxa" w:w="1788"/>
          </w:tcPr>
          <w:p>
            <w:r/>
            <w:r>
              <w:rPr>
                <w:rFonts w:ascii="Arial" w:hAnsi="Arial" w:cs="Arial" w:eastAsia="Arial"/>
                <w:b w:val="0"/>
                <w:i/>
                <w:color w:val="5E5468"/>
                <w:sz w:val="18"/>
              </w:rPr>
              <w:t>The form</w:t>
            </w:r>
          </w:p>
        </w:tc>
        <w:tc>
          <w:tcPr>
            <w:tcW w:type="dxa" w:w="4769"/>
          </w:tcPr>
          <w:p>
            <w:r/>
            <w:r>
              <w:rPr>
                <w:rFonts w:ascii="Arial" w:hAnsi="Arial" w:cs="Arial" w:eastAsia="Arial"/>
                <w:b w:val="0"/>
                <w:i/>
                <w:color w:val="5E5468"/>
                <w:sz w:val="18"/>
              </w:rPr>
              <w:t>When they finished</w:t>
            </w:r>
          </w:p>
        </w:tc>
      </w:tr>
      <w:tr>
        <w:trPr>
          <w:trHeight w:val="480"/>
        </w:trPr>
        <w:tc>
          <w:tcPr>
            <w:tcW w:type="dxa" w:w="3378"/>
          </w:tcPr>
          <w:p>
            <w:r/>
            <w:r>
              <w:rPr>
                <w:rFonts w:ascii="Arial" w:hAnsi="Arial" w:cs="Arial" w:eastAsia="Arial"/>
                <w:b w:val="0"/>
                <w:i/>
                <w:color w:val="5E5468"/>
                <w:sz w:val="18"/>
              </w:rPr>
              <w:t>Full name, Email</w:t>
            </w:r>
          </w:p>
        </w:tc>
        <w:tc>
          <w:tcPr>
            <w:tcW w:type="dxa" w:w="1788"/>
          </w:tcPr>
          <w:p>
            <w:r/>
            <w:r>
              <w:rPr>
                <w:rFonts w:ascii="Arial" w:hAnsi="Arial" w:cs="Arial" w:eastAsia="Arial"/>
                <w:b w:val="0"/>
                <w:i/>
                <w:color w:val="5E5468"/>
                <w:sz w:val="18"/>
              </w:rPr>
              <w:t>The form</w:t>
            </w:r>
          </w:p>
        </w:tc>
        <w:tc>
          <w:tcPr>
            <w:tcW w:type="dxa" w:w="4769"/>
          </w:tcPr>
          <w:p>
            <w:r/>
            <w:r>
              <w:rPr>
                <w:rFonts w:ascii="Arial" w:hAnsi="Arial" w:cs="Arial" w:eastAsia="Arial"/>
                <w:b w:val="0"/>
                <w:i/>
                <w:color w:val="5E5468"/>
                <w:sz w:val="18"/>
              </w:rPr>
            </w:r>
          </w:p>
        </w:tc>
      </w:tr>
      <w:tr>
        <w:trPr>
          <w:trHeight w:val="480"/>
        </w:trPr>
        <w:tc>
          <w:tcPr>
            <w:tcW w:type="dxa" w:w="3378"/>
          </w:tcPr>
          <w:p>
            <w:r/>
            <w:r>
              <w:rPr>
                <w:rFonts w:ascii="Arial" w:hAnsi="Arial" w:cs="Arial" w:eastAsia="Arial"/>
                <w:b w:val="0"/>
                <w:i/>
                <w:color w:val="5E5468"/>
                <w:sz w:val="18"/>
              </w:rPr>
              <w:t>Do you live in the city?</w:t>
            </w:r>
          </w:p>
        </w:tc>
        <w:tc>
          <w:tcPr>
            <w:tcW w:type="dxa" w:w="1788"/>
          </w:tcPr>
          <w:p>
            <w:r/>
            <w:r>
              <w:rPr>
                <w:rFonts w:ascii="Arial" w:hAnsi="Arial" w:cs="Arial" w:eastAsia="Arial"/>
                <w:b w:val="0"/>
                <w:i/>
                <w:color w:val="5E5468"/>
                <w:sz w:val="18"/>
              </w:rPr>
              <w:t>The form</w:t>
            </w:r>
          </w:p>
        </w:tc>
        <w:tc>
          <w:tcPr>
            <w:tcW w:type="dxa" w:w="4769"/>
          </w:tcPr>
          <w:p>
            <w:r/>
            <w:r>
              <w:rPr>
                <w:rFonts w:ascii="Arial" w:hAnsi="Arial" w:cs="Arial" w:eastAsia="Arial"/>
                <w:b w:val="0"/>
                <w:i/>
                <w:color w:val="5E5468"/>
                <w:sz w:val="18"/>
              </w:rPr>
              <w:t>Filter out the No answers first</w:t>
            </w:r>
          </w:p>
        </w:tc>
      </w:tr>
      <w:tr>
        <w:trPr>
          <w:trHeight w:val="480"/>
        </w:trPr>
        <w:tc>
          <w:tcPr>
            <w:tcW w:type="dxa" w:w="3378"/>
          </w:tcPr>
          <w:p>
            <w:r/>
            <w:r>
              <w:rPr>
                <w:rFonts w:ascii="Arial" w:hAnsi="Arial" w:cs="Arial" w:eastAsia="Arial"/>
                <w:b w:val="0"/>
                <w:i/>
                <w:color w:val="5E5468"/>
                <w:sz w:val="18"/>
              </w:rPr>
              <w:t>Reviewer 1 score (1 to 5)</w:t>
            </w:r>
          </w:p>
        </w:tc>
        <w:tc>
          <w:tcPr>
            <w:tcW w:type="dxa" w:w="1788"/>
          </w:tcPr>
          <w:p>
            <w:r/>
            <w:r>
              <w:rPr>
                <w:rFonts w:ascii="Arial" w:hAnsi="Arial" w:cs="Arial" w:eastAsia="Arial"/>
                <w:b w:val="0"/>
                <w:i/>
                <w:color w:val="5E5468"/>
                <w:sz w:val="18"/>
              </w:rPr>
              <w:t>You add it</w:t>
            </w:r>
          </w:p>
        </w:tc>
        <w:tc>
          <w:tcPr>
            <w:tcW w:type="dxa" w:w="4769"/>
          </w:tcPr>
          <w:p>
            <w:r/>
            <w:r>
              <w:rPr>
                <w:rFonts w:ascii="Arial" w:hAnsi="Arial" w:cs="Arial" w:eastAsia="Arial"/>
                <w:b w:val="0"/>
                <w:i/>
                <w:color w:val="5E5468"/>
                <w:sz w:val="18"/>
              </w:rPr>
              <w:t>Score against the same rubric</w:t>
            </w:r>
          </w:p>
        </w:tc>
      </w:tr>
      <w:tr>
        <w:trPr>
          <w:trHeight w:val="480"/>
        </w:trPr>
        <w:tc>
          <w:tcPr>
            <w:tcW w:type="dxa" w:w="3378"/>
          </w:tcPr>
          <w:p>
            <w:r/>
            <w:r>
              <w:rPr>
                <w:rFonts w:ascii="Arial" w:hAnsi="Arial" w:cs="Arial" w:eastAsia="Arial"/>
                <w:b w:val="0"/>
                <w:i/>
                <w:color w:val="5E5468"/>
                <w:sz w:val="18"/>
              </w:rPr>
              <w:t>Reviewer 2 score (1 to 5)</w:t>
            </w:r>
          </w:p>
        </w:tc>
        <w:tc>
          <w:tcPr>
            <w:tcW w:type="dxa" w:w="1788"/>
          </w:tcPr>
          <w:p>
            <w:r/>
            <w:r>
              <w:rPr>
                <w:rFonts w:ascii="Arial" w:hAnsi="Arial" w:cs="Arial" w:eastAsia="Arial"/>
                <w:b w:val="0"/>
                <w:i/>
                <w:color w:val="5E5468"/>
                <w:sz w:val="18"/>
              </w:rPr>
              <w:t>You add it</w:t>
            </w:r>
          </w:p>
        </w:tc>
        <w:tc>
          <w:tcPr>
            <w:tcW w:type="dxa" w:w="4769"/>
          </w:tcPr>
          <w:p>
            <w:r/>
            <w:r>
              <w:rPr>
                <w:rFonts w:ascii="Arial" w:hAnsi="Arial" w:cs="Arial" w:eastAsia="Arial"/>
                <w:b w:val="0"/>
                <w:i/>
                <w:color w:val="5E5468"/>
                <w:sz w:val="18"/>
              </w:rPr>
            </w:r>
          </w:p>
        </w:tc>
      </w:tr>
      <w:tr>
        <w:trPr>
          <w:trHeight w:val="480"/>
        </w:trPr>
        <w:tc>
          <w:tcPr>
            <w:tcW w:type="dxa" w:w="3378"/>
          </w:tcPr>
          <w:p>
            <w:r/>
            <w:r>
              <w:rPr>
                <w:rFonts w:ascii="Arial" w:hAnsi="Arial" w:cs="Arial" w:eastAsia="Arial"/>
                <w:b w:val="0"/>
                <w:i/>
                <w:color w:val="5E5468"/>
                <w:sz w:val="18"/>
              </w:rPr>
              <w:t>Average score</w:t>
            </w:r>
          </w:p>
        </w:tc>
        <w:tc>
          <w:tcPr>
            <w:tcW w:type="dxa" w:w="1788"/>
          </w:tcPr>
          <w:p>
            <w:r/>
            <w:r>
              <w:rPr>
                <w:rFonts w:ascii="Arial" w:hAnsi="Arial" w:cs="Arial" w:eastAsia="Arial"/>
                <w:b w:val="0"/>
                <w:i/>
                <w:color w:val="5E5468"/>
                <w:sz w:val="18"/>
              </w:rPr>
              <w:t>You add it</w:t>
            </w:r>
          </w:p>
        </w:tc>
        <w:tc>
          <w:tcPr>
            <w:tcW w:type="dxa" w:w="4769"/>
          </w:tcPr>
          <w:p>
            <w:r/>
            <w:r>
              <w:rPr>
                <w:rFonts w:ascii="Arial" w:hAnsi="Arial" w:cs="Arial" w:eastAsia="Arial"/>
                <w:b w:val="0"/>
                <w:i/>
                <w:color w:val="5E5468"/>
                <w:sz w:val="18"/>
              </w:rPr>
              <w:t>=AVERAGE of the two scores</w:t>
            </w:r>
          </w:p>
        </w:tc>
      </w:tr>
      <w:tr>
        <w:trPr>
          <w:trHeight w:val="480"/>
        </w:trPr>
        <w:tc>
          <w:tcPr>
            <w:tcW w:type="dxa" w:w="3378"/>
          </w:tcPr>
          <w:p>
            <w:r/>
            <w:r>
              <w:rPr>
                <w:rFonts w:ascii="Arial" w:hAnsi="Arial" w:cs="Arial" w:eastAsia="Arial"/>
                <w:b w:val="0"/>
                <w:i/>
                <w:color w:val="5E5468"/>
                <w:sz w:val="18"/>
              </w:rPr>
              <w:t>Decision</w:t>
            </w:r>
          </w:p>
        </w:tc>
        <w:tc>
          <w:tcPr>
            <w:tcW w:type="dxa" w:w="1788"/>
          </w:tcPr>
          <w:p>
            <w:r/>
            <w:r>
              <w:rPr>
                <w:rFonts w:ascii="Arial" w:hAnsi="Arial" w:cs="Arial" w:eastAsia="Arial"/>
                <w:b w:val="0"/>
                <w:i/>
                <w:color w:val="5E5468"/>
                <w:sz w:val="18"/>
              </w:rPr>
              <w:t>You add it</w:t>
            </w:r>
          </w:p>
        </w:tc>
        <w:tc>
          <w:tcPr>
            <w:tcW w:type="dxa" w:w="4769"/>
          </w:tcPr>
          <w:p>
            <w:r/>
            <w:r>
              <w:rPr>
                <w:rFonts w:ascii="Arial" w:hAnsi="Arial" w:cs="Arial" w:eastAsia="Arial"/>
                <w:b w:val="0"/>
                <w:i/>
                <w:color w:val="5E5468"/>
                <w:sz w:val="18"/>
              </w:rPr>
              <w:t>Yes, Waitlist or No</w:t>
            </w:r>
          </w:p>
        </w:tc>
      </w:tr>
      <w:tr>
        <w:trPr>
          <w:trHeight w:val="480"/>
        </w:trPr>
        <w:tc>
          <w:tcPr>
            <w:tcW w:type="dxa" w:w="3378"/>
          </w:tcPr>
          <w:p>
            <w:r/>
            <w:r>
              <w:rPr>
                <w:rFonts w:ascii="Arial" w:hAnsi="Arial" w:cs="Arial" w:eastAsia="Arial"/>
                <w:b w:val="0"/>
                <w:i/>
                <w:color w:val="5E5468"/>
                <w:sz w:val="18"/>
              </w:rPr>
              <w:t>Told on</w:t>
            </w:r>
          </w:p>
        </w:tc>
        <w:tc>
          <w:tcPr>
            <w:tcW w:type="dxa" w:w="1788"/>
          </w:tcPr>
          <w:p>
            <w:r/>
            <w:r>
              <w:rPr>
                <w:rFonts w:ascii="Arial" w:hAnsi="Arial" w:cs="Arial" w:eastAsia="Arial"/>
                <w:b w:val="0"/>
                <w:i/>
                <w:color w:val="5E5468"/>
                <w:sz w:val="18"/>
              </w:rPr>
              <w:t>You add it</w:t>
            </w:r>
          </w:p>
        </w:tc>
        <w:tc>
          <w:tcPr>
            <w:tcW w:type="dxa" w:w="4769"/>
          </w:tcPr>
          <w:p>
            <w:r/>
            <w:r>
              <w:rPr>
                <w:rFonts w:ascii="Arial" w:hAnsi="Arial" w:cs="Arial" w:eastAsia="Arial"/>
                <w:b w:val="0"/>
                <w:i/>
                <w:color w:val="5E5468"/>
                <w:sz w:val="18"/>
              </w:rPr>
              <w:t>The date you emailed the result</w:t>
            </w:r>
          </w:p>
        </w:tc>
      </w:tr>
      <w:tr>
        <w:trPr>
          <w:trHeight w:val="480"/>
        </w:trPr>
        <w:tc>
          <w:tcPr>
            <w:tcW w:type="dxa" w:w="3378"/>
          </w:tcPr>
          <w:p>
            <w:r/>
            <w:r>
              <w:rPr>
                <w:rFonts w:ascii="Arial" w:hAnsi="Arial" w:cs="Arial" w:eastAsia="Arial"/>
                <w:b w:val="0"/>
                <w:i w:val="0"/>
                <w:color w:val="231A2E"/>
                <w:sz w:val="18"/>
              </w:rPr>
            </w:r>
          </w:p>
        </w:tc>
        <w:tc>
          <w:tcPr>
            <w:tcW w:type="dxa" w:w="1788"/>
          </w:tcPr>
          <w:p>
            <w:r/>
            <w:r>
              <w:rPr>
                <w:rFonts w:ascii="Arial" w:hAnsi="Arial" w:cs="Arial" w:eastAsia="Arial"/>
                <w:b w:val="0"/>
                <w:i w:val="0"/>
                <w:color w:val="231A2E"/>
                <w:sz w:val="18"/>
              </w:rPr>
            </w:r>
          </w:p>
        </w:tc>
        <w:tc>
          <w:tcPr>
            <w:tcW w:type="dxa" w:w="4769"/>
          </w:tcPr>
          <w:p>
            <w:r/>
            <w:r>
              <w:rPr>
                <w:rFonts w:ascii="Arial" w:hAnsi="Arial" w:cs="Arial" w:eastAsia="Arial"/>
                <w:b w:val="0"/>
                <w:i w:val="0"/>
                <w:color w:val="231A2E"/>
                <w:sz w:val="18"/>
              </w:rPr>
            </w:r>
          </w:p>
        </w:tc>
      </w:tr>
      <w:tr>
        <w:trPr>
          <w:trHeight w:val="480"/>
        </w:trPr>
        <w:tc>
          <w:tcPr>
            <w:tcW w:type="dxa" w:w="3378"/>
          </w:tcPr>
          <w:p>
            <w:r/>
            <w:r>
              <w:rPr>
                <w:rFonts w:ascii="Arial" w:hAnsi="Arial" w:cs="Arial" w:eastAsia="Arial"/>
                <w:b w:val="0"/>
                <w:i w:val="0"/>
                <w:color w:val="231A2E"/>
                <w:sz w:val="18"/>
              </w:rPr>
            </w:r>
          </w:p>
        </w:tc>
        <w:tc>
          <w:tcPr>
            <w:tcW w:type="dxa" w:w="1788"/>
          </w:tcPr>
          <w:p>
            <w:r/>
            <w:r>
              <w:rPr>
                <w:rFonts w:ascii="Arial" w:hAnsi="Arial" w:cs="Arial" w:eastAsia="Arial"/>
                <w:b w:val="0"/>
                <w:i w:val="0"/>
                <w:color w:val="231A2E"/>
                <w:sz w:val="18"/>
              </w:rPr>
            </w:r>
          </w:p>
        </w:tc>
        <w:tc>
          <w:tcPr>
            <w:tcW w:type="dxa" w:w="4769"/>
          </w:tcPr>
          <w:p>
            <w:r/>
            <w:r>
              <w:rPr>
                <w:rFonts w:ascii="Arial" w:hAnsi="Arial" w:cs="Arial" w:eastAsia="Arial"/>
                <w:b w:val="0"/>
                <w:i w:val="0"/>
                <w:color w:val="231A2E"/>
                <w:sz w:val="18"/>
              </w:rPr>
            </w:r>
          </w:p>
        </w:tc>
      </w:tr>
    </w:tbl>
    <w:p>
      <w:pPr>
        <w:spacing w:after="40"/>
      </w:pPr>
    </w:p>
    <w:p>
      <w:pPr>
        <w:keepNext/>
        <w:spacing w:after="20"/>
      </w:pPr>
      <w:r>
        <w:rPr>
          <w:rFonts w:ascii="Arial" w:hAnsi="Arial" w:cs="Arial" w:eastAsia="Arial"/>
          <w:b/>
          <w:i w:val="0"/>
          <w:color w:val="231A2E"/>
          <w:sz w:val="20"/>
        </w:rPr>
        <w:t>Scoring rubric: what a 1, a 3 and a 5 look like</w:t>
      </w:r>
    </w:p>
    <w:p>
      <w:pPr>
        <w:spacing w:after="20"/>
      </w:pPr>
      <w:r>
        <w:rPr>
          <w:rFonts w:ascii="Arial" w:hAnsi="Arial" w:cs="Arial" w:eastAsia="Arial"/>
          <w:b w:val="0"/>
          <w:i w:val="0"/>
          <w:color w:val="5E5468"/>
          <w:sz w:val="20"/>
        </w:rPr>
        <w:t>______________________________________________________________________________________</w:t>
      </w:r>
    </w:p>
    <w:p>
      <w:pPr>
        <w:spacing w:after="20"/>
      </w:pPr>
      <w:r>
        <w:rPr>
          <w:rFonts w:ascii="Arial" w:hAnsi="Arial" w:cs="Arial" w:eastAsia="Arial"/>
          <w:b w:val="0"/>
          <w:i w:val="0"/>
          <w:color w:val="5E5468"/>
          <w:sz w:val="20"/>
        </w:rPr>
        <w:t>______________________________________________________________________________________</w:t>
      </w:r>
    </w:p>
    <w:p>
      <w:pPr>
        <w:spacing w:after="20"/>
      </w:pPr>
      <w:r>
        <w:rPr>
          <w:rFonts w:ascii="Arial" w:hAnsi="Arial" w:cs="Arial" w:eastAsia="Arial"/>
          <w:b w:val="0"/>
          <w:i w:val="0"/>
          <w:color w:val="5E5468"/>
          <w:sz w:val="20"/>
        </w:rPr>
        <w:t>______________________________________________________________________________________</w:t>
      </w:r>
    </w:p>
    <w:p>
      <w:pPr>
        <w:spacing w:after="20"/>
      </w:pPr>
      <w:r>
        <w:rPr>
          <w:rFonts w:ascii="Arial" w:hAnsi="Arial" w:cs="Arial" w:eastAsia="Arial"/>
          <w:b w:val="0"/>
          <w:i w:val="0"/>
          <w:color w:val="5E5468"/>
          <w:sz w:val="20"/>
        </w:rPr>
        <w:t>______________________________________________________________________________________</w:t>
      </w:r>
    </w:p>
    <w:p>
      <w:r>
        <w:br w:type="page"/>
      </w:r>
    </w:p>
    <w:p>
      <w:pPr>
        <w:keepNext/>
        <w:spacing w:before="240" w:after="80"/>
      </w:pPr>
      <w:r>
        <w:rPr>
          <w:rFonts w:ascii="Arial" w:hAnsi="Arial" w:cs="Arial" w:eastAsia="Arial"/>
          <w:b/>
          <w:i w:val="0"/>
          <w:color w:val="231A2E"/>
          <w:sz w:val="28"/>
        </w:rPr>
        <w:t>9. Test log, then share</w:t>
      </w:r>
    </w:p>
    <w:tbl>
      <w:tblPr>
        <w:tblW w:type="auto" w:w="0"/>
        <w:tblLayout w:type="fixed"/>
        <w:tblLook w:firstColumn="1" w:firstRow="1" w:lastColumn="0" w:lastRow="0" w:noHBand="0" w:noVBand="1" w:val="04A0"/>
        <w:tblBorders>
          <w:top w:val="single" w:sz="4" w:color="C9C1D3"/>
          <w:left w:val="single" w:sz="4" w:color="C9C1D3"/>
          <w:bottom w:val="single" w:sz="4" w:color="C9C1D3"/>
          <w:right w:val="single" w:sz="4" w:color="C9C1D3"/>
          <w:insideH w:val="single" w:sz="4" w:color="C9C1D3"/>
          <w:insideV w:val="single" w:sz="4" w:color="C9C1D3"/>
        </w:tblBorders>
      </w:tblPr>
      <w:tblGrid>
        <w:gridCol w:w="2484"/>
        <w:gridCol w:w="2484"/>
        <w:gridCol w:w="2484"/>
        <w:gridCol w:w="2484"/>
      </w:tblGrid>
      <w:tr>
        <w:tc>
          <w:tcPr>
            <w:tcW w:type="dxa" w:w="544"/>
            <w:shd w:val="clear" w:color="auto" w:fill="231A2E"/>
          </w:tcPr>
          <w:p>
            <w:r/>
            <w:r>
              <w:rPr>
                <w:rFonts w:ascii="Arial" w:hAnsi="Arial" w:cs="Arial" w:eastAsia="Arial"/>
                <w:b/>
                <w:i w:val="0"/>
                <w:color w:val="FBF5E9"/>
                <w:sz w:val="18"/>
              </w:rPr>
              <w:t>#</w:t>
            </w:r>
          </w:p>
        </w:tc>
        <w:tc>
          <w:tcPr>
            <w:tcW w:type="dxa" w:w="4746"/>
            <w:shd w:val="clear" w:color="auto" w:fill="231A2E"/>
          </w:tcPr>
          <w:p>
            <w:r/>
            <w:r>
              <w:rPr>
                <w:rFonts w:ascii="Arial" w:hAnsi="Arial" w:cs="Arial" w:eastAsia="Arial"/>
                <w:b/>
                <w:i w:val="0"/>
                <w:color w:val="FBF5E9"/>
                <w:sz w:val="18"/>
              </w:rPr>
              <w:t>Test</w:t>
            </w:r>
          </w:p>
        </w:tc>
        <w:tc>
          <w:tcPr>
            <w:tcW w:type="dxa" w:w="3559"/>
            <w:shd w:val="clear" w:color="auto" w:fill="231A2E"/>
          </w:tcPr>
          <w:p>
            <w:r/>
            <w:r>
              <w:rPr>
                <w:rFonts w:ascii="Arial" w:hAnsi="Arial" w:cs="Arial" w:eastAsia="Arial"/>
                <w:b/>
                <w:i w:val="0"/>
                <w:color w:val="FBF5E9"/>
                <w:sz w:val="18"/>
              </w:rPr>
              <w:t>What happened</w:t>
            </w:r>
          </w:p>
        </w:tc>
        <w:tc>
          <w:tcPr>
            <w:tcW w:type="dxa" w:w="1088"/>
            <w:shd w:val="clear" w:color="auto" w:fill="231A2E"/>
          </w:tcPr>
          <w:p>
            <w:r/>
            <w:r>
              <w:rPr>
                <w:rFonts w:ascii="Arial" w:hAnsi="Arial" w:cs="Arial" w:eastAsia="Arial"/>
                <w:b/>
                <w:i w:val="0"/>
                <w:color w:val="FBF5E9"/>
                <w:sz w:val="18"/>
              </w:rPr>
              <w:t>Works?</w:t>
            </w:r>
          </w:p>
        </w:tc>
      </w:tr>
      <w:tr>
        <w:trPr>
          <w:trHeight w:val="480"/>
        </w:trPr>
        <w:tc>
          <w:tcPr>
            <w:tcW w:type="dxa" w:w="544"/>
          </w:tcPr>
          <w:p>
            <w:r/>
            <w:r>
              <w:rPr>
                <w:rFonts w:ascii="Arial" w:hAnsi="Arial" w:cs="Arial" w:eastAsia="Arial"/>
                <w:b w:val="0"/>
                <w:i w:val="0"/>
                <w:color w:val="231A2E"/>
                <w:sz w:val="18"/>
              </w:rPr>
              <w:t>1</w:t>
            </w:r>
          </w:p>
        </w:tc>
        <w:tc>
          <w:tcPr>
            <w:tcW w:type="dxa" w:w="4746"/>
          </w:tcPr>
          <w:p>
            <w:r/>
            <w:r>
              <w:rPr>
                <w:rFonts w:ascii="Arial" w:hAnsi="Arial" w:cs="Arial" w:eastAsia="Arial"/>
                <w:b w:val="0"/>
                <w:i w:val="0"/>
                <w:color w:val="231A2E"/>
                <w:sz w:val="18"/>
              </w:rPr>
              <w:t>Fill it in on your own phone, start to finish</w:t>
            </w:r>
          </w:p>
        </w:tc>
        <w:tc>
          <w:tcPr>
            <w:tcW w:type="dxa" w:w="3559"/>
          </w:tcPr>
          <w:p>
            <w:r/>
            <w:r>
              <w:rPr>
                <w:rFonts w:ascii="Arial" w:hAnsi="Arial" w:cs="Arial" w:eastAsia="Arial"/>
                <w:b w:val="0"/>
                <w:i w:val="0"/>
                <w:color w:val="231A2E"/>
                <w:sz w:val="18"/>
              </w:rPr>
            </w:r>
          </w:p>
        </w:tc>
        <w:tc>
          <w:tcPr>
            <w:tcW w:type="dxa" w:w="1088"/>
          </w:tcPr>
          <w:p>
            <w:r/>
            <w:r>
              <w:rPr>
                <w:rFonts w:ascii="Arial" w:hAnsi="Arial" w:cs="Arial" w:eastAsia="Arial"/>
                <w:b w:val="0"/>
                <w:i w:val="0"/>
                <w:color w:val="231A2E"/>
                <w:sz w:val="18"/>
              </w:rPr>
            </w:r>
          </w:p>
        </w:tc>
      </w:tr>
      <w:tr>
        <w:trPr>
          <w:trHeight w:val="480"/>
        </w:trPr>
        <w:tc>
          <w:tcPr>
            <w:tcW w:type="dxa" w:w="544"/>
          </w:tcPr>
          <w:p>
            <w:r/>
            <w:r>
              <w:rPr>
                <w:rFonts w:ascii="Arial" w:hAnsi="Arial" w:cs="Arial" w:eastAsia="Arial"/>
                <w:b w:val="0"/>
                <w:i w:val="0"/>
                <w:color w:val="231A2E"/>
                <w:sz w:val="18"/>
              </w:rPr>
              <w:t>2</w:t>
            </w:r>
          </w:p>
        </w:tc>
        <w:tc>
          <w:tcPr>
            <w:tcW w:type="dxa" w:w="4746"/>
          </w:tcPr>
          <w:p>
            <w:r/>
            <w:r>
              <w:rPr>
                <w:rFonts w:ascii="Arial" w:hAnsi="Arial" w:cs="Arial" w:eastAsia="Arial"/>
                <w:b w:val="0"/>
                <w:i w:val="0"/>
                <w:color w:val="231A2E"/>
                <w:sz w:val="18"/>
              </w:rPr>
              <w:t>Answer "No" to each eligibility question: right ending?</w:t>
            </w:r>
          </w:p>
        </w:tc>
        <w:tc>
          <w:tcPr>
            <w:tcW w:type="dxa" w:w="3559"/>
          </w:tcPr>
          <w:p>
            <w:r/>
            <w:r>
              <w:rPr>
                <w:rFonts w:ascii="Arial" w:hAnsi="Arial" w:cs="Arial" w:eastAsia="Arial"/>
                <w:b w:val="0"/>
                <w:i w:val="0"/>
                <w:color w:val="231A2E"/>
                <w:sz w:val="18"/>
              </w:rPr>
            </w:r>
          </w:p>
        </w:tc>
        <w:tc>
          <w:tcPr>
            <w:tcW w:type="dxa" w:w="1088"/>
          </w:tcPr>
          <w:p>
            <w:r/>
            <w:r>
              <w:rPr>
                <w:rFonts w:ascii="Arial" w:hAnsi="Arial" w:cs="Arial" w:eastAsia="Arial"/>
                <w:b w:val="0"/>
                <w:i w:val="0"/>
                <w:color w:val="231A2E"/>
                <w:sz w:val="18"/>
              </w:rPr>
            </w:r>
          </w:p>
        </w:tc>
      </w:tr>
      <w:tr>
        <w:trPr>
          <w:trHeight w:val="480"/>
        </w:trPr>
        <w:tc>
          <w:tcPr>
            <w:tcW w:type="dxa" w:w="544"/>
          </w:tcPr>
          <w:p>
            <w:r/>
            <w:r>
              <w:rPr>
                <w:rFonts w:ascii="Arial" w:hAnsi="Arial" w:cs="Arial" w:eastAsia="Arial"/>
                <w:b w:val="0"/>
                <w:i w:val="0"/>
                <w:color w:val="231A2E"/>
                <w:sz w:val="18"/>
              </w:rPr>
              <w:t>3</w:t>
            </w:r>
          </w:p>
        </w:tc>
        <w:tc>
          <w:tcPr>
            <w:tcW w:type="dxa" w:w="4746"/>
          </w:tcPr>
          <w:p>
            <w:r/>
            <w:r>
              <w:rPr>
                <w:rFonts w:ascii="Arial" w:hAnsi="Arial" w:cs="Arial" w:eastAsia="Arial"/>
                <w:b w:val="0"/>
                <w:i w:val="0"/>
                <w:color w:val="231A2E"/>
                <w:sz w:val="18"/>
              </w:rPr>
              <w:t>Upload each document type, including one that is not allowed</w:t>
            </w:r>
          </w:p>
        </w:tc>
        <w:tc>
          <w:tcPr>
            <w:tcW w:type="dxa" w:w="3559"/>
          </w:tcPr>
          <w:p>
            <w:r/>
            <w:r>
              <w:rPr>
                <w:rFonts w:ascii="Arial" w:hAnsi="Arial" w:cs="Arial" w:eastAsia="Arial"/>
                <w:b w:val="0"/>
                <w:i w:val="0"/>
                <w:color w:val="231A2E"/>
                <w:sz w:val="18"/>
              </w:rPr>
            </w:r>
          </w:p>
        </w:tc>
        <w:tc>
          <w:tcPr>
            <w:tcW w:type="dxa" w:w="1088"/>
          </w:tcPr>
          <w:p>
            <w:r/>
            <w:r>
              <w:rPr>
                <w:rFonts w:ascii="Arial" w:hAnsi="Arial" w:cs="Arial" w:eastAsia="Arial"/>
                <w:b w:val="0"/>
                <w:i w:val="0"/>
                <w:color w:val="231A2E"/>
                <w:sz w:val="18"/>
              </w:rPr>
            </w:r>
          </w:p>
        </w:tc>
      </w:tr>
      <w:tr>
        <w:trPr>
          <w:trHeight w:val="480"/>
        </w:trPr>
        <w:tc>
          <w:tcPr>
            <w:tcW w:type="dxa" w:w="544"/>
          </w:tcPr>
          <w:p>
            <w:r/>
            <w:r>
              <w:rPr>
                <w:rFonts w:ascii="Arial" w:hAnsi="Arial" w:cs="Arial" w:eastAsia="Arial"/>
                <w:b w:val="0"/>
                <w:i w:val="0"/>
                <w:color w:val="231A2E"/>
                <w:sz w:val="18"/>
              </w:rPr>
              <w:t>4</w:t>
            </w:r>
          </w:p>
        </w:tc>
        <w:tc>
          <w:tcPr>
            <w:tcW w:type="dxa" w:w="4746"/>
          </w:tcPr>
          <w:p>
            <w:r/>
            <w:r>
              <w:rPr>
                <w:rFonts w:ascii="Arial" w:hAnsi="Arial" w:cs="Arial" w:eastAsia="Arial"/>
                <w:b w:val="0"/>
                <w:i w:val="0"/>
                <w:color w:val="231A2E"/>
                <w:sz w:val="18"/>
              </w:rPr>
              <w:t>Skip a required question: is the message clear?</w:t>
            </w:r>
          </w:p>
        </w:tc>
        <w:tc>
          <w:tcPr>
            <w:tcW w:type="dxa" w:w="3559"/>
          </w:tcPr>
          <w:p>
            <w:r/>
            <w:r>
              <w:rPr>
                <w:rFonts w:ascii="Arial" w:hAnsi="Arial" w:cs="Arial" w:eastAsia="Arial"/>
                <w:b w:val="0"/>
                <w:i w:val="0"/>
                <w:color w:val="231A2E"/>
                <w:sz w:val="18"/>
              </w:rPr>
            </w:r>
          </w:p>
        </w:tc>
        <w:tc>
          <w:tcPr>
            <w:tcW w:type="dxa" w:w="1088"/>
          </w:tcPr>
          <w:p>
            <w:r/>
            <w:r>
              <w:rPr>
                <w:rFonts w:ascii="Arial" w:hAnsi="Arial" w:cs="Arial" w:eastAsia="Arial"/>
                <w:b w:val="0"/>
                <w:i w:val="0"/>
                <w:color w:val="231A2E"/>
                <w:sz w:val="18"/>
              </w:rPr>
            </w:r>
          </w:p>
        </w:tc>
      </w:tr>
      <w:tr>
        <w:trPr>
          <w:trHeight w:val="480"/>
        </w:trPr>
        <w:tc>
          <w:tcPr>
            <w:tcW w:type="dxa" w:w="544"/>
          </w:tcPr>
          <w:p>
            <w:r/>
            <w:r>
              <w:rPr>
                <w:rFonts w:ascii="Arial" w:hAnsi="Arial" w:cs="Arial" w:eastAsia="Arial"/>
                <w:b w:val="0"/>
                <w:i w:val="0"/>
                <w:color w:val="231A2E"/>
                <w:sz w:val="18"/>
              </w:rPr>
              <w:t>5</w:t>
            </w:r>
          </w:p>
        </w:tc>
        <w:tc>
          <w:tcPr>
            <w:tcW w:type="dxa" w:w="4746"/>
          </w:tcPr>
          <w:p>
            <w:r/>
            <w:r>
              <w:rPr>
                <w:rFonts w:ascii="Arial" w:hAnsi="Arial" w:cs="Arial" w:eastAsia="Arial"/>
                <w:b w:val="0"/>
                <w:i w:val="0"/>
                <w:color w:val="231A2E"/>
                <w:sz w:val="18"/>
              </w:rPr>
              <w:t>Check the thank-you message and the confirmation email</w:t>
            </w:r>
          </w:p>
        </w:tc>
        <w:tc>
          <w:tcPr>
            <w:tcW w:type="dxa" w:w="3559"/>
          </w:tcPr>
          <w:p>
            <w:r/>
            <w:r>
              <w:rPr>
                <w:rFonts w:ascii="Arial" w:hAnsi="Arial" w:cs="Arial" w:eastAsia="Arial"/>
                <w:b w:val="0"/>
                <w:i w:val="0"/>
                <w:color w:val="231A2E"/>
                <w:sz w:val="18"/>
              </w:rPr>
            </w:r>
          </w:p>
        </w:tc>
        <w:tc>
          <w:tcPr>
            <w:tcW w:type="dxa" w:w="1088"/>
          </w:tcPr>
          <w:p>
            <w:r/>
            <w:r>
              <w:rPr>
                <w:rFonts w:ascii="Arial" w:hAnsi="Arial" w:cs="Arial" w:eastAsia="Arial"/>
                <w:b w:val="0"/>
                <w:i w:val="0"/>
                <w:color w:val="231A2E"/>
                <w:sz w:val="18"/>
              </w:rPr>
            </w:r>
          </w:p>
        </w:tc>
      </w:tr>
      <w:tr>
        <w:trPr>
          <w:trHeight w:val="480"/>
        </w:trPr>
        <w:tc>
          <w:tcPr>
            <w:tcW w:type="dxa" w:w="544"/>
          </w:tcPr>
          <w:p>
            <w:r/>
            <w:r>
              <w:rPr>
                <w:rFonts w:ascii="Arial" w:hAnsi="Arial" w:cs="Arial" w:eastAsia="Arial"/>
                <w:b w:val="0"/>
                <w:i w:val="0"/>
                <w:color w:val="231A2E"/>
                <w:sz w:val="18"/>
              </w:rPr>
              <w:t>6</w:t>
            </w:r>
          </w:p>
        </w:tc>
        <w:tc>
          <w:tcPr>
            <w:tcW w:type="dxa" w:w="4746"/>
          </w:tcPr>
          <w:p>
            <w:r/>
            <w:r>
              <w:rPr>
                <w:rFonts w:ascii="Arial" w:hAnsi="Arial" w:cs="Arial" w:eastAsia="Arial"/>
                <w:b w:val="0"/>
                <w:i w:val="0"/>
                <w:color w:val="231A2E"/>
                <w:sz w:val="18"/>
              </w:rPr>
              <w:t>Check the email to yourself and the Google Sheets row arrived</w:t>
            </w:r>
          </w:p>
        </w:tc>
        <w:tc>
          <w:tcPr>
            <w:tcW w:type="dxa" w:w="3559"/>
          </w:tcPr>
          <w:p>
            <w:r/>
            <w:r>
              <w:rPr>
                <w:rFonts w:ascii="Arial" w:hAnsi="Arial" w:cs="Arial" w:eastAsia="Arial"/>
                <w:b w:val="0"/>
                <w:i w:val="0"/>
                <w:color w:val="231A2E"/>
                <w:sz w:val="18"/>
              </w:rPr>
            </w:r>
          </w:p>
        </w:tc>
        <w:tc>
          <w:tcPr>
            <w:tcW w:type="dxa" w:w="1088"/>
          </w:tcPr>
          <w:p>
            <w:r/>
            <w:r>
              <w:rPr>
                <w:rFonts w:ascii="Arial" w:hAnsi="Arial" w:cs="Arial" w:eastAsia="Arial"/>
                <w:b w:val="0"/>
                <w:i w:val="0"/>
                <w:color w:val="231A2E"/>
                <w:sz w:val="18"/>
              </w:rPr>
            </w:r>
          </w:p>
        </w:tc>
      </w:tr>
      <w:tr>
        <w:trPr>
          <w:trHeight w:val="480"/>
        </w:trPr>
        <w:tc>
          <w:tcPr>
            <w:tcW w:type="dxa" w:w="544"/>
          </w:tcPr>
          <w:p>
            <w:r/>
            <w:r>
              <w:rPr>
                <w:rFonts w:ascii="Arial" w:hAnsi="Arial" w:cs="Arial" w:eastAsia="Arial"/>
                <w:b w:val="0"/>
                <w:i w:val="0"/>
                <w:color w:val="231A2E"/>
                <w:sz w:val="18"/>
              </w:rPr>
              <w:t>7</w:t>
            </w:r>
          </w:p>
        </w:tc>
        <w:tc>
          <w:tcPr>
            <w:tcW w:type="dxa" w:w="4746"/>
          </w:tcPr>
          <w:p>
            <w:r/>
            <w:r>
              <w:rPr>
                <w:rFonts w:ascii="Arial" w:hAnsi="Arial" w:cs="Arial" w:eastAsia="Arial"/>
                <w:b w:val="0"/>
                <w:i w:val="0"/>
                <w:color w:val="231A2E"/>
                <w:sz w:val="18"/>
              </w:rPr>
              <w:t>Check the close date and the closed message</w:t>
            </w:r>
          </w:p>
        </w:tc>
        <w:tc>
          <w:tcPr>
            <w:tcW w:type="dxa" w:w="3559"/>
          </w:tcPr>
          <w:p>
            <w:r/>
            <w:r>
              <w:rPr>
                <w:rFonts w:ascii="Arial" w:hAnsi="Arial" w:cs="Arial" w:eastAsia="Arial"/>
                <w:b w:val="0"/>
                <w:i w:val="0"/>
                <w:color w:val="231A2E"/>
                <w:sz w:val="18"/>
              </w:rPr>
            </w:r>
          </w:p>
        </w:tc>
        <w:tc>
          <w:tcPr>
            <w:tcW w:type="dxa" w:w="1088"/>
          </w:tcPr>
          <w:p>
            <w:r/>
            <w:r>
              <w:rPr>
                <w:rFonts w:ascii="Arial" w:hAnsi="Arial" w:cs="Arial" w:eastAsia="Arial"/>
                <w:b w:val="0"/>
                <w:i w:val="0"/>
                <w:color w:val="231A2E"/>
                <w:sz w:val="18"/>
              </w:rPr>
            </w:r>
          </w:p>
        </w:tc>
      </w:tr>
      <w:tr>
        <w:trPr>
          <w:trHeight w:val="480"/>
        </w:trPr>
        <w:tc>
          <w:tcPr>
            <w:tcW w:type="dxa" w:w="544"/>
          </w:tcPr>
          <w:p>
            <w:r/>
            <w:r>
              <w:rPr>
                <w:rFonts w:ascii="Arial" w:hAnsi="Arial" w:cs="Arial" w:eastAsia="Arial"/>
                <w:b w:val="0"/>
                <w:i w:val="0"/>
                <w:color w:val="231A2E"/>
                <w:sz w:val="18"/>
              </w:rPr>
              <w:t>8</w:t>
            </w:r>
          </w:p>
        </w:tc>
        <w:tc>
          <w:tcPr>
            <w:tcW w:type="dxa" w:w="4746"/>
          </w:tcPr>
          <w:p>
            <w:r/>
            <w:r>
              <w:rPr>
                <w:rFonts w:ascii="Arial" w:hAnsi="Arial" w:cs="Arial" w:eastAsia="Arial"/>
                <w:b w:val="0"/>
                <w:i w:val="0"/>
                <w:color w:val="231A2E"/>
                <w:sz w:val="18"/>
              </w:rPr>
              <w:t>Ask one person who has never seen it to apply</w:t>
            </w:r>
          </w:p>
        </w:tc>
        <w:tc>
          <w:tcPr>
            <w:tcW w:type="dxa" w:w="3559"/>
          </w:tcPr>
          <w:p>
            <w:r/>
            <w:r>
              <w:rPr>
                <w:rFonts w:ascii="Arial" w:hAnsi="Arial" w:cs="Arial" w:eastAsia="Arial"/>
                <w:b w:val="0"/>
                <w:i w:val="0"/>
                <w:color w:val="231A2E"/>
                <w:sz w:val="18"/>
              </w:rPr>
            </w:r>
          </w:p>
        </w:tc>
        <w:tc>
          <w:tcPr>
            <w:tcW w:type="dxa" w:w="1088"/>
          </w:tcPr>
          <w:p>
            <w:r/>
            <w:r>
              <w:rPr>
                <w:rFonts w:ascii="Arial" w:hAnsi="Arial" w:cs="Arial" w:eastAsia="Arial"/>
                <w:b w:val="0"/>
                <w:i w:val="0"/>
                <w:color w:val="231A2E"/>
                <w:sz w:val="18"/>
              </w:rPr>
            </w:r>
          </w:p>
        </w:tc>
      </w:tr>
    </w:tbl>
    <w:p>
      <w:pPr>
        <w:spacing w:after="40"/>
      </w:pPr>
    </w:p>
    <w:tbl>
      <w:tblPr>
        <w:tblW w:type="auto" w:w="0"/>
        <w:tblLook w:firstColumn="1" w:firstRow="1" w:lastColumn="0" w:lastRow="0" w:noHBand="0" w:noVBand="1" w:val="04A0"/>
        <w:tblBorders>
          <w:top w:val="single" w:sz="4" w:color="231A2E"/>
          <w:left w:val="single" w:sz="4" w:color="231A2E"/>
          <w:bottom w:val="single" w:sz="4" w:color="231A2E"/>
          <w:right w:val="single" w:sz="4" w:color="231A2E"/>
          <w:insideH w:val="single" w:sz="4" w:color="231A2E"/>
          <w:insideV w:val="single" w:sz="4" w:color="231A2E"/>
        </w:tblBorders>
      </w:tblPr>
      <w:tblGrid>
        <w:gridCol w:w="9936"/>
      </w:tblGrid>
      <w:tr>
        <w:tc>
          <w:tcPr>
            <w:tcW w:type="dxa" w:w="9936"/>
            <w:shd w:val="clear" w:color="auto" w:fill="E4DEFA"/>
          </w:tcPr>
          <w:p>
            <w:r/>
            <w:r>
              <w:rPr>
                <w:rFonts w:ascii="Arial" w:hAnsi="Arial" w:cs="Arial" w:eastAsia="Arial"/>
                <w:b/>
                <w:i w:val="0"/>
                <w:color w:val="231A2E"/>
                <w:sz w:val="22"/>
              </w:rPr>
              <w:t>Before you open applications</w:t>
            </w:r>
          </w:p>
          <w:p>
            <w:r>
              <w:rPr>
                <w:rFonts w:ascii="Arial" w:hAnsi="Arial" w:cs="Arial" w:eastAsia="Arial"/>
                <w:b w:val="0"/>
                <w:i w:val="0"/>
                <w:color w:val="231A2E"/>
                <w:sz w:val="20"/>
              </w:rPr>
              <w:t>Every question has a reason. People who do not qualify find out on page 2, not after 20 minutes. The deadline is on the first page. You know who reads new applications, how you score them and when you will reply.</w:t>
            </w:r>
          </w:p>
        </w:tc>
      </w:tr>
    </w:tbl>
    <w:p>
      <w:pPr>
        <w:spacing w:after="40"/>
      </w:pPr>
    </w:p>
    <w:sectPr w:rsidR="00FC693F" w:rsidRPr="0006063C" w:rsidSect="00034616">
      <w:footerReference w:type="default" r:id="rId9"/>
      <w:pgSz w:w="12240" w:h="15840"/>
      <w:pgMar w:top="1152"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rFonts w:ascii="Arial" w:hAnsi="Arial" w:cs="Arial" w:eastAsia="Arial"/>
        <w:b w:val="0"/>
        <w:i/>
        <w:color w:val="5E5468"/>
        <w:sz w:val="16"/>
      </w:rPr>
      <w:t>Made by HornetForms, https://hornetforms.com/blog/how-to-make-an-application-form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form planning worksheet</dc:title>
  <dc:subject/>
  <dc:creator>HornetForms</dc:creator>
  <cp:keywords/>
  <dc:description>generated by python-docx</dc:description>
  <cp:lastModifiedBy/>
  <cp:revision>1</cp:revision>
  <dcterms:created xsi:type="dcterms:W3CDTF">2013-12-23T23:15:00Z</dcterms:created>
  <dcterms:modified xsi:type="dcterms:W3CDTF">2013-12-23T23:15:00Z</dcterms:modified>
  <cp:category/>
</cp:coreProperties>
</file>